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"Об официальном статистическом учете и системе государственной статистики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