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статью 2 Закона Российской Федерации от 7 февраля 1992 года № 2300-I "О защите прав потребителей" (в редакции Федерального закона от 9 января 1996 года № 2-ФЗ) (Ведомости Съезда народных депутатов Российской Федерации и Верховного Совета Российской Федерации, 1992, № 15, ст. 766; Собрание законодательства Российской Федерации, 1996, № 3, ст. 140) следующие изменения</w:t>
      </w:r>
    </w:p>
    <w:p>
      <w:r>
        <w:t>слово "Если" заменить словами "1. Если"</w:t>
      </w:r>
    </w:p>
    <w:p>
      <w:r>
        <w:t>дополнить пунктом 2 следующего содержания: "2.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</w:t>
      </w:r>
    </w:p>
    <w:p>
      <w:r>
        <w:rPr>
          <w:b/>
        </w:rPr>
        <w:t>Статья 2</w:t>
      </w:r>
    </w:p>
    <w:p>
      <w:r>
        <w:t>Статью 52 Закона Российской Федерации от 21 февраля 1992 года № 2395-I "О недрах" (в редакции Федерального закона от 3 марта 1995 года № 27-ФЗ) (Ведомости Съезда народных депутатов Российской Федерации и Верховного Совета Российской Федерации, 1992, № 16, ст. 834; Собрание законодательства Российской Федерации, 1995, № 10, ст. 823) дополнить частью второй следующего содержания: "Решения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3</w:t>
      </w:r>
    </w:p>
    <w:p>
      <w:r>
        <w:t>Статью 2 Закона Российской Федерации от 2 июля 1992 года № 3185-I "О психиатрической помощи и гарантиях прав граждан при ее оказании" (Ведомости Съезда народных депутатов Российской Федерации и Верховного Совета Российской Федерации, 1992, № 33, ст. 1913; Собрание законодательства Российской Федерации, 2004, № 35, ст. 3607) дополнить частью пятой следующего содержания: "(5)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4</w:t>
      </w:r>
    </w:p>
    <w:p>
      <w:r>
        <w:t>Статью 36 Закона Российской Федерации от 27 ноября 1992 года № 4015-I "Об организации страхового дела в Российской Федерации" (Ведомости Съезда народных депутатов Российской Федерации и Верховного Совета Российской Федерации, 1993, № 2, ст. 56; Собрание законодательства Российской Федерации, 1998, № 1, ст. 4) изложить в следующей редакции: "Статья 36. Международные договоры Российской Федерации 1. Если международным договором Российской Федерации установлены иные правила, чем те, которые содержатся в законодательстве Российской Федерации о страховании, то применяются правила международного договора.</w:t>
      </w:r>
    </w:p>
    <w:p>
      <w:r>
        <w:rPr>
          <w:b/>
        </w:rPr>
        <w:t xml:space="preserve">2. </w:t>
      </w:r>
      <w:r>
        <w:t>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</w:t>
      </w:r>
    </w:p>
    <w:p>
      <w:r>
        <w:rPr>
          <w:b/>
        </w:rPr>
        <w:t>Статья 5</w:t>
      </w:r>
    </w:p>
    <w:p>
      <w:r>
        <w:t>Статью 7 Закона Российской Федерации от 22 декабря 1992 года № 4180-I "О трансплантации органов и (или) тканей человека" (Ведомости Съезда народных депутатов Российской Федерации и Верховного Совета Российской Федерации, 1993, № 2, ст. 62) дополнить частью второй следующего содержания: "Решения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6</w:t>
      </w:r>
    </w:p>
    <w:p>
      <w:r>
        <w:t>Часть первую статьи 109 Основ законодательства Российской Федерации о нотариате от 11 февраля 1993 года № 4462-I (Ведомости Съезда народных депутатов Российской Федерации и Верховного Совета Российской Федерации, 1993, № 10, ст. 357; Собрание законодательства Российской Федерации, 2015, № 1, ст. 10) дополнить предложениями следующего содержания: "Решения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7</w:t>
      </w:r>
    </w:p>
    <w:p>
      <w:r>
        <w:t>Статью 18 Федерального закона "О беженцах" (в редакции Федерального закона от 28 июня 1997 года № 95-ФЗ) (Ведомости Съезда народных депутатов Российской Федерации и Верховного Совета Российской Федерации, 1993, № 12, ст. 425; Собрание законодательства Российской Федерации, 1997, № 26, ст. 2956) дополнить пунктом 2 следующего содержания: "2.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8</w:t>
      </w:r>
    </w:p>
    <w:p>
      <w:r>
        <w:t>Статью 14 Закона Российской Федерации от 19 февраля 1993 года № 4530-I "О вынужденных переселенцах" (в редакции Федерального закона от 20 декабря 1995 года № 202-ФЗ) (Ведомости Съезда народных депутатов Российской Федерации и Верховного Совета Российской Федерации, 1993, № 12, ст. 427; Собрание законодательства Российской Федерации, 1995, № 52, ст. 5110) дополнить пунктом 3 следующего содержания: "3.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9</w:t>
      </w:r>
    </w:p>
    <w:p>
      <w:r>
        <w:t>Статью 4 Закона Российской Федерации от 1 апреля 1993 года № 4730-I "О Государственной границе Российской Федерации" (Ведомости Съезда народных депутатов Российской Федерации и Верховного Совета Российской Федерации, 1993, № 17, ст. 594; Собрание законодательства Российской Федерации, 1994, № 16, ст. 1861; 2004, № 35, ст. 3607) дополнить частью третьей следующего содержания: "Решения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10</w:t>
      </w:r>
    </w:p>
    <w:p>
      <w:r>
        <w:t>Статью 1 Закона Российской Федерации от 15 апреля 1993 года № 4804-I "О вывозе и ввозе культурных ценностей" (Ведомости Съезда народных депутатов Российской Федерации и Верховного Совета Российской Федерации, 1993, № 20, ст. 718; Собрание законодательства Российской Федерации, 2018, № 1, ст. 19) дополнить пунктом 21 следующего содержания: "21.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11</w:t>
      </w:r>
    </w:p>
    <w:p>
      <w:r>
        <w:t>Статью 25 Закона Российской Федерации от 14 мая 1993 года № 4979-I "О ветеринарии" (Ведомости Съезда народных депутатов Российской Федерации и Верховного Совета Российской Федерации, 1993, № 24, ст. 857) дополнить частью второй следующего содержания: "Решения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12</w:t>
      </w:r>
    </w:p>
    <w:p>
      <w:r>
        <w:t>Статью 38 Закона Российской Федерации от 21 мая 1993 года № 5003-I "О таможенном тарифе" (Ведомости Съезда народных депутатов Российской Федерации и Верховного Совета Российской Федерации, 1993, № 23, ст. 821) изложить в следующей редакции: "Статья 38. Международные договоры Российской Федерации 1. Если международным договором Российской Федерации установлены иные правила, чем те, которые содержатся в настоящем Законе, применяются правила международного договора.</w:t>
      </w:r>
    </w:p>
    <w:p>
      <w:r>
        <w:rPr>
          <w:b/>
        </w:rPr>
        <w:t xml:space="preserve">2. </w:t>
      </w:r>
      <w:r>
        <w:t>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</w:t>
      </w:r>
    </w:p>
    <w:p>
      <w:r>
        <w:rPr>
          <w:b/>
        </w:rPr>
        <w:t>Статья 13</w:t>
      </w:r>
    </w:p>
    <w:p>
      <w:r>
        <w:t>Статью 11 Закона Российской Федерации от 25 июня 1993 года № 5242-I "О праве граждан Российской Федерации на свободу передвижения, выбор места пребывания и жительства в пределах Российской Федерации" (Ведомости Съезда народных депутатов Российской Федерации и Верховного Совета Российской Федерации, 1993, № 32, ст. 1227) дополнить частью второй следующего содержания: "Решения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14</w:t>
      </w:r>
    </w:p>
    <w:p>
      <w:r>
        <w:t>Внести в статью 18 Закона Российской Федерации от 7 июля 1993 года № 5340-I "О торгово-промышленных палатах в Российской Федерации" (Ведомости Съезда народных депутатов Российской Федерации и Верховного Совета Российской Федерации, 1993, № 33, ст. 1309) следующие изменения</w:t>
      </w:r>
    </w:p>
    <w:p>
      <w:r>
        <w:t>слово "Если" заменить словами "1. Если"</w:t>
      </w:r>
    </w:p>
    <w:p>
      <w:r>
        <w:t>дополнить пунктом 2 следующего содержания: "2.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</w:t>
      </w:r>
    </w:p>
    <w:p>
      <w:r>
        <w:rPr>
          <w:b/>
        </w:rPr>
        <w:t>Статья 15</w:t>
      </w:r>
    </w:p>
    <w:p>
      <w:r>
        <w:t>Статью 28 Закона Российской Федерации от 20 августа 1993 года № 5663-I "О космической деятельности" (Российская газета, 1993, 6 октября) дополнить пунктом 3 следующего содержания: "3.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16</w:t>
      </w:r>
    </w:p>
    <w:p>
      <w:r>
        <w:t>Статью 29 Федерального закона от 21 декабря 1994 года № 68-ФЗ "О защите населения и территорий от чрезвычайных ситуаций природного и техногенного характера" (Собрание законодательства Российской Федерации, 1994, № 35, ст. 3648) дополнить частью второй следующего содержания: "Решения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17</w:t>
      </w:r>
    </w:p>
    <w:p>
      <w:r>
        <w:t>Статью 11 Федерального закона от 12 января 1995 года № 5-ФЗ "О ветеранах" (в редакции Федерального закона от 2 января 2000 года № 40-ФЗ) (Собрание законодательства Российской Федерации, 1995, № 3, ст. 168; 2000, № 2, ст. 161; 2004, № 35, ст. 3607) дополнить пунктом 6 следующего содержания: "6.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18</w:t>
      </w:r>
    </w:p>
    <w:p>
      <w:r>
        <w:t>Внести в статью 21 Федерального закона от 23 февраля 1995 года № 26-ФЗ "О природных лечебных ресурсах, лечебно-оздоровительных местностях и курортах" (Собрание законодательства Российской Федерации, 1995, № 9, ст. 713) следующие изменения</w:t>
      </w:r>
    </w:p>
    <w:p>
      <w:r>
        <w:t>слово "Если" заменить словами "1. Если"</w:t>
      </w:r>
    </w:p>
    <w:p>
      <w:r>
        <w:t>дополнить пунктом 2 следующего содержания: "2.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</w:t>
      </w:r>
    </w:p>
    <w:p>
      <w:r>
        <w:rPr>
          <w:b/>
        </w:rPr>
        <w:t>Статья 19</w:t>
      </w:r>
    </w:p>
    <w:p>
      <w:r>
        <w:t>Внести в статью 37 Федерального закона от 14 марта 1995 года № 33-ФЗ "Об особо охраняемых природных территориях" (Собрание законодательства Российской Федерации, 1995, № 12, ст. 1024) следующие изменения</w:t>
      </w:r>
    </w:p>
    <w:p>
      <w:r>
        <w:t>слово "Если" заменить словами "1. Если"</w:t>
      </w:r>
    </w:p>
    <w:p>
      <w:r>
        <w:t>дополнить пунктом 2 следующего содержания: "2.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</w:t>
      </w:r>
    </w:p>
    <w:p>
      <w:r>
        <w:rPr>
          <w:b/>
        </w:rPr>
        <w:t>Статья 20</w:t>
      </w:r>
    </w:p>
    <w:p>
      <w:r>
        <w:t>Статью 2 Федерального закона от 30 марта 1995 года № 38-ФЗ "О предупреждении распространения в Российской Федерации заболевания, вызываемого вирусом иммунодефицита человека (ВИЧ-инфекции)" (Собрание законодательства Российской Федерации, 1995, № 14, ст. 1212) дополнить пунктом 4 следующего содержания: "4.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21</w:t>
      </w:r>
    </w:p>
    <w:p>
      <w:r>
        <w:t>Статью 60 Федерального закона от 24 апреля 1995 года № 52-ФЗ "О животном мире" (Собрание законодательства Российской Федерации, 1995, № 17, ст. 1462) дополнить частью второй следующего содержания: "Решения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22</w:t>
      </w:r>
    </w:p>
    <w:p>
      <w:r>
        <w:t>Статью 53 Федерального закона от 19 мая 1995 года № 82-ФЗ "Об общественных объединениях" (Собрание законодательства Российской Федерации, 1995, № 21, ст. 1930) дополнить частью второй следующего содержания: "Решения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23</w:t>
      </w:r>
    </w:p>
    <w:p>
      <w:r>
        <w:t>Статью 2 Федерального закона от 28 июня 1995 года № 98-ФЗ "О государственной поддержке молодежных и детских общественных объединений" (Собрание законодательства Российской Федерации, 1995, № 27, ст. 2503; 2004, № 35, ст. 3607; 2013, № 14, ст. 1664) дополнить пунктом 4 следующего содержания: "4.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24</w:t>
      </w:r>
    </w:p>
    <w:p>
      <w:r>
        <w:t>Внести в Федеральный закон от 15 июля 1995 года № 101-ФЗ "О международных договорах Российской Федерации" (Собрание законодательства Российской Федерации, 1995, № 29, ст. 2757) следующие изменения: 1) статью 5 дополнить пунктом 4 следующего содержания: "4.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законом."; 2) статью 34 изложить в следующей редакции: "Статья 34. Соответствие международных договоров Конституции Российской Федерации 1. Конституционный Суд Российской Федерации в порядке, определяемом федеральным конституционным законом, разрешает: а) дела о соответствии Конституции Российской Федерации не вступивших в силу для Российской Федерации международных договоров либо отдельных их положений; б) споры о компетенции между федеральными органами государственной власти, а также между органами государственной власти Российской Федерации и органами государственной власти субъектов Российской Федерации в связи с заключением международных договоров Российской Федерации; в) вопрос о возможности исполнения решений межгосударственных органов, принятых на основании положений международных договоров Российской Федерации в их истолковании, противоречащем Конституции Российской Федерации, а также о возможности исполнения решения иностранного или международного (межгосударственного) суда, иностранного или международного третейского суда (арбитража), налагающего обязанности на Российскую Федерацию, в случае, если это решение противоречит основам публичного правопорядка Российской Федерации.</w:t>
      </w:r>
    </w:p>
    <w:p>
      <w:r>
        <w:rPr>
          <w:b/>
        </w:rPr>
        <w:t xml:space="preserve">2. </w:t>
      </w:r>
      <w:r>
        <w:t>Не вступившие в силу для Российской Федерации международные договоры, признанные Конституционным Судом Российской Федерации не соответствующими Конституции Российской Федерации, не подлежат введению в действие и применению."</w:t>
      </w:r>
    </w:p>
    <w:p>
      <w:r>
        <w:rPr>
          <w:b/>
        </w:rPr>
        <w:t>Статья 25</w:t>
      </w:r>
    </w:p>
    <w:p>
      <w:r>
        <w:t>Статью 3 Федерального закона от 3 августа 1995 года № 123-ФЗ "О племенном животноводстве" (Собрание законодательства Российской Федерации, 1995, № 32, ст. 3199) дополнить частью четвертой следующего содержания: "Решения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26</w:t>
      </w:r>
    </w:p>
    <w:p>
      <w:r>
        <w:t>Статью 3 Федерального закона от 11 августа 1995 года № 135-ФЗ "О благотворительной деятельности и добровольчестве (волонтерстве)" (Собрание законодательства Российской Федерации, 1995, № 33, ст. 3340; 2003, № 27, ст. 2708; 2007, № 1, ст. 39; 2018, № 7, ст. 975; № 52, ст. 8098; 2020, № 31, ст. 5041) дополнить пунктом 4 следующего содержания: "4.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27</w:t>
      </w:r>
    </w:p>
    <w:p>
      <w:r>
        <w:t>Статью 65 Федерального закона от 21 ноября 1995 года № 170-ФЗ "Об использовании атомной энергии" (Собрание законодательства Российской Федерации, 1995, № 48, ст. 4552) дополнить частью второй следующего содержания: "Решения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28</w:t>
      </w:r>
    </w:p>
    <w:p>
      <w:r>
        <w:t>Внести в статью 36 Федерального закона от 23 ноября 1995 года № 174-ФЗ "Об экологической экспертизе" (Собрание законодательства Российской Федерации, 1995, № 48, ст. 4556) следующие изменения</w:t>
      </w:r>
    </w:p>
    <w:p>
      <w:r>
        <w:t>слово "Если" заменить словами "1. Если"</w:t>
      </w:r>
    </w:p>
    <w:p>
      <w:r>
        <w:t>дополнить пунктом 2 следующего содержания: "2.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</w:t>
      </w:r>
    </w:p>
    <w:p>
      <w:r>
        <w:rPr>
          <w:b/>
        </w:rPr>
        <w:t>Статья 29</w:t>
      </w:r>
    </w:p>
    <w:p>
      <w:r>
        <w:t>Статью 3 Федерального закона от 24 ноября 1995 года № 181-ФЗ "О социальной защите инвалидов в Российской Федерации" (Собрание законодательства Российской Федерации, 1995, № 48, ст. 4563) дополнить частью третьей следующего содержания: "Решения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30</w:t>
      </w:r>
    </w:p>
    <w:p>
      <w:r>
        <w:t>Внести в статью 32 Федерального закона от 10 декабря 1995 года № 196-ФЗ "О безопасности дорожного движения" (Собрание законодательства Российской Федерации, 1995, № 50, ст. 4873) следующие изменения</w:t>
      </w:r>
    </w:p>
    <w:p>
      <w:r>
        <w:t>слово "Если" заменить словами "1. Если"</w:t>
      </w:r>
    </w:p>
    <w:p>
      <w:r>
        <w:t>дополнить пунктом 2 следующего содержания: "2.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</w:t>
      </w:r>
    </w:p>
    <w:p>
      <w:r>
        <w:rPr>
          <w:b/>
        </w:rPr>
        <w:t>Статья 31</w:t>
      </w:r>
    </w:p>
    <w:p>
      <w:r>
        <w:t>Внести в статью 24 Федерального закона от 30 декабря 1995 года № 225-ФЗ "О соглашениях о разделе продукции" (Собрание законодательства Российской Федерации, 1996, № 1, ст. 18) следующие изменения</w:t>
      </w:r>
    </w:p>
    <w:p>
      <w:r>
        <w:t>слово "Если" заменить словами "1. Если"</w:t>
      </w:r>
    </w:p>
    <w:p>
      <w:r>
        <w:t>дополнить пунктом 2 следующего содержания: "2.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</w:t>
      </w:r>
    </w:p>
    <w:p>
      <w:r>
        <w:rPr>
          <w:b/>
        </w:rPr>
        <w:t>Статья 32</w:t>
      </w:r>
    </w:p>
    <w:p>
      <w:r>
        <w:t>Статью 2 Федерального закона от 9 января 1996 года № 3-ФЗ "О радиационной безопасности населения" (Собрание законодательства Российской Федерации, 1996, № 3, ст. 141) дополнить пунктом 4 следующего содержания: "4.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33</w:t>
      </w:r>
    </w:p>
    <w:p>
      <w:r>
        <w:t>Статью 3 Федерального закона от 10 января 1996 года № 4-ФЗ "О мелиорации земель" (Собрание законодательства Российской Федерации, 1996, № 3, ст. 142) дополнить частью четвертой следующего содержания: "Решения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34</w:t>
      </w:r>
    </w:p>
    <w:p>
      <w:r>
        <w:t>Статью 2 Федерального закона от 12 января 1996 года № 8-ФЗ "О погребении и похоронном деле" (Собрание законодательства Российской Федерации, 1996, № 3, ст. 146) дополнить пунктом 3 следующего содержания: "3.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35</w:t>
      </w:r>
    </w:p>
    <w:p>
      <w:r>
        <w:t>Статью 6 Федерального закона от 12 января 1996 года № 10-ФЗ "О профессиональных союзах, их правах и гарантиях деятельности" (Собрание законодательства Российской Федерации, 1996, № 3, ст. 148) дополнить пунктом 4 следующего содержания: "4.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36</w:t>
      </w:r>
    </w:p>
    <w:p>
      <w:r>
        <w:t>Статью 3 Федерального закона от 31 мая 1996 года № 61-ФЗ "Об обороне" (Собрание законодательства Российской Федерации, 1996, № 23, ст. 2750) дополнить пунктом 11 следующего содержания: "11.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37</w:t>
      </w:r>
    </w:p>
    <w:p>
      <w:r>
        <w:t>Статью 3 Федерального закона от 17 июня 1996 года № 74-ФЗ "О национально-культурной автономии" (Собрание законодательства Российской Федерации, 1996, № 25, ст. 2965; 2003, № 46, ст. 4432) дополнить частью третьей следующего содержания: "Решения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38</w:t>
      </w:r>
    </w:p>
    <w:p>
      <w:r>
        <w:t>Статью 1 Федерального закона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2003, № 2, ст. 159; 2008, № 20, ст. 2250) дополнить частью третьей следующего содержания: "Решения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39</w:t>
      </w:r>
    </w:p>
    <w:p>
      <w:r>
        <w:t>Статью 3 Федерального закона от 21 декабря 1996 года № 159-ФЗ "О дополнительных гарантиях по социальной поддержке детей-сирот и детей, оставшихся без попечения родителей" (Собрание законодательства Российской Федерации, 1996, № 52, ст. 5880; 2004, № 35, ст. 3607) дополнить частью третьей следующего содержания: "Решения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40</w:t>
      </w:r>
    </w:p>
    <w:p>
      <w:r>
        <w:t>Статью 26 Федерального закона от 2 мая 1997 года № 76-ФЗ "Об уничтожении химического оружия" (Собрание законодательства Российской Федерации, 1997, № 18, ст. 2105) дополнить частью третьей следующего содержания: "Решения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41</w:t>
      </w:r>
    </w:p>
    <w:p>
      <w:r>
        <w:t>Статью 26 Федерального закона от 19 июля 1997 года № 109-ФЗ "О безопасном обращении с пестицидами и агрохимикатами" (Собрание законодательства Российской Федерации, 1997, № 29, ст. 3510) дополнить частью второй следующего содержания: "Решения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42</w:t>
      </w:r>
    </w:p>
    <w:p>
      <w:r>
        <w:t>Статью 4 Федерального закона от 21 июля 1997 года № 116-ФЗ "О промышленной безопасности опасных производственных объектов" (Собрание законодательства Российской Федерации, 1997, № 30, ст. 3588; 2011, № 30, ст. 4596; 2013, № 9, ст. 874; № 27, ст. 3478) дополнить пунктом 21 следующего содержания: "21.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43</w:t>
      </w:r>
    </w:p>
    <w:p>
      <w:r>
        <w:t>Статью 2 Федерального закона от 21 июля 1997 года № 117-ФЗ "О безопасности гидротехнических сооружений" (Собрание законодательства Российской Федерации, 1997, № 30, ст. 3589; 2011, № 49, ст. 7025; 2018, № 22, ст. 3042) дополнить частью четвертой следующего содержания: "Решения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44</w:t>
      </w:r>
    </w:p>
    <w:p>
      <w:r>
        <w:t>(Статья утратила силу - Федеральный закон от 30.12.2021 № 454-ФЗ)</w:t>
      </w:r>
    </w:p>
    <w:p>
      <w:r>
        <w:rPr>
          <w:b/>
        </w:rPr>
        <w:t>Статья 45</w:t>
      </w:r>
    </w:p>
    <w:p>
      <w:r>
        <w:t>Статью 3 Федерального закона от 8 января 1998 года № 3-ФЗ "О наркотических средствах и психотропных веществах" (Собрание законодательства Российской Федерации, 1998, № 2, ст. 219) дополнить пунктом 3 следующего содержания: "3.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46</w:t>
      </w:r>
    </w:p>
    <w:p>
      <w:r>
        <w:t>Статью 3 Федерального закона от 12 февраля 1998 года № 28-ФЗ "О гражданской обороне" (Собрание законодательства Российской Федерации, 1998, № 7, ст. 799; 2015, № 27, ст. 3962; 2019, № 18, ст. 2208) дополнить пунктом 3 следующего содержания: "3.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47</w:t>
      </w:r>
    </w:p>
    <w:p>
      <w:r>
        <w:t>Статью 3 Федерального закона от 28 марта 1998 года № 53-ФЗ "О воинской обязанности и военной службе" (Собрание законодательства Российской Федерации, 1998, № 13, ст. 1475) изложить в следующей редакции: "Статья 3. Правовая основа воинской обязанности и военной службы 1. Правовой основой воинской обязанности и военной службы являются Конституция Российской Федерации, настоящий Федеральный закон, другие федеральные законы и иные нормативные правовые акты Российской Федерации, регулирующие вопросы обороны, воинской обязанности, военной службы и статуса военнослужащих, международные договоры Российской Федерации.</w:t>
      </w:r>
    </w:p>
    <w:p>
      <w:r>
        <w:rPr>
          <w:b/>
        </w:rPr>
        <w:t xml:space="preserve">2. </w:t>
      </w:r>
      <w:r>
        <w:t>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</w:t>
      </w:r>
    </w:p>
    <w:p>
      <w:r>
        <w:rPr>
          <w:b/>
        </w:rPr>
        <w:t>Статья 48</w:t>
      </w:r>
    </w:p>
    <w:p>
      <w:r>
        <w:t>Статью 4 Федерального закона от 27 мая 1998 года № 76-ФЗ "О статусе военнослужащих" (Собрание законодательства Российской Федерации, 1998, № 22, ст. 2331) дополнить пунктом 11 следующего содержания: "11.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49</w:t>
      </w:r>
    </w:p>
    <w:p>
      <w:r>
        <w:t>Статью 2 Федерального закона от 19 июля 1998 года № 113-ФЗ "О гидрометеорологической службе" (Собрание законодательства Российской Федерации, 1998, № 30, ст. 3609; 2004, № 35, ст. 3607; 2006, № 6, ст. 638; 2011, № 29, ст. 4291) дополнить частью 7 следующего содержания: "7.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50</w:t>
      </w:r>
    </w:p>
    <w:p>
      <w:r>
        <w:t>Статью 14 Федерального закона от 19 июля 1998 года № 114-ФЗ "О военно-техническом сотрудничестве Российской Федерации с иностранными государствами" (Собрание законодательства Российской Федерации, 1998, № 30, ст. 3610; 2007, № 21, ст. 2466) дополнить пунктом 21 следующего содержания: "21.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51</w:t>
      </w:r>
    </w:p>
    <w:p>
      <w:r>
        <w:t>Часть вторую статьи 2 Федерального закона от 24 июля 1998 года № 125-ФЗ "Об обязательном социальном страховании от несчастных случаев на производстве и профессиональных заболеваний" (Собрание законодательства Российской Федерации, 1998, № 31, ст. 3803; 2020, № 14, ст. 2032) дополнить предложениями следующего содержания: "Решения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52</w:t>
      </w:r>
    </w:p>
    <w:p>
      <w:r>
        <w:t>Статью 10 Федерального закона от 24 июля 1998 года № 127-ФЗ "О государственном контроле за осуществлением международных автомобильных перевозок и об ответственности за нарушение порядка их выполнения" (Собрание законодательства Российской Федерации, 1998, № 31, ст. 3805) дополнить частью второй следующего содержания: "Решения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53</w:t>
      </w:r>
    </w:p>
    <w:p>
      <w:r>
        <w:t>Статью 2 Федерального закона от 17 сентября 1998 года № 157-ФЗ "Об иммунопрофилактике инфекционных болезней" (Собрание законодательства Российской Федерации, 1998, № 38, ст. 4736) дополнить пунктом 3 следующего содержания: "3.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54</w:t>
      </w:r>
    </w:p>
    <w:p>
      <w:r>
        <w:t>Внести в статью 5 Федерального закона от 25 февраля 1999 года № 39-ФЗ "Об инвестиционной деятельности в Российской Федерации, осуществляемой в форме капитальных вложений" (Собрание законодательства Российской Федерации, 1999, № 9, ст. 1096) следующие изменения</w:t>
      </w:r>
    </w:p>
    <w:p>
      <w:r>
        <w:t>слово "Отношения" заменить словами "1. Отношения"</w:t>
      </w:r>
    </w:p>
    <w:p>
      <w:r>
        <w:t>дополнить пунктом 2 следующего содержания: "2.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</w:t>
      </w:r>
    </w:p>
    <w:p>
      <w:r>
        <w:rPr>
          <w:b/>
        </w:rPr>
        <w:t>Статья 55</w:t>
      </w:r>
    </w:p>
    <w:p>
      <w:r>
        <w:t>Статью 1 Федерального закона от 1 мая 1999 года № 94-ФЗ "Об охране озера Байкал" (Собрание законодательства Российской Федерации, 1999, № 18, ст. 2220) дополнить пунктом 3 следующего содержания: "3.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56</w:t>
      </w:r>
    </w:p>
    <w:p>
      <w:r>
        <w:t>Статью 33 Федерального закона от 4 мая 1999 года № 96-ФЗ "Об охране атмосферного воздуха" (Собрание законодательства Российской Федерации, 1999, № 18, ст. 2222) изложить в следующей редакции: "Статья 33. Международное сотрудничество Российской Федерации в области охраны атмосферного воздуха 1. Российская Федерация осуществляет международное сотрудничество в области охраны атмосферного воздуха в соответствии с принципами, установленными международными договорами Российской Федерации в области охраны атмосферного воздуха.</w:t>
      </w:r>
    </w:p>
    <w:p>
      <w:r>
        <w:rPr>
          <w:b/>
        </w:rPr>
        <w:t xml:space="preserve">2. </w:t>
      </w:r>
      <w:r>
        <w:t>Если международным договором Российской Федерации установлены иные правила, чем те, которые предусмотрены настоящим Федеральным законом, применяются правила международного договора</w:t>
      </w:r>
    </w:p>
    <w:p>
      <w:r>
        <w:rPr>
          <w:b/>
        </w:rPr>
        <w:t xml:space="preserve">3. </w:t>
      </w:r>
      <w:r>
        <w:t>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</w:t>
      </w:r>
    </w:p>
    <w:p>
      <w:r>
        <w:rPr>
          <w:b/>
        </w:rPr>
        <w:t>Статья 57</w:t>
      </w:r>
    </w:p>
    <w:p>
      <w:r>
        <w:t>Внести в статью 25 Федерального закона от 16 июля 1999 года № 165-ФЗ "Об основах обязательного социального страхования" (Собрание законодательства Российской Федерации, 1999, № 29, ст. 3686) следующие изменения</w:t>
      </w:r>
    </w:p>
    <w:p>
      <w:r>
        <w:t>слова "В случае" заменить словами "1. В случае"</w:t>
      </w:r>
    </w:p>
    <w:p>
      <w:r>
        <w:t>дополнить пунктом 2 следующего содержания: "2.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</w:t>
      </w:r>
    </w:p>
    <w:p>
      <w:r>
        <w:rPr>
          <w:b/>
        </w:rPr>
        <w:t>Статья 58</w:t>
      </w:r>
    </w:p>
    <w:p>
      <w:r>
        <w:t>Внести в пункт 2 статьи 5 Федерального закона от 18 июля 1999 года № 183-ФЗ "Об экспортном контроле" (Собрание законодательства Российской Федерации, 1999, № 30, ст. 3774; 2011, № 50, ст. 7351) следующие изменения</w:t>
      </w:r>
    </w:p>
    <w:p>
      <w:r>
        <w:t>дополнить новым абзацем третьим следующего содержания: "исполнение в Российской Федерации решений межгосударственных органов, принятых на основании положений международных договоров Российской Федерации в их истолковании, не противоречащем Конституции Российской Федерации (такое противоречие может быть установлено в порядке, определенном федеральным конституционным законом);"</w:t>
      </w:r>
    </w:p>
    <w:p>
      <w:r>
        <w:t>абзацы третий - седьмой считать соответственно абзацами четвертым - восьмым</w:t>
      </w:r>
    </w:p>
    <w:p>
      <w:r>
        <w:t>абзац восьмой считать абзацем девятым и дополнить его словами ", если это не влечет за собой ограничения прав и свобод человека и гражданина и не противоречит основам конституционного строя Российской Федерации"</w:t>
      </w:r>
    </w:p>
    <w:p>
      <w:r>
        <w:rPr>
          <w:b/>
        </w:rPr>
        <w:t>Статья 59</w:t>
      </w:r>
    </w:p>
    <w:p>
      <w:r>
        <w:t>Часть вторую статьи 2 Федерального закона от 7 мая 2001 года № 49-ФЗ "О территориях традиционного природопользования коренных малочисленных народов Севера, Сибири и Дальнего Востока Российской Федерации" (Собрание законодательства Российской Федерации, 2001, № 20, ст. 1972) дополнить предложениями следующего содержания: "Решения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60</w:t>
      </w:r>
    </w:p>
    <w:p>
      <w:r>
        <w:t>Статью 102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44, ст. 4296; 2018, № 18, ст. 2560) дополнить частью второй следующего содержания: "Решения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61</w:t>
      </w:r>
    </w:p>
    <w:p>
      <w:r>
        <w:t>Статью 1 Федерального закона от 15 декабря 2001 года № 166-ФЗ "О государственном пенсионном обеспечении в Российской Федерации" (Собрание законодательства Российской Федерации, 2001, № 51, ст. 4831; 2009, № 30, ст. 3739) дополнить пунктом 21 следующего содержания: "21.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62</w:t>
      </w:r>
    </w:p>
    <w:p>
      <w:r>
        <w:t>Статью 2 Федерального закона от 15 декабря 2001 года № 167-ФЗ "Об обязательном пенсионном страховании в Российской Федерации" (Собрание законодательства Российской Федерации, 2001, № 51, ст. 4832; 2003, № 1, ст. 13; 2009, № 30, ст. 3739; 2012, № 50, ст. 6966; 2014, № 30, ст. 4217; 2016, № 27, ст. 4183) дополнить частью пятой следующего содержания: "Решения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63</w:t>
      </w:r>
    </w:p>
    <w:p>
      <w:r>
        <w:t>Статью 1 Федерального закона от 17 декабря 2001 года № 173-ФЗ "О трудовых пенсиях в Российской Федерации" (Собрание законодательства Российской Федерации, 2001, № 52, ст. 4920; 2002, № 30, ст. 3033; 2009, № 30, ст. 3739; 2011, № 49, ст. 7037; 2019, № 40, ст. 5488) дополнить пунктом 21 следующего содержания: "21.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64</w:t>
      </w:r>
    </w:p>
    <w:p>
      <w:r>
        <w:t>Статью 82 Федерального закона от 10 января 2002 года № 7-ФЗ "Об охране окружающей среды" (Собрание законодательства Российской Федерации, 2002, № 2, ст. 133) дополнить пунктом 3 следующего содержания: "3.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65</w:t>
      </w:r>
    </w:p>
    <w:p>
      <w:r>
        <w:t>Статью 2 Федерального закона от 25 апреля 2002 года № 40-ФЗ "Об обязательном страховании гражданской ответственности владельцев транспортных средств" (Собрание законодательства Российской Федерации, 2002, № 18, ст. 1720; 2019, № 18, ст. 2212) дополнить пунктом 3 следующего содержания: "3.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66</w:t>
      </w:r>
    </w:p>
    <w:p>
      <w:r>
        <w:t>Статью 6 Федерального закона от 24 июля 2002 года № 102-ФЗ "О третейских судах в Российской Федерации" (Собрание законодательства Российской Федерации, 2002, № 30, ст. 3019) дополнить пунктом 21 следующего содержания: "21.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67</w:t>
      </w:r>
    </w:p>
    <w:p>
      <w:r>
        <w:t>Статью 2 Федерального закона от 24 июля 2002 года № 111-ФЗ "Об инвестировании средств для финансирования накопительной пенсии в Российской Федерации" (Собрание законодательства Российской Федерации, 2002, № 30, ст. 3028; 2013, № 30, ст. 4084; 2014, № 30, ст. 4219) дополнить частью пятой следующего содержания: "Решения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68</w:t>
      </w:r>
    </w:p>
    <w:p>
      <w:r>
        <w:t>Статью 17 Федерального закона от 25 июля 2002 года № 114-ФЗ "О противодействии экстремистской деятельности" (Собрание законодательства Российской Федерации, 2002, № 30, ст. 3031) дополнить частью пятой следующего содержания: "Решения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69</w:t>
      </w:r>
    </w:p>
    <w:p>
      <w:r>
        <w:t>Статью 1 Федерального закона от 26 октября 2002 года № 127-ФЗ "О несостоятельности (банкротстве)" (Собрание законодательства Российской Федерации, 2002, № 43, ст. 4190; 2007, № 49, ст. 6079; 2009, № 1, ст. 4; 2015, № 27, ст. 3977) дополнить пунктом 41 следующего содержания: "41.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70</w:t>
      </w:r>
    </w:p>
    <w:p>
      <w:r>
        <w:t>Статью 3 Федерального закона от 10 января 2003 года № 17-ФЗ "О железнодорожном транспорте в Российской Федерации" (Собрание законодательства Российской Федерации, 2003, № 2, ст. 169) дополнить пунктом 3 следующего содержания: "3.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71</w:t>
      </w:r>
    </w:p>
    <w:p>
      <w:r>
        <w:t>Статью 4 Федерального закона от 7 июля 2003 года № 126-ФЗ "О связи" (Собрание законодательства Российской Федерации, 2003, № 28, ст. 2895) дополнить пунктом 4 следующего содержания: "4.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72</w:t>
      </w:r>
    </w:p>
    <w:p>
      <w:r>
        <w:t>Внести в статью 38 Федерального закона от 8 декабря 2003 года № 165-ФЗ "О специальных защитных, антидемпинговых и компенсационных мерах при импорте товаров" (Собрание законодательства Российской Федерации, 2003, № 50, ст. 4851) следующие изменения</w:t>
      </w:r>
    </w:p>
    <w:p>
      <w:r>
        <w:t>слово "Если" заменить словами "1. Если"</w:t>
      </w:r>
    </w:p>
    <w:p>
      <w:r>
        <w:t>дополнить частью 2 следующего содержания: "2.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</w:t>
      </w:r>
    </w:p>
    <w:p>
      <w:r>
        <w:rPr>
          <w:b/>
        </w:rPr>
        <w:t>Статья 73</w:t>
      </w:r>
    </w:p>
    <w:p>
      <w:r>
        <w:t>Часть 2 статьи 4 Федерального закона от 10 декабря 2003 года № 173-ФЗ "О валютном регулировании и валютном контроле" (Собрание законодательства Российской Федерации, 2003, № 50, ст. 4859; 2018, № 1, ст. 54; № 49, ст. 7524) дополнить абзацем следующего содержания: "Решения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74</w:t>
      </w:r>
    </w:p>
    <w:p>
      <w:r>
        <w:t>Статью 5 Федерального закона от 27 июля 2004 года № 79-ФЗ "О государственной гражданской службе Российской Федерации" (Собрание законодательства Российской Федерации, 2004, № 31, ст. 3215) дополнить частью 3 следующего содержания: "3.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75</w:t>
      </w:r>
    </w:p>
    <w:p>
      <w:r>
        <w:t>Статью 2 Федерального закона от 22 октября 2004 года № 125-ФЗ "Об архивном деле в Российской Федерации" (Собрание законодательства Российской Федерации, 2004, № 43, ст. 4169; 2017, № 25, ст. 3596) дополнить частью 4 следующего содержания: "4.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76</w:t>
      </w:r>
    </w:p>
    <w:p>
      <w:r>
        <w:t>Внести в статью 4 Федерального закона от 20 декабря 2004 года № 166-ФЗ "О рыболовстве и сохранении водных биологических ресурсов" (Собрание законодательства Российской Федерации, 2004, № 52, ст. 5270; 2007, № 50, ст. 6246) следующие изменения</w:t>
      </w:r>
    </w:p>
    <w:p>
      <w:r>
        <w:t>слово "Если" заменить словами "1. Если"</w:t>
      </w:r>
    </w:p>
    <w:p>
      <w:r>
        <w:t>дополнить частью 2 следующего содержания: "2.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</w:t>
      </w:r>
    </w:p>
    <w:p>
      <w:r>
        <w:rPr>
          <w:b/>
        </w:rPr>
        <w:t>Статья 77</w:t>
      </w:r>
    </w:p>
    <w:p>
      <w:r>
        <w:t>Статью 2 Федерального закона от 21 июля 2005 года № 115-ФЗ "О концессионных соглашениях" (Собрание законодательства Российской Федерации, 2005, № 30, ст. 3126) дополнить частью 3 следующего содержания: "3.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78</w:t>
      </w:r>
    </w:p>
    <w:p>
      <w:r>
        <w:t>Статью 4 Федерального закона от 6 марта 2006 года № 35-ФЗ "О противодействии терроризму" (Собрание законодательства Российской Федерации, 2006, № 11, ст. 1146) дополнить частью 3 следующего содержания: "3.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79</w:t>
      </w:r>
    </w:p>
    <w:p>
      <w:r>
        <w:t>Статью 2 Федерального закона от 26 июля 2006 года № 135-ФЗ "О защите конкуренции" (Собрание законодательства Российской Федерации, 2006, № 31, ст. 3434) дополнить частью 4 следующего содержания: "4.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80</w:t>
      </w:r>
    </w:p>
    <w:p>
      <w:r>
        <w:t>Статью 4 Федерального закона от 27 июля 2006 года № 152-ФЗ "О персональных данных" (Собрание законодательства Российской Федерации, 2006, № 31, ст. 3451; 2011, № 31, ст. 4701) дополнить частью 5 следующего содержания: "5.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81</w:t>
      </w:r>
    </w:p>
    <w:p>
      <w:r>
        <w:t>Статью 11 Федерального закона от 29 декабря 2006 года № 255-ФЗ "Об обязательном социальном страховании на случай временной нетрудоспособности и в связи с материнством" (Собрание законодательства Российской Федерации, 2007, № 1, ст. 18; 2009, № 30, ст. 3739; 2010, № 50, ст. 6601; 2012, № 53, ст. 7601; 2016, № 27, ст. 4183) дополнить частью 21 следующего содержания: "21.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82</w:t>
      </w:r>
    </w:p>
    <w:p>
      <w:r>
        <w:t>Статью 3 Федерального закона от 2 октября 2007 года № 229-ФЗ "Об исполнительном производстве" (Собрание законодательства Российской Федерации, 2007, № 41, ст. 4849; 2019, № 40, ст. 5488) дополнить частью 5 следующего содержания: "5.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83</w:t>
      </w:r>
    </w:p>
    <w:p>
      <w:r>
        <w:t>Статью 4 Федерального закона от 8 ноября 2007 года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2007, № 46, ст. 5553) дополнить частью 8 следующего содержания: "8.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84</w:t>
      </w:r>
    </w:p>
    <w:p>
      <w:r>
        <w:t>Статью 2 Федерального закона от 8 ноября 2007 года № 261-ФЗ "О морских портах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2007, № 46, ст. 5557) дополнить частью 4 следующего содержания: "4.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85</w:t>
      </w:r>
    </w:p>
    <w:p>
      <w:r>
        <w:t>Статью 4 Федерального закона от 4 декабря 2007 года № 329-ФЗ "О физической культуре и спорте в Российской Федерации" (Собрание законодательства Российской Федерации, 2007, № 50, ст. 6242) дополнить частью 5 следующего содержания: "5.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86</w:t>
      </w:r>
    </w:p>
    <w:p>
      <w:r>
        <w:t>Статью 3 Федерального закона от 24 апреля 2008 года № 48-ФЗ "Об опеке и попечительстве" (Собрание законодательства Российской Федерации, 2008, № 17, ст. 1755) дополнить частью 6 следующего содержания: "6.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87</w:t>
      </w:r>
    </w:p>
    <w:p>
      <w:r>
        <w:t>Внести в статью 4 Федерального закона от 26 июня 2008 года № 102-ФЗ "Об обеспечении единства измерений" (Собрание законодательства Российской Федерации, 2008, № 26, ст. 3021) следующие изменения</w:t>
      </w:r>
    </w:p>
    <w:p>
      <w:r>
        <w:t>слово "Если" заменить словами "1. Если"</w:t>
      </w:r>
    </w:p>
    <w:p>
      <w:r>
        <w:t>дополнить частью 2 следующего содержания: "2.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</w:t>
      </w:r>
    </w:p>
    <w:p>
      <w:r>
        <w:rPr>
          <w:b/>
        </w:rPr>
        <w:t>Статья 88</w:t>
      </w:r>
    </w:p>
    <w:p>
      <w:r>
        <w:t>Статью 3 Федерального закона от 22 декабря 2008 года № 262-ФЗ "Об обеспечении доступа к информации о деятельности судов в Российской Федерации" (Собрание законодательства Российской Федерации, 2008, № 52, ст. 6217) дополнить частью 3 следующего содержания: "3.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89</w:t>
      </w:r>
    </w:p>
    <w:p>
      <w:r>
        <w:t>Статью 1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№ 52, ст. 6249; 2009, № 18, ст. 2140; № 29, ст. 3601; № 52, ст. 6441; 2010, № 17, ст. 1988; № 31, ст. 4160, 4193; 2011, № 7, ст. 905; № 17, ст. 2310; № 27, ст. 3873; № 30, ст. 4590; № 48, ст. 6728; 2012, № 26, ст. 3446; 2013, № 27, ст. 3477; № 30, ст. 4041; № 52, ст. 6961, 6979, 6981; 2014, № 26, ст. 3366; № 30, ст. 4220, 4235, 4243; № 42, ст. 5615; № 48, ст. 6659; 2015, № 1, ст. 72, 85; № 18, ст. 2614; № 27, ст. 3950; № 29, ст. 4339, 4362; № 48, ст. 6707; 2016, № 11, ст. 1495; № 27, ст. 4160, 4164, 4194, 4210; 2017, № 9, ст. 1276; № 18, ст. 2673; № 31, ст. 4742; № 49, ст. 7304; 2018, № 1, ст. 26, 27; № 32, ст. 5116; № 45, ст. 6841; 2019, № 12, ст. 1231; № 23, ст. 2905; № 31, ст. 4415, 4469; № 52, ст. 7794; 2020, № 29, ст. 4504) дополнить частью 6 следующего содержания: "6.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90</w:t>
      </w:r>
    </w:p>
    <w:p>
      <w:r>
        <w:t>Статью 3 Федерального закона от 9 февраля 2009 года № 8-ФЗ "Об обеспечении доступа к информации о деятельности государственных органов и органов местного самоуправления" (Собрание законодательства Российской Федерации, 2009, № 7, ст. 776) дополнить частью 3 следующего содержания: "3.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91</w:t>
      </w:r>
    </w:p>
    <w:p>
      <w:r>
        <w:t>Статью 3 Федерального закона от 12 апреля 2010 года № 61-ФЗ "Об обращении лекарственных средств" (Собрание законодательства Российской Федерации, 2010, № 16, ст. 1815; 2015, № 27, ст. 3951) дополнить частью 41 следующего содержания: "41.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92</w:t>
      </w:r>
    </w:p>
    <w:p>
      <w:r>
        <w:t>Статью 2 Федерального закона от 29 ноября 2010 года № 326-ФЗ "Об обязательном медицинском страховании в Российской Федерации" (Собрание законодательства Российской Федерации, 2010, № 49, ст. 6422; 2012, № 49, ст. 6758) дополнить частью 21 следующего содержания: "21.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93</w:t>
      </w:r>
    </w:p>
    <w:p>
      <w:r>
        <w:t>Статью 3 Федерального закона от 3 июня 2011 года № 107-ФЗ "Об исчислении времени" (Собрание законодательства Российской Федерации, 2011, № 23, ст. 3247) дополнить частью 4 следующего содержания: "4.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94</w:t>
      </w:r>
    </w:p>
    <w:p>
      <w:r>
        <w:t>Статью 2 Федерального закона от 11 июля 2011 года № 190-ФЗ "Об обращении с радиоактивными отходами и о внесении изменений в отдельные законодательные акты Российской Федерации" (Собрание законодательства Российской Федерации, 2011, № 29, ст. 4281) дополнить частью 4 следующего содержания: "4.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95</w:t>
      </w:r>
    </w:p>
    <w:p>
      <w:r>
        <w:t>Статью 3 Федерального закона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2015, № 1, ст. 72; № 27, ст. 3951; № 29, ст. 4339; 2017, № 31, ст. 4765) дополнить частью 51 следующего содержания: "51.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96</w:t>
      </w:r>
    </w:p>
    <w:p>
      <w:r>
        <w:t>Статью 3 Федерального закона от 30 ноября 2011 года № 342-ФЗ "О службе в органах внутренних дел Российской Федерации и внесении изменений в отдельные законодательные акты Российской Федерации" (Собрание законодательства Российской Федерации, 2011, № 49, ст. 7020) дополнить частью 4 следующего содержания: "4.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97</w:t>
      </w:r>
    </w:p>
    <w:p>
      <w:r>
        <w:t>Статью 2 Федерального закона от 5 июня 2012 года № 50-ФЗ "О регулировании деятельности российских граждан и российских юридических лиц в Антарктике" (Собрание законодательства Российской Федерации, 2012, № 24, ст. 3067) дополнить частью 3 следующего содержания: "3.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98</w:t>
      </w:r>
    </w:p>
    <w:p>
      <w:r>
        <w:t>Статью 3 Федерального закона от 20 июля 2012 года № 125-ФЗ "О донорстве крови и ее компонентов" (Собрание законодательства Российской Федерации, 2012, № 30, ст. 4176) дополнить частью 3 следующего содержания: "3.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99</w:t>
      </w:r>
    </w:p>
    <w:p>
      <w:r>
        <w:t>Статью 4 Федерального закона от 29 декабря 2012 года № 273-ФЗ "Об образовании в Российской Федерации" (Собрание законодательства Российской Федерации, 2012, № 53, ст. 7598; 2015, № 1, ст. 72; № 27, ст. 3951; № 29, ст. 4339; 2016, № 27, ст. 4160; 2017, № 31, ст. 4765) дополнить частью 61 следующего содержания: "61.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100</w:t>
      </w:r>
    </w:p>
    <w:p>
      <w:r>
        <w:t>Статью 2 Федерального закона от 29 декабря 2012 года № 275-ФЗ "О государственном оборонном заказе" (Собрание законодательства Российской Федерации, 2012, № 53, ст. 7600; 2013, № 52, ст. 6961) дополнить частью 4 следующего содержания: "4.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101</w:t>
      </w:r>
    </w:p>
    <w:p>
      <w:r>
        <w:t>Статью 3 Федерального закона от 23 февраля 2013 года № 15-ФЗ "Об охране здоровья граждан от воздействия окружающего табачного дыма, последствий потребления табака или потребления никотинсодержащей продукции" (Собрание законодательства Российской Федерации, 2013, № 8, ст. 721; 2020, № 31, ст. 5062) дополнить частью 3 следующего содержания: "3.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102</w:t>
      </w:r>
    </w:p>
    <w:p>
      <w:r>
        <w:t>Статью 2 Федерального закона от 5 апреля 2013 года №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№ 14, ст. 1652; 2015, № 29, ст. 4342; 2020, № 17, ст. 2702) дополнить частью 41 следующего содержания: "41.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103</w:t>
      </w:r>
    </w:p>
    <w:p>
      <w:r>
        <w:t>Статью 3 Федерального закона от 2 июля 2013 года № 148-ФЗ "Об аквакультуре (рыбоводстве) и о внесении изменений в отдельные законодательные акты Российской Федерации" (Собрание законодательства Российской Федерации, 2013, № 27, ст. 3440) дополнить частью 21 следующего содержания: "21.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104</w:t>
      </w:r>
    </w:p>
    <w:p>
      <w:r>
        <w:t>Статью 2 Федерального закона от 28 декабря 2013 года № 400-ФЗ "О страховых пенсиях" (Собрание законодательства Российской Федерации, 2013, № 52, ст. 6965; 2016, № 27, ст. 4183; 2018, № 53, ст. 8462; 2019, № 40, ст. 5488) дополнить частью 31 следующего содержания: "31.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105</w:t>
      </w:r>
    </w:p>
    <w:p>
      <w:r>
        <w:t>Статью 3 Федерального закона от 28 декабря 2013 года № 412-ФЗ "Об аккредитации в национальной системе аккредитации" (Собрание законодательства Российской Федерации, 2013, № 52, ст. 6977) дополнить частью 3 следующего содержания: "3.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106</w:t>
      </w:r>
    </w:p>
    <w:p>
      <w:r>
        <w:t>Статью 2 Федерального закона от 28 декабря 2013 года № 424-ФЗ "О накопительной пенсии" (Собрание законодательства Российской Федерации, 2013, № 52, ст. 6989) дополнить частью 4 следующего содержания: "4.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107</w:t>
      </w:r>
    </w:p>
    <w:p>
      <w:r>
        <w:t>Статью 2 Федерального закона от 28 декабря 2013 года № 426-ФЗ "О специальной оценке условий труда" (Собрание законодательства Российской Федерации, 2013, № 52, ст. 6991) дополнить частью 4 следующего содержания: "4.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108</w:t>
      </w:r>
    </w:p>
    <w:p>
      <w:r>
        <w:t>Статью 3 Федерального закона от 21 июля 2014 года № 206-ФЗ "О карантине растений" (Собрание законодательства Российской Федерации, 2014, № 30, ст. 4207) дополнить частью 4 следующего содержания: "4.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109</w:t>
      </w:r>
    </w:p>
    <w:p>
      <w:r>
        <w:t>Статью 2 Федерального закона от 23 мая 2016 года № 141-ФЗ "О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Федерации" (Собрание законодательства Российской Федерации, 2016, № 22, ст. 3089) дополнить частью 4 следующего содержания: "4.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110</w:t>
      </w:r>
    </w:p>
    <w:p>
      <w:r>
        <w:t>Статью 3 Федерального закона от 3 июля 2016 года № 230-ФЗ "О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"О микрофинансовой деятельности и микрофинансовых организациях" (Собрание законодательства Российской Федерации, 2016, № 27, ст. 4163) дополнить частью 4 следующего содержания: "4.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111</w:t>
      </w:r>
    </w:p>
    <w:p>
      <w:r>
        <w:t>Статью 3 Федерального закона от 26 июля 2017 года № 179-ФЗ "Об основах приграничного сотрудничества" (Собрание законодательства Российской Федерации, 2017, № 31, ст. 4728) дополнить частью 3 следующего содержания: "3.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112</w:t>
      </w:r>
    </w:p>
    <w:p>
      <w:r>
        <w:t>Статью 3 Федерального закона от 19 июля 2018 года № 197-ФЗ "О службе в уголовно-исполнительной системе Российской Федерации и о внесении изменений в Закон Российской Федерации "Об учреждениях и органах, исполняющих уголовные наказания в виде лишения свободы" (Собрание законодательства Российской Федерации, 2018, № 30, ст. 4532) дополнить частью 4 следующего содержания: "4.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113</w:t>
      </w:r>
    </w:p>
    <w:p>
      <w:r>
        <w:t>Статью 3 Федерального закона от 1 октября 2019 года № 328-ФЗ "О службе в органах принудительного исполнения Российской Федерации и внесении изменений в отдельные законодательные акты Российской Федерации" (Собрание законодательства Российской Федерации, 2019, № 40, ст. 5488) дополнить частью 4 следующего содержания: "4.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114</w:t>
      </w:r>
    </w:p>
    <w:p>
      <w:r>
        <w:t>Статью 2 Федерального закона от 27 декабря 2019 года № 468-ФЗ "О виноградарстве и виноделии в Российской Федерации" (Собрание законодательства Российской Федерации, 2019, № 52, ст. 7786) дополнить частью 6 следующего содержания: "6.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115</w:t>
      </w:r>
    </w:p>
    <w:p>
      <w:r>
        <w:t>Статью 3 Федерального закона от 1 апреля 2020 года № 69-ФЗ "О защите и поощрении капиталовложений в Российской Федерации" (Собрание законодательства Российской Федерации, 2020, № 14, ст. 1999) дополнить частью 3 следующего содержания: "3.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законом.".</w:t>
      </w:r>
    </w:p>
    <w:p>
      <w:r>
        <w:rPr>
          <w:b/>
        </w:rPr>
        <w:t>Статья 116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