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8 Федерального закона "О закупках товаров, работ, услуг отдельными видами юридических лиц"</w:t>
      </w:r>
    </w:p>
    <w:p>
      <w:r>
        <w:rPr>
          <w:b/>
        </w:rPr>
        <w:t>Статья 1</w:t>
      </w:r>
    </w:p>
    <w:p>
      <w:r>
        <w:t>Внести в Федеральный закон от 18 июля 2011 года № 223-ФЗ "О закупках товаров, работ, услуг отдельными видами юридических лиц" (Собрание законодательства Российской Федерации, 2011, № 30, ст. 4571; № 50, ст. 7343; 2012, № 53, ст. 7649; 2013, № 23, ст. 2873; № 27, ст. 3452; № 51, ст. 6699; № 52, ст. 6961; 2015, № 1, ст. 11; № 27, ст. 3950; № 29, ст. 4375; 2016, № 27, ст. 4169, 4254; 2017, № 1, ст. 15; № 24, ст. 3477; 2018, № 1, ст. 54, 80, 89; № 27, ст. 3957; № 32, ст. 5134; № 45, ст. 6846; № 49, ст. 7524; 2019, № 18, ст. 2194; № 52, ст. 7792) следующие изменения</w:t>
      </w:r>
    </w:p>
    <w:p>
      <w:r>
        <w:t>в статье 1: а) в пункте 1 части 2 слова "обработки, утилизации, обезвреживания и захоронения твердых коммунальных отходов" заменить словами "обращения с твердыми коммунальными отходами"; б) в части 21: в пункте 1 слова "обработки, утилизации, обезвреживания и захоронения твердых коммунальных отходов" заменить словами "обращения с твердыми коммунальными отходами"; в пункте 2 слова "обработки, утилизации, обезвреживания и захоронения твердых коммунальных отходов" заменить словами "обращения с твердыми коммунальными отходами"</w:t>
      </w:r>
    </w:p>
    <w:p>
      <w:r>
        <w:t>в части 7 статьи 8 слова "обработки, утилизации, обезвреживания и захоронения твердых коммунальных отходов" заменить словами "обращения с твердыми коммунальными отходами"</w:t>
      </w:r>
    </w:p>
    <w:p>
      <w:r>
        <w:rPr>
          <w:b/>
        </w:rPr>
        <w:t>Статья 2</w:t>
      </w:r>
    </w:p>
    <w:p>
      <w:r>
        <w:t>Положения о закупках должны быть приведены в соответствие с требованиями Федерального закона от 18 июля 2011 года № 223-ФЗ "О закупках товаров, работ, услуг отдельными видами юридических лиц" (в редакции настоящего Федерального закона), утверждены и размещены в единой информационной системе не позднее чем в течение девяноста дней со дня вступления в силу настоящего Федерального закона. Положения о закупках, которые не соответствуют Федеральному закону от 18 июля 2011 года № 223-ФЗ "О закупках товаров, работ, услуг отдельными видами юридических лиц" (в редакции настоящего Федерального закона), по истечении девяноста дней со дня вступления в силу настоящего Федерального закона считаются не размещенными в единой информационной системе. Закупки, извещения об осуществлении которых были размещены в единой информационной системе до даты размещения положения о закупке, приведенного в соответствие с требованиями Федерального закона от 18 июля 2011 года № 223-ФЗ "О закупках товаров, работ, услуг отдельными видами юридических лиц" (в редакции настоящего Федерального закона), но не позднее чем в течение девяноста дней со дня вступления в силу настоящего Федерального закона, завершаются по правилам, действовавшим на дату размещения такого извещения.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