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электроэнергетике" в части исключения мер поддержки производства электрической энергии с использованием торфа в качестве топлива</w:t>
      </w:r>
    </w:p>
    <w:p>
      <w:r>
        <w:rPr>
          <w:b/>
        </w:rPr>
        <w:t>Статья 1</w:t>
      </w:r>
    </w:p>
    <w:p>
      <w:r>
        <w:t>Внести в Федеральный закон от 26 марта 2003 года № 35-ФЗ "Об электроэнергетике" (Собрание законодательства Российской Федерации, 2003, № 13, ст. 1177; 2004, № 35, ст. 3607; 2007, № 45, ст. 5427; 2008, № 29, ст. 3418; № 52, ст. 6236; 2010, № 31, ст. 4156, 4157, 4158, 4160; 2011, № 1, ст. 13; № 7, ст. 905; № 11, ст. 1502; № 30, ст. 4590; № 50, ст. 7336; 2012, № 26, ст. 3446; № 53, ст. 7616; 2013, № 45, ст. 5797; 2014, № 42, ст. 5615; 2015, № 1, ст. 19; № 29, ст. 4350; № 45, ст. 6208; 2016, № 14, ст. 1904; № 26, ст. 3865; № 27, ст. 4201; 2017, № 1, ст. 49; № 27, ст. 3926; № 30, ст. 4456; № 31, ст. 4822; 2018, № 1, ст. 35; № 27, ст. 3955; № 31, ст. 4843, 4860; № 53, ст. 8448; 2019, № 31, ст. 4421, 4459; № 52, ст. 7789, 7796; 2020, № 17, ст. 2719; № 31, ст. 5040; № 50, ст. 8047) следующие изменения</w:t>
      </w:r>
    </w:p>
    <w:p>
      <w:r>
        <w:t>в статье 21: а) в пункте 1: в абзаце тридцать втором слова "или торфа" исключить; в абзаце тридцать третьем слова "или торфа" и слова "или торф" исключить; в абзаце тридцать четвертом слова "или торфа" исключить; абзац тридцать пятый признать утратившим силу; б) в абзаце двадцать пятом пункта 2 слова "или торфа" исключить</w:t>
      </w:r>
    </w:p>
    <w:p>
      <w:r>
        <w:t>в абзаце седьмом пункта 3 статьи 231 слова "или торфа" исключить</w:t>
      </w:r>
    </w:p>
    <w:p>
      <w:r>
        <w:t>в абзаце четвертом пункта 1 статьи 293 слова "или торфа" исключить</w:t>
      </w:r>
    </w:p>
    <w:p>
      <w:r>
        <w:t>в пункте 3 статьи 33: а) в абзаце девятом слова "или торфа" исключить; б) в абзаце десятом слова "или торфа" исключить</w:t>
      </w:r>
    </w:p>
    <w:p>
      <w:r>
        <w:t>в абзаце девятнадцатом пункта 3 статьи 37 слова "или торфа" исключить</w:t>
      </w:r>
    </w:p>
    <w:p>
      <w:r>
        <w:t>в абзаце втором пункта 5 статьи 41 слова "или торфа" исключить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