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безопасном обращении с пестицидами и агрохимикатами" в части совершенствования государственного контроля (надзора) в области безопасного обращения с пестицидами и агрохимикатами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28.06.2021 № 221-ФЗ) Статья 1 "Статья 15. Федеральный государственный контроль (надзор) в области безопасного обращения с пестицидами и агрохимикатами "Статья 151. Права и обязанности должностных лиц федеральных органов исполнительной власти, осуществляющих функции по контролю (надзору) в области безопасного обращения с пестицидами и агрохимикатами "Статья 152. Федеральная государственная информационная система прослеживаемости пестицидов и агрохимикатов "Статья 211. Осуществление федерального государственного контроля (надзора) в области безопасного обращения с пестицидами и агрохимикатами в пунктах пропуска через Государственную границу Российской Федерации "Статья 26. Международное сотрудничество Российской Федерации в области безопасного обращения с пестицидами и агрохимикатами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