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собраниях, митингах, демонстрациях, шествиях и пикетированиях"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