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</w:t>
      </w:r>
    </w:p>
    <w:p>
      <w:r>
        <w:rPr>
          <w:b/>
        </w:rPr>
        <w:t>Статья 1</w:t>
      </w:r>
    </w:p>
    <w:p>
      <w:r>
        <w:t>В статье 341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2018, № 22, ст. 3043) слова ", службе судебных приставов, суду и иным органам или" заменить словами "или иным".</w:t>
      </w:r>
    </w:p>
    <w:p>
      <w:r>
        <w:rPr>
          <w:b/>
        </w:rPr>
        <w:t>Статья 2</w:t>
      </w:r>
    </w:p>
    <w:p>
      <w:r>
        <w:t>Внести в Федеральный закон от 21 июля 1997 года № 118-ФЗ "Об органах принудительного исполнения Российской Федерации" (Собрание законодательства Российской Федерации, 1997, № 30, ст. 3590; 2004, № 27, ст. 2711; № 35, ст. 3607; 2009, № 29, ст. 3631; 2011, № 29, ст. 4287; № 49, ст. 7067; № 50, ст. 7352; 2013, № 14, ст. 1657; 2014, № 11, ст. 1099; № 19, ст. 2331; 2015, № 10, ст. 1427; 2016, № 1, ст. 45; 2019, № 18, ст. 2221; № 40, ст. 5488; № 52, ст. 7805) следующие изменения</w:t>
      </w:r>
    </w:p>
    <w:p>
      <w:r>
        <w:t>в пункте 2 статьи 8: а) дополнить новыми абзацами семнадцатым и восемнадцатым следующего содержания: "принимает решение о необходимости открытия в соответствии с бюджетным законодательством Российской Федерации федеральному органу принудительного исполнения и (или) его подразделению либо территориальному органу принудительного исполнения и (или) его подразделению лицевых счетов для учета операций со средствами, поступающими во временное распоряжение органов принудительного исполнения Российской Федерации (далее - депозитный счет службы судебных приставов); является распорядителем денежных средств, находящихся на депозитном счете службы судебных приставов, открытом федеральному органу принудительного исполнения;"; б) абзацы семнадцатый и восемнадцатый считать соответственно абзацами девятнадцатым и двадцатым</w:t>
      </w:r>
    </w:p>
    <w:p>
      <w:r>
        <w:t>в пункте 2 статьи 9: а) дополнить новым абзацем двенадцатым и абзацем тринадцатым следующего содержания: "организует и контролирует выполнение решения главного судебного пристава Российской Федерации о необходимости открытия территориальному органу принудительного исполнения и (или) его подразделению депозитного счета службы судебных приставов; является распорядителем денежных средств, находящихся на депозитном счете службы судебных приставов, открытом территориальному органу принудительного исполнения;"; б) абзац двенадцатый считать абзацем четырнадцатым</w:t>
      </w:r>
    </w:p>
    <w:p>
      <w:r>
        <w:t>в пункте 2 статьи 10: а) абзац одиннадцатый изложить в следующей редакции: "в случае принятия решения о необходимости открытия подразделению территориального органа принудительного исполнения депозитного счета службы судебных приставов обеспечивает открытие такого счета;"; б) дополнить новым абзацем двенадцатым следующего содержания: "является распорядителем денежных средств, находящихся на депозитном счете службы судебных приставов, открытом подразделению территориального органа принудительного исполнения;"; в) абзацы двенадцатый - шестнадцатый считать соответственно абзацами тринадцатым - семнадцатым</w:t>
      </w:r>
    </w:p>
    <w:p>
      <w:r>
        <w:rPr>
          <w:b/>
        </w:rPr>
        <w:t>Статья 3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2009, № 1, ст. 14; 2011, № 27, ст. 3873; № 30, ст. 4573; № 49, ст. 7067; № 50, ст. 7357; 2012, № 31, ст. 4333; 2013, № 51, ст. 6699; № 52, ст. 7006; 2014, № 11, ст. 1099; № 52, ст. 7543; 2016, № 1, ст. 13; № 11, ст. 1493; 2017, № 22, ст. 3070; № 31, ст. 4761; № 50, ст. 7553; 2018, № 49, ст. 7523; № 53, ст. 8440; 2019, № 8, ст. 715) следующие изменения</w:t>
      </w:r>
    </w:p>
    <w:p>
      <w:r>
        <w:t>в пункте 7 части 7 статьи 36 слова "счет по учету средств, поступающих во временное распоряжение подразделения судебных приставов (далее - депозитный счет подразделения судебных приставов)" заменить словами "лицевой счет для учета операций со средствами, поступающими во временное распоряжение органов принудительного исполнения Российской Федерации, открытый в соответствии с бюджетным законодательством Российской Федерации федеральному органу принудительного исполнения и (или) его подразделению либо территориальному органу принудительного исполнения и (или) его подразделению (далее - депозитный счет службы судебных приставов)"</w:t>
      </w:r>
    </w:p>
    <w:p>
      <w:r>
        <w:t>в статье 70: а) в части 1 слово "подразделения" заменить словом "службы"; б) в части 7 слово "подразделения" заменить словом "службы"; в) часть 11 изложить в следующей редакции: "11. При поступлении на депозитный счет службы судебных приставов денежных средств должника в большем размере, чем необходимо для погашения размера задолженности, определяемого в соответствии с частью 2 статьи 69 настоящего Федерального закона, должнику возвращается излишне полученная сумма."</w:t>
      </w:r>
    </w:p>
    <w:p>
      <w:r>
        <w:t>в статье 71: а) в части 1 слово "подразделения" заменить словом "службы"; б) в части 3 слово "подразделения" заменить словом "службы"</w:t>
      </w:r>
    </w:p>
    <w:p>
      <w:r>
        <w:t>в части 2 статьи 72 слова "подразделения судебных приставов или счет взыскателя" заменить словами "службы судебных приставов", дополнить предложением следующего содержания: "В случаях, предусмотренных статьей 8 настоящего Федерального закона, денежные средства в иностранной валюте перечисляются банком или иной кредитной организацией на счет взыскателя."</w:t>
      </w:r>
    </w:p>
    <w:p>
      <w:r>
        <w:t>в статье 76: а) в части 2: в пункте 1 слово "подразделения" заменить словом "службы"; в пункте 2 слово "подразделения" заменить словом "службы"; б) в части 4 слово "подразделения" заменить словом "службы"; в) в части 5 слово "подразделения" заменить словом "службы"; г) в части 6 слово "подразделения" заменить словом "службы"; д) в части 7 слово "подразделения" заменить словом "службы"</w:t>
      </w:r>
    </w:p>
    <w:p>
      <w:r>
        <w:t>в статье 82: а) в части 7 слово "подразделения" заменить словом "службы"; б) в части 12 слово "подразделения" заменить словом "службы"</w:t>
      </w:r>
    </w:p>
    <w:p>
      <w:r>
        <w:t>в статье 87: а) в части 9 слово "подразделения" заменить словом "службы"; б) в части 12 слово "подразделения" заменить словом "службы"</w:t>
      </w:r>
    </w:p>
    <w:p>
      <w:r>
        <w:t>в части 2 статьи 871 слово "подразделения" заменить словом "службы"</w:t>
      </w:r>
    </w:p>
    <w:p>
      <w:r>
        <w:t>в части 3 статьи 872 слово "подразделения" заменить словом "службы"</w:t>
      </w:r>
    </w:p>
    <w:p>
      <w:r>
        <w:t>часть 3 статьи 98 изложить в следующей редакции: "3. Лица, выплачивающие должнику заработную плату или иные периодические платежи, со дня получения исполнительного документа от взыскателя или копии исполнительного документа от судебного пристава-исполнителя обязаны удерживать денежные средства из заработной платы и иных доходов должника в соответствии с требованиями, содержащимися в исполнительном документе. Лица, выплачивающие должнику заработную плату или иные периодические платежи, в трехдневный срок со дня выплаты обязаны переводить удержанные денежные средства на депозитный счет службы судебных приставов. В случаях, предусмотренных статьей 9 настоящего Федерального закона, лица, выплачивающие должнику заработную плату или иные периодические платежи, в трехдневный срок со дня выплаты обязаны выплачивать или переводить удержанные денежные средства взыскателю. Перевод и перечисление денежных средств производятся за счет должника. Лица, выплачивающие должнику заработную плату и (или) иные доходы путем их перечисления на счет должника в банке или иной кредитной организации, обязаны указывать в расчетном документе сумму, взысканную по исполнительному документу."</w:t>
      </w:r>
    </w:p>
    <w:p>
      <w:r>
        <w:t>в части 7 статьи 107 слово "подразделения" заменить словом "службы"</w:t>
      </w:r>
    </w:p>
    <w:p>
      <w:r>
        <w:t>в статье 110: а) часть 1 изложить в следующей редакции: "1. Денежные средства, подлежащие взысканию в рамках исполнительного производства, в том числе в связи с реализацией имущества должника, перечисляются на депозитный счет службы судебных приставов. Перечисление указанных денежных средств осуществляется в порядке очередности, установленной частями 3 и 4 настоящей статьи, в течение пяти операционных дней со дня их поступления на депозитный счет службы судебных приставов в порядке, определяемом главным судебным приставом Российской Федерации. В случае отсутствия сведений о банковских реквизитах взыскателя судебный пристав-исполнитель извещает взыскателя о поступлении денежных средств на депозитный счет службы судебных приставов."; б) в части 2 слово "подразделения" заменить словом "службы"; в) в абзаце первом части 3 слово "подразделения" заменить словом "службы"; г) в абзаце первом части 4 слово "подразделения" заменить словом "службы"</w:t>
      </w:r>
    </w:p>
    <w:p>
      <w:r>
        <w:rPr>
          <w:b/>
        </w:rPr>
        <w:t>Статья 4</w:t>
      </w:r>
    </w:p>
    <w:p>
      <w:r>
        <w:t>В части 2 статьи 3 Федерального закона от 23 мая 2018 года № 119-ФЗ "О внесении изменений в Федеральный закон "О банках и банковской деятельности" и Основы законодательства Российской Федерации о нотариате" (Собрание законодательства Российской Федерации, 2018, № 22, ст. 3043; № 31, ст. 4838) слова ", за исключением публичных депозитных счетов, владельцем которых является служба судебных приставов" и второе предложение исключить.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2 и 3 настоящего Федерального закона</w:t>
      </w:r>
    </w:p>
    <w:p>
      <w:r>
        <w:rPr>
          <w:b/>
        </w:rPr>
        <w:t xml:space="preserve">2. </w:t>
      </w:r>
      <w:r>
        <w:t>Статьи 2 и 3 настоящего Федерального закона вступают в силу по истечении двухсот семидесяти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