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Об упразднении Лотошинского и Шаховского районных судов Московской области и образовании постоянных судебных присутствий в составе Волоколамского городского суда Московской области</w:t>
      </w:r>
    </w:p>
    <w:p>
      <w:r>
        <w:rPr>
          <w:b/>
        </w:rPr>
        <w:t>Статья 1</w:t>
      </w:r>
    </w:p>
    <w:p>
      <w:r>
        <w:t>В соответствии со статьей 17 Федерального конституционного закона от 31 декабря 1996 года № 1-ФКЗ "О судебной системе Российской Федерации" и статьями 3 и 32 Федерального конституционного закона от 7 февраля 2011 года № 1-ФКЗ "О судах общей юрисдикции в Российской Федерации"</w:t>
      </w:r>
    </w:p>
    <w:p>
      <w:r>
        <w:t>упразднить: Лотошинский районный суд Московской области, передав относящиеся к его ведению вопросы осуществления правосудия в юрисдикцию Волоколамского городского суда Московской области; Шаховской районный суд Московской области, передав относящиеся к его ведению вопросы осуществления правосудия в юрисдикцию Волоколамского городского суда Московской области</w:t>
      </w:r>
    </w:p>
    <w:p>
      <w:r>
        <w:t>установить, что юрисдикция Волоколамского городского суда Московской области распространяется на территории следующих административно-территориальных единиц Московской области в границах, существующих на день вступления в силу настоящего Федерального закона: города областного подчинения Волоколамск с административной территорией; поселка городского типа областного подчинения Лотошино с административной территорией; поселка городского типа областного подчинения Шаховская с административной территорией</w:t>
      </w:r>
    </w:p>
    <w:p>
      <w:r>
        <w:rPr>
          <w:b/>
        </w:rPr>
        <w:t>Статья 2</w:t>
      </w:r>
    </w:p>
    <w:p>
      <w:r>
        <w:t>В соответствии с частью 2 статьи 33 Федерального конституционного закона от 7 февраля 2011 года № 1-ФКЗ "О судах общей юрисдикции в Российской Федерации" образовать в составе Волоколамского городского суда Московской области постоянные судебные присутствия в рабочем поселке Лотошино Московской области и в рабочем поселке Шаховская Московской области.</w:t>
      </w:r>
    </w:p>
    <w:p>
      <w:r>
        <w:rPr>
          <w:b/>
        </w:rPr>
        <w:t>Статья 3</w:t>
      </w:r>
    </w:p>
    <w:p>
      <w:r>
        <w:rPr>
          <w:b/>
        </w:rPr>
        <w:t xml:space="preserve">1. </w:t>
      </w:r>
      <w:r>
        <w:t>Судебному департаменту при Верховном Суде Российской Федерации осуществить организационные мероприятия, связанные с исполнением настоящего Федерального закона</w:t>
      </w:r>
    </w:p>
    <w:p>
      <w:r>
        <w:rPr>
          <w:b/>
        </w:rPr>
        <w:t xml:space="preserve">2. </w:t>
      </w:r>
      <w:r>
        <w:t>Финансовое обеспечение расходных обязательств, связанных с исполнением настоящего Федерального закона, осуществляется за счет средств федерального бюджета в пределах бюджетных ассигнований, предусмотренных на содержание судов общей юрисдикции</w:t>
      </w:r>
    </w:p>
    <w:p>
      <w:r>
        <w:rPr>
          <w:b/>
        </w:rPr>
        <w:t>Статья 4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статей 1 и 2 настоящего Федерального закона</w:t>
      </w:r>
    </w:p>
    <w:p>
      <w:r>
        <w:rPr>
          <w:b/>
        </w:rPr>
        <w:t xml:space="preserve">2. </w:t>
      </w:r>
      <w:r>
        <w:t>Статьи 1 и 2 настоящего Федерального закона вступают в силу по истечении ста восьмидесяти дней после дня официального опубликования настоящего Федерального закона. (В редакции Федерального закона от 24.03.2021 № 56-ФЗ)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