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24 октября 1997 года № 134-ФЗ "О прожиточном минимуме в Российской Федерации" (Собрание законодательства Российской Федерации, 1997, № 43, ст. 4904; 2000, № 22, ст. 2264; 2004, № 35, ст. 3607; 2009, № 30, ст. 3739; 2011, № 49, ст. 7041; 2012, № 50, ст. 6956; 2018, № 1, ст. 5; № 31, ст. 4861; 2019, № 14, ст. 1462) следующие изменения: 1) в статье 1: а) абзац второй признать утратившим силу; б) абзац третий изложить в следующей редакции: "прожиточный минимум - минимальная необходимая для обеспечения жизнедеятельности сумма доходов гражданина;"; в) дополнить новым абзацем четвертым следующего содержания: "медианный среднедушевой доход - величина денежного дохода, относительно которой половина населения в целом по Российской Федерации имеет значение среднедушевого дохода ниже данной величины, другая половина - выше данной величины и которая ежегодно исчисляется федеральным органом исполнительной власти, осуществляющим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Федерации;"; г) абзацы четвертый - шестой считать соответственно абзацами пятым - седьмым; 2) абзац третий пункта 2 статьи 2 после слов "социальной помощи" дополнить словами "и предоставления мер социальной поддержки"; 3) статью 3 признать утратившей силу; 4) статью 4 изложить в следующей редакции: "Статья 4. Величина прожиточного минимума, периодичность ее исчисления и порядок установления 1. Величина прожиточного минимума на душу населения в целом по Российской Федерации на очередной год устанавливается до 1 июля текущего года Правительством Российской Федерации с учетом мнения Российской трехсторонней комиссии по регулированию социально-трудовых отношений и исчисляется исходя из величины медианного среднедушевого дохода за предыдущий год. Соотношение величины прожиточного минимума на душу населения в целом по Российской Федерации и величины медианного среднедушевого дохода за предыдущий год с 2021 года устанавливается в размере 44,2 процента. Указанное в абзаце втором настоящего пункта соотношение пересматривается не реже одного раза в пять лет исходя из условий социально-экономического развития Российской Федерации. В течение срока действия установленного соотношения величина прожиточного минимума на душу населения в целом по Российской Федерации на очередной год не может быть установлена ниже величины прожиточного минимума на душу населения в целом по Российской Федерации, установленной на текущий год. Исчисление медианного среднедушевого дохода осуществляется на основании методики, определяемой федеральным органом исполнительной власти, осуществляющим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Федерации.</w:t>
      </w:r>
    </w:p>
    <w:p>
      <w:r>
        <w:rPr>
          <w:b/>
        </w:rPr>
        <w:t xml:space="preserve">2. </w:t>
      </w:r>
      <w:r>
        <w:t>Величина прожиточного минимума по основным социально-демографическим группам населения в целом по Российской Федерации на очередной год, в том числе для определения размера федеральной социальной доплаты к пенсии, предусмотренной Федеральным законом от 17 июля 1999 года № 178-ФЗ "О государственной социальной помощи", устанавливается Правительством Российской Федерации с учетом мнения Российской трехсторонней комиссии по регулированию социально-трудовых отношений исходя из величины прожиточного минимума на душу населения в целом по Российской Федерации на тот же год одновременно с установлением величины прожиточного минимума на душу населения в целом по Российской Федерации. Соотношение величины прожиточного минимума трудоспособного населения в целом по Российской Федерации и величины прожиточного минимума на душу населения в целом по Российской Федерации устанавливается в размере 109 процентов, величины прожиточного минимума пенсионера в целом по Российской Федерации и величины прожиточного минимума на душу населения в целом по Российской Федерации - в размере 86 процентов, величины прожиточного минимума для детей в целом по Российской Федерации и величины прожиточного минимума на душу населения в целом по Российской Федерации - в размере 97 процентов</w:t>
      </w:r>
    </w:p>
    <w:p>
      <w:r>
        <w:rPr>
          <w:b/>
        </w:rPr>
        <w:t xml:space="preserve">3. </w:t>
      </w:r>
      <w:r>
        <w:t>Величина прожиточного минимума на душу населения в субъекте Российской Федерации на очередной год устанавливается до 15 сентября текущего года субъектом Российской Федерации с учетом коэффициента региональной дифференциации, который рассчитывается как соотношение величины прожиточного минимума на душу населения в целом по Российской Федерации и величины прожиточного минимума на душу населения в соответствующем субъекте Российской Федерации в порядке, определяемом Правительством Российской Федерации. На 2021 год величина прожиточного минимума на душу населения и по основным социально-демографическим группам населения в субъекте Российской Федерации устанавливается субъектом Российской Федерации в размере не ниже величины прожиточного минимума на душу населения и по основным социально-демографическим группам населения в субъекте Российской Федерации за второй квартал 2020 года. На 2021 - 2025 годы устанавливается переходный период поэтапного доведения величин прожиточного минимума на душу населения в субъектах Российской Федерации, установленных на 2021 год, до величин прожиточного минимума на душу населения в субъектах Российской Федерации, рассчитанных с учетом коэффициентов региональной дифференциации, предусмотренных абзацем первым настоящего пункта. На 2022 год и последующие годы величина прожиточного минимума по основным социально-демографическим группам населения в субъекте Российской Федерации устанавливается субъектом Российской Федерации в порядке, определяемом Правительством Российской Федерации, одновременно с установлением величины прожиточного минимума на душу населения в субъекте Российской Федерации. Величина прожиточного минимума пенсионера, устанавливаемая в субъекте Российской Федерации в соответствии с абзацами вторым и четвертым настоящего пункта, используется в том числе в целях установления социальной доплаты к пенсии, предусмотренной Федеральным законом от 17 июля 1999 года № 178-ФЗ "О государственной социальной помощи". Органы государственной власти субъектов Российской Федерации вправе устанавливать величину прожиточного минимума на душу населения и по основным социально-демографическим группам населения дифференцированно с учетом социально-экономических особенностей и природно-климатических условий местностей, расположенных в данных субъектах Российской Федерации.";</w:t>
      </w:r>
    </w:p>
    <w:p>
      <w:r>
        <w:rPr>
          <w:b/>
        </w:rPr>
        <w:t xml:space="preserve">3. </w:t>
      </w:r>
      <w:r>
        <w:t>пункт 2 статьи 6 после слов "устанавливаются в соответствии с" дополнить словами "законодательством Российской Федерации и"</w:t>
      </w:r>
    </w:p>
    <w:p>
      <w:r>
        <w:rPr>
          <w:b/>
        </w:rPr>
        <w:t xml:space="preserve">3. </w:t>
      </w:r>
      <w:r>
        <w:t>в статье 7 слово "ежеквартальному" заменить словом "ежегодному"</w:t>
      </w:r>
    </w:p>
    <w:p>
      <w:r>
        <w:rPr>
          <w:b/>
        </w:rPr>
        <w:t>Статья 2</w:t>
      </w:r>
    </w:p>
    <w:p>
      <w:r>
        <w:t>Внести в Федеральный закон от 17 июля 1999 года № 178-ФЗ "О государственной социальной помощи" (Собрание законодательства Российской Федерации, 1999, № 29, ст. 3699; 2004, № 35, ст. 3607; 2009, № 30, ст. 3739; № 52, ст. 6417; 2012, № 53, ст. 7583; 2014, № 11, ст. 1098; № 30, ст. 4217; 2015, № 48, ст. 6724; 2016, № 52, ст. 7502, 7503; 2017, № 27, ст. 3951; 2018, № 1, ст. 4; № 41, ст. 6190; № 53, ст. 8462; 2019, № 14, ст. 1462; № 40, ст. 5488; № 49, ст. 6971) следующие изменения</w:t>
      </w:r>
    </w:p>
    <w:p>
      <w:r>
        <w:t>в абзаце седьмом статьи 1 слова "пунктом 4" заменить словами "пунктом 3"</w:t>
      </w:r>
    </w:p>
    <w:p>
      <w:r>
        <w:t>в статье 121: а) в части 1 слова "пунктом 4" заменить словами "пунктом 3"; б) в части 4 слова "пунктом 4" заменить словами "пунктом 3"; в) в части 5 слова "пунктом 4" заменить словами "пунктом 3"; г) в части 8 слова "пунктами 3 и 4" заменить словами "пунктами 2 и 3"; д) в части 81 слова "пунктом 4" заменить словами "пунктом 3"; е) дополнить частью 85 следующего содержания: "85. В период с 1-го числа месяца проведения в текущем году индексации (корректировки) размеров денежных выплат, перечисленных в пунктах 1 и 3 части 2 настоящей статьи, до месяца проведения индексации (корректировки) размеров указанных денежных выплат следующего года пенсионеру выплачиваются денежные суммы, соответствующие размеру произведенной в текущем году индексации (корректировки), но не менее денежных сумм, выплаченных пенсионеру в прошлом году."</w:t>
      </w:r>
    </w:p>
    <w:p>
      <w:r>
        <w:rPr>
          <w:b/>
        </w:rPr>
        <w:t>Статья 3</w:t>
      </w:r>
    </w:p>
    <w:p>
      <w:r>
        <w:t>Статью 1 Федерального закона от 19 июня 2000 года № 82-ФЗ "О минимальном размере оплаты труда" (Собрание законодательства Российской Федерации, 2000, № 26, ст. 2729; 2002, № 18, ст. 1722; 2003, № 40, ст. 3818; 2005, № 1, ст. 24; 2007, № 17, ст. 1930; 2008, № 26, ст. 3010; 2011, № 23, ст. 3246; 2012, № 50, ст. 6955; 2013, № 49, ст. 6337; 2014, № 49, ст. 6917; 2015, № 51, ст. 7247; 2016, № 23, ст. 3288; № 52, ст. 7509; 2018, № 1, ст. 5; № 11, ст. 1576; № 53, ст. 8407; 2019, № 52, ст. 7781) изложить в следующей редакции: "Статья 1. Установить минимальный размер оплаты труда с 1 января 2021 года в сумме 12 792 рубля в месяц. Минимальный размер оплаты труда на очередной год устанавливается федеральным законом в текущем году и исчисляется исходя из величины медианной заработной платы, рассчитанной федеральным органом исполнительной власти, осуществляющим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 за предыдущий год. Проект федерального закона об установлении минимального размера оплаты труда на очередной год подлежит обсуждению с Российской трехсторонней комиссией по регулированию социально-трудовых отношений в порядке, предусмотренном трудовым законодательством. С 2021 года соотношение минимального размера оплаты труда и медианной заработной платы устанавливается в размере 42 процентов. Соотношение минимального размера оплаты труда и медианной заработной платы пересматривается не реже одного раза в пять лет исходя из условий социально-экономического развития Российской Федерации. Минимальный размер оплаты труда на очередной год устанавливается в размере не ниже величины прожиточного минимума трудоспособного населения в целом по Российской Федерации на очередной год и не ниже минимального размера оплаты труда, установленного на текущий год. Исчисление медианной заработной платы осуществляется на основании методики, определяемой федеральным органом исполнительной власти, осуществляющим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Федерации.".</w:t>
      </w:r>
    </w:p>
    <w:p>
      <w:r>
        <w:rPr>
          <w:b/>
        </w:rPr>
        <w:t>Статья 4</w:t>
      </w:r>
    </w:p>
    <w:p>
      <w:r>
        <w:t>Внести в статью 1 Федерального закона от 28 декабря 2017 года № 418-ФЗ "О ежемесячных выплатах семьям, имеющим детей" (Собрание законодательства Российской Федерации, 2018, № 1, ст. 2; 2019, № 31, ст. 4464) следующие изменения</w:t>
      </w:r>
    </w:p>
    <w:p>
      <w:r>
        <w:t>в части 2 слова "пунктом 2" заменить словами "пунктом 3", слова "за второй квартал года, предшествующего году обращения за назначением указанной выплаты" исключить</w:t>
      </w:r>
    </w:p>
    <w:p>
      <w:r>
        <w:t>в части 5 слова "пунктом 2" заменить словами "пунктом 3", слова "за второй квартал года, предшествующего году обращения за назначением указанной выплаты" исключить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2021 года, за исключением статьи 4 настоящего Федерального закона</w:t>
      </w:r>
    </w:p>
    <w:p>
      <w:r>
        <w:rPr>
          <w:b/>
        </w:rPr>
        <w:t xml:space="preserve">2. </w:t>
      </w:r>
      <w:r>
        <w:t>Статья 4 настоящего Федерального закона вступает в силу с 1 января 2022 года</w:t>
      </w:r>
    </w:p>
    <w:p>
      <w:r>
        <w:rPr>
          <w:b/>
        </w:rPr>
        <w:t xml:space="preserve">3. </w:t>
      </w:r>
      <w:r>
        <w:t>Установить, что расчет и утверждение величин прожиточного минимума на душу населения и по основным социально-демографическим группам населения в целом по Российской Федерации и в субъектах Российской Федерации за четвертый квартал 2020 года осуществляются в порядке, установленном Федеральным законом от 24 октября 1997 года № 134-ФЗ "О прожиточном минимуме в Российской Федерации" (в редакции, действовавшей до дня вступления в силу настоящего Федерального закона)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