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2007, № 1, ст. 21; 2015, № 1, ст. 10; 2019, № 30, ст. 4155) следующие изменения</w:t>
      </w:r>
    </w:p>
    <w:p>
      <w:r>
        <w:t>в части пятой статьи 24 слово «предпринимательскую» заменить словами «приносящую доход»; AS. 1 57 6 2 100088 700: 2 2) в части третьей статьи 29 слово «предпринимательскую» заменить словами «приносящую доход»</w:t>
      </w:r>
    </w:p>
    <w:p>
      <w:r>
        <w:rPr>
          <w:b/>
        </w:rPr>
        <w:t>Статья 2</w:t>
      </w:r>
    </w:p>
    <w:p>
      <w:r>
        <w:t>Внести в Федеральный закон от 19 мая 1995 года № 82-ФЗ «Об общественных объединениях» (Собрание законодательства Российской Федерации, 1995, № 21, ст. 1930; 1998, № 30, ст. 3608; 2002, № 11, ст. 1018; № 12, ст. 1093; № 30, ст. 3029; 2003, № 50, ст. 4855; 2004, № 27, ст. 2711; 2006, № 3, ст. 282; 2008, № 30, ст. 3616; 2010, № 21, ст. 2526; 2011, № 27, ст. 3880; 2012, № 30, ст. 4172; 2014, № 30, ст. 4237; 2015, № 1, ст. 58; 2016, № 23, ст. 3303; 2017, № 52, ст. 7927; 2019, № 49, ст. 6966; 2022, № 27, ст. 4620; № 29, ст. 5222; № 45, ст. 7671; № 50, ст. 8792; № 52, ст. 9365; 2023, № 31, ст. 5786; 2024, № 1, ст. 52; № 33, ст. 4915, 4956; № 53, ст. 8532; 2025, № 31, ст. 4658, 4667) следующие изменения</w:t>
      </w:r>
    </w:p>
    <w:p>
      <w:r>
        <w:t>статью 1 после слов «общественных объединений» дополнить словами «(общественных организаций и общественных движений)»</w:t>
      </w:r>
    </w:p>
    <w:p>
      <w:r>
        <w:t>статью 2 изложить в следующей редакции: «Статья 2. Сфера действия настоящего Федерального закона Настоящий Федеральный закон применяется в отношении общественных организаций и общественных движений, созданных или создаваемых на территории Российской Федерации.»; 3 3) часть вторую статьи 3 дополнить предложением следующего содержания: «Право граждан на создание общественных объединений реализуется как непосредственно путем объединения физических лиц, так и через юридические лица — общественные объединения.»</w:t>
      </w:r>
    </w:p>
    <w:p>
      <w:r>
        <w:t>статьи 5 и 7 признать утратившими силу</w:t>
      </w:r>
    </w:p>
    <w:p>
      <w:r>
        <w:t>часть первую статьи 8 изложить в следующей редакции: «Общественной организацией признается добровольное объединение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
        <w:t>в части первой статьи 9 слова «и не имеющее членства массовое» Исключить</w:t>
      </w:r>
    </w:p>
    <w:p>
      <w:r>
        <w:t>статьи 10 — 12, 12? и 13 признать утратившими силу</w:t>
      </w:r>
    </w:p>
    <w:p>
      <w:r>
        <w:t>в части второй статьи 14 слова «уставными целями» заменить словами «целями, указанными в уставе общественного объединения (далее — уставные цели),»</w:t>
      </w:r>
    </w:p>
    <w:p>
      <w:r>
        <w:t>в части второй статьи 15 слово «учредительных» заменить словом «уставах»</w:t>
      </w:r>
    </w:p>
    <w:p>
      <w:r>
        <w:t>в части второй статьи 16 слово «учредительные» заменить словом «уставы»; A 11) часть одиннадцатую статьи 19 признать утратившей силу</w:t>
      </w:r>
    </w:p>
    <w:p>
      <w:r>
        <w:t>в пункте 2 части шестой статьи 21 слово «трех» заменить словом «двух»</w:t>
      </w:r>
    </w:p>
    <w:p>
      <w:r>
        <w:t>в пункте 5 части первой статьи 23 слова «представленных учредительных документах» заменить словами «представленном уставе»</w:t>
      </w:r>
    </w:p>
    <w:p>
      <w:r>
        <w:t>часть шестую статьи 25 признать утратившей силу</w:t>
      </w:r>
    </w:p>
    <w:p>
      <w:r>
        <w:t>часть седьмую статьи 26 признать утратившей силу</w:t>
      </w:r>
    </w:p>
    <w:p>
      <w:r>
        <w:t>в абзаце втором части первой статьи 29 слова «и иными учредительными документами» исключить</w:t>
      </w:r>
    </w:p>
    <w:p>
      <w:r>
        <w:t>часть четвертую статьи 30 признать утратившей силу</w:t>
      </w:r>
    </w:p>
    <w:p>
      <w:r>
        <w:t>в части первой статьи 31 слово «предпринимательской» заменить словами «приносящей доход»</w:t>
      </w:r>
    </w:p>
    <w:p>
      <w:r>
        <w:t>статью 32 изложить в следующей редакции: «Статья 32. Субъекты права собственности в общественных организациях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 В общественных организациях, структурные подразделения (отделения) которых осуществляют свою деятельность на основе единого 5 устава данных организаций, собственниками имущества являются общественные организации в целом.»</w:t>
      </w:r>
    </w:p>
    <w:p>
      <w:r>
        <w:t>статьи 34 — 37 признать утратившими силу</w:t>
      </w:r>
    </w:p>
    <w:p>
      <w:r>
        <w:t>в части второй статьи 47 слова «, международных союзов (ассоциаций) международных общественных объединений» исключить</w:t>
      </w:r>
    </w:p>
    <w:p>
      <w:r>
        <w:rPr>
          <w:b/>
        </w:rPr>
        <w:t>Статья 3</w:t>
      </w:r>
    </w:p>
    <w:p>
      <w:r>
        <w:t>Внести в Федеральный закон от 11 августа 1995 года № 135-ФЗ «О благотворительной деятельности и добровольчестве (волонтерстве)» (Собрание законодательства Российской Федерации, 1995, № 33, ст. 3340; 2002, № 12, ст. 1093; 2004, № 35, ст. 3607; 2018, № 7, ст. 975; 2020, № 15, ст. 2236; № 31, ст. 5041; 2023, № 43, ст. 7602; № 49, ст. 8675; 2025, № 31, ст. 4667) следующие изменения</w:t>
      </w:r>
    </w:p>
    <w:p>
      <w:r>
        <w:t>в пункте 4 статьи 7 слова «учредительными документами» заменить словом «уставом»</w:t>
      </w:r>
    </w:p>
    <w:p>
      <w:r>
        <w:t>в пункте 3 статьи 12 слово «предпринимательскую» заменить словами «приносящую доход»</w:t>
      </w:r>
    </w:p>
    <w:p>
      <w:r>
        <w:t>в абзаце седьмом статьи 15 слово «предпринимательской» заменить словами «приносящей доход»</w:t>
      </w:r>
    </w:p>
    <w:p>
      <w:r>
        <w:t>в статье 16': а) в пункте | слова «учредительными документами» заменить словом «уставом»; 6 6) в пункте 3 слова «учредительными документами» заменить словом «уставом»; в) в пункте 4 слова «учредительными документами» заменить словом «уставом»</w:t>
      </w:r>
    </w:p>
    <w:p>
      <w:r>
        <w:t>в абзаце первом пункта 3 статьи 17 слово «предпринимательской» заменить словами «приносящей доход»</w:t>
      </w:r>
    </w:p>
    <w:p>
      <w:r>
        <w:t>в пункте 4 статьи 20 слово «предпринимательской» заменить словами «приносящей доход»</w:t>
      </w:r>
    </w:p>
    <w:p>
      <w:r>
        <w:rPr>
          <w:b/>
        </w:rPr>
        <w:t>Статья 4</w:t>
      </w:r>
    </w:p>
    <w:p>
      <w:r>
        <w:t>Внести в Федеральный закон от 12 января 1996 года № 7-ФЗ «О некоммерческих организациях» (Собрание — законодательства Российской Федерации, 1996, № 3, ст. 145; 1998, № 48, ст. 5849; 1999, № 28, ст. 3473; 2002, № 12, ст. 1093; № 52, ст. 5141; 2003, № 52, ст. 5031; 2006, № 3, ст. 282; № 45, ст. 4627; 2007, № 1, ст. 37, 39; № 22, ст. 2563; № 49, ст. 6039, 6061; 2008, № 20, ст. 2253; № 30, ст. 3604, 3616; 2009, № 23, ст. 2762; № 29, ст. 3582, 3607; 2010, № 15, ст. 1736; № 19, ст. 2291; № 21, ст. 2526; № 30, ст. 3995; 2011, № 1, ст. 49; № 23, ст. 3264; № 29, ст. 4291; № 30, ст. 4568, 4587, 4590; № 45, ст. 6321; № 47, ст. 6607; 2012, № 30, ст. 4172; № 31, ст. 4323; № 53, ст. 7650; 2013, № 7, ст. 609; № 27, ст. 3464, 3477; № 52, ст. 6961, 6978; 2014, № 8, ст. 738; № 23, ст. 2932; № 30, ст. 4237; № 42, ст. 5611; № 45, ст. 6139; № 48, ст. 6639; № 52, ст. 7551; 7 2015, № 1, ст. 58; № 10, ст. 1413; № 14, ст. 2020; № 18, ст. 2618; № 29, ст. 4351; № 48, ст. 6707, 6724; 2016, № 1, ст. 56; № 5, ст. 559; № 11, ст. 1494; № 14, ст. 1912; № 22, ст. 3097; № 23, ст. 3303; № 27, ст. 4169, 4219, 4220, 4305; № 52, ст. 7498; 2017, № 24, ст. 3482; № 31, ст. 4766; 2018, № 1, ст. 90; № 7, ст. 975; № 27, ст. 3947; № 31, ст. 4849; 2019, № 48, ст. 6739; № 49, ст. 6953, 6966; 2020, № 12, ст. 1652; № 24, ст. 3740; 2021, № 1, ст. 20, 68; № 15, ст. 2442; № 24, ст. 4187; № 27, ст. 5179, 5180; 2022, № 27, ст. 4620; № 29, ст. 5222; № 41, ст. 6955; № 50, ст. 8792; № 52, ст. 9365; 2023, № 16, ст. 2756; № 31, ст. 5786; № 32, ст. 6141; № 43, ст. 7602; № 45, ст. 7996; № 49, ст. 8675; 2024, № 1, ст. 52; № 8, ст. 1044; № 10, ст. 1307; № 29, ст. 4110; № 33, ст. 4915, 4947, 4956; № 41, ст. 6058; № 51, ст. 7851, 7869; № 53, ст. 8532; 2025, № 26, ст. 3488; № 31, ст. 4658, 4667; № 48, ст. 7257; № 52, ст. 8298) следующие изменения: 1) в статье 1: а) пункт 1 изложить в следующей редакции: «1. Настоящий Федеральный закон определяет особенности гражданско-правового положения некоммерческих — организаций, в том числе особенности их создания, деятельности, реорганизации и ликвидации, государственной регистрации некоммерческих организаций и контроля за их деятельностью, а также возможные формы поддержки 8 некоммерческих организаций органами государственной власти и органами местного самоуправления.»; 6) в пункте 4 слова «Действие статей 13 — 19, 21 — 23» заменить словами «Действие статей 13 — 18, 23»; в) в пункте 4' цифры «3, 3'» заменить цифрами «3, 3°»; г) в пункте 4? цифры «19,» исключить, цифры «3, 3!» заменить цифрами «3, 3°»; 2) в статье 2: а) в пункте 2' слова «,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и» заменить словами «(за исключением общественных организаций, являющихся политическими партиями, государственных корпораций, государственных компаний, государственных и муниципальных учреждений),»; 6) в пункте 23 слова «одной из предусмотренных настоящим Федеральным законом форм» заменить словами «форме общественной организации, учреждения, ассоциации (союза), общественно полезного фонда или автономной некоммерческой организации», слова «учредительными документами» заменить словом «уставом»; в) пункт 3 признать утратившим силу; 3) в статье 3: а) в пункте 2 слова «учредительными документами» заменить словом «уставом»; 6) в абзаце первом пункта 5 слова «учредительных документах» заменить словом «уставе»; 4) в статье 4: а) пункт 1 изложить в следующей редакции: «1. Наименование некоммерческой организации, созданной в форме государственного или муниципального учреждения, может включать указание на ее тип.»; 6) в пункте 3 слова «учредительных документах» заменить словом «уставе»; в) в пункте 7 слова «свои учредительные документы» заменить словами «свой устав»; 5) пункты 2 — 4 статьи 5 признать утратившими силу; 6) пункты 1 и 2 статьи 6 признать утратившими силу; 7) статью 6' изложить в следующей редакции: «Статья 6'. Общины коренных малочисленных народов Российской Федерации Особенности правового положения общин коренных малочисленных народов Российской Федерации (далее — община малочисленных народов), их создания, реорганизации и ликвидации, управления общинами 10 малочисленных народов определяются законодательством Российской Федерации об общинах малочисленных народов.»; 8) в статье 6°: а) наименование изложить в следующей редакции: 2 м «Статья 6°. Казачьи общества, внесенные в государственный реестр казачьих обществ в Российской Федерации»; 6) пункты | и 2 признать утратившими силу; 9) в статье 7: а) наименование изложить в следующей редакции: «Статья 7. Общественно полезные фонды»; 6) абзац первый пункта 1 изложить в следующей редакции: «1. Для целей настоящего Федерального закона общественно полезным фондом (далее также -— фонд) признается унитарная некоммерческая организация, не имеющая членства, учрежденная гражданином (гражданами) и (или) юридическим лицом (юридическими лицами) на основе добровольных имущественных — взносов и преследующая социальные, благотворительные, культурные, образовательные или иные общественно полезные цели.»; в) пункт 2 признать утратившим силу; г) пункт 3 изложить в следующей редакции: «3. Устав фонда при создании фонда утверждается его учредителем (учредителями). и Устав фонда должен содержать порядок формирования и деятельности попечительского совета. 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 10) в абзаце первом пункта 2 статьи 7' слово «предпринимательскую» заменить словами «приносящую доход»; 11) в пункте 5 статьи 7? слово «предпринимательскую» заменить словами «приносящую доход»; 12) статьи 8 и 9 признать утратившими силу; 13) в статье 97: а) в абзаце первом пункта 3 слова «учредительными документами» заменить словом «уставом»; 6) в пункте 4: в абзаце первом слова «учредительным документом» заменить словом «уставом»; в абзаце втором слова «учредительных документах» заменить словом «уставе»; 14) в статье 10: а) пункты 1 - 4 признать утратившими силу; 12 6) в пункте 4": в абзаце первом слова «учредительными документами» заменить словом «уставом»; в абзаце втором слова «учредительными документами» заменить словом «уставом»; 15) статью 11 изложить в следующей редакции: «Статья 11. Ассоциации (союзы) Члены ассоциации (союза) сохраняют свою самостоятельность и права.»; 16) в статье 13': а) пункт 1 изложить в следующей редакции: «1. Некоммерческая организация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и другими федеральными законами специального порядка государственной регистрации некоммерческих организаций.»; 6) в пункте 5: подпункт 2 изложить в следующей редакции: 13 «2) устав некоммерческой организации в двух экземплярах;»; в подпункте 3 слова «учредительных документов» заменить словом «устава», слова «в двух экземплярах» исключить; 17) в пункте 2 статьи 14 слова «учредительных документов» заменить словом «устава»; 18) в абзаце втором пункта 1° статьи 15 слова «некоммерческих партнерств,» исключить; 19) пункт 3 статьи 16 признать утратившим силу; 20) статью 17 изложить в следующей редакции: «Статья 17. Преобразование некоммерческой организации 1. Некоммерческая организация может быть преобразована в некоммерческую организацию другой организационно-правовой формы в соответствии с положениями Гражданского кодекса Российской Федерации, настоящего Федерального закона и других федеральных законов.</w:t>
      </w:r>
    </w:p>
    <w:p>
      <w:r>
        <w:rPr>
          <w:b/>
        </w:rPr>
        <w:t xml:space="preserve">2. </w:t>
      </w:r>
      <w:r>
        <w:t>Частное учреждение может быть преобразовано в фонд, автономную некоммерческую организацию. Преобразование государственных или муниципальных учреждений в некоммерческие организации иных организационно-правовых форм допускается в случаях, которые установлены законом.»; 14 21) в пункте 1 статьи 17' слова «учредительные документы» заменить словом «устав»;</w:t>
      </w:r>
    </w:p>
    <w:p>
      <w:r>
        <w:rPr>
          <w:b/>
        </w:rPr>
        <w:t xml:space="preserve">2. </w:t>
      </w:r>
      <w:r>
        <w:t>в статье 18:</w:t>
      </w:r>
    </w:p>
    <w:p>
      <w:r>
        <w:rPr>
          <w:b/>
        </w:rPr>
        <w:t xml:space="preserve">2. </w:t>
      </w:r>
      <w:r>
        <w:t>в подпункте 3 пункта 2' слова «учредительными документами» заменить словом «уставом»;</w:t>
      </w:r>
    </w:p>
    <w:p>
      <w:r>
        <w:rPr>
          <w:b/>
        </w:rPr>
        <w:t xml:space="preserve">2. </w:t>
      </w:r>
      <w:r>
        <w:t>статью 19 признать утратившей силу</w:t>
      </w:r>
    </w:p>
    <w:p>
      <w:r>
        <w:rPr>
          <w:b/>
        </w:rPr>
        <w:t xml:space="preserve">2. </w:t>
      </w:r>
      <w:r>
        <w:t>в статье 20:</w:t>
      </w:r>
    </w:p>
    <w:p>
      <w:r>
        <w:rPr>
          <w:b/>
        </w:rPr>
        <w:t xml:space="preserve">2. </w:t>
      </w:r>
      <w:r>
        <w:t>пункт 2 признать утратившим силу;</w:t>
      </w:r>
    </w:p>
    <w:p>
      <w:r>
        <w:rPr>
          <w:b/>
        </w:rPr>
        <w:t xml:space="preserve">2. </w:t>
      </w:r>
      <w:r>
        <w:t>статью 21 признать утратившей силу</w:t>
      </w:r>
    </w:p>
    <w:p>
      <w:r>
        <w:rPr>
          <w:b/>
        </w:rPr>
        <w:t xml:space="preserve">2. </w:t>
      </w:r>
      <w:r>
        <w:t>в статье 23:</w:t>
      </w:r>
    </w:p>
    <w:p>
      <w:r>
        <w:rPr>
          <w:b/>
        </w:rPr>
        <w:t xml:space="preserve">2. </w:t>
      </w:r>
      <w:r>
        <w:t>в пункте | слова «учредительные документы» заменить словом «устав»; 15</w:t>
      </w:r>
    </w:p>
    <w:p>
      <w:r>
        <w:rPr>
          <w:b/>
        </w:rPr>
        <w:t xml:space="preserve">2. </w:t>
      </w:r>
      <w:r>
        <w:t>в пункте 1 статьи 23';</w:t>
      </w:r>
    </w:p>
    <w:p>
      <w:r>
        <w:rPr>
          <w:b/>
        </w:rPr>
        <w:t xml:space="preserve">2. </w:t>
      </w:r>
      <w:r>
        <w:t>в подпункте 6 слова «учредительные документы» заменить словом «устав», слова «учредительными документами» заменить словом «уставом»</w:t>
      </w:r>
    </w:p>
    <w:p>
      <w:r>
        <w:rPr>
          <w:b/>
        </w:rPr>
        <w:t xml:space="preserve">2. </w:t>
      </w:r>
      <w:r>
        <w:t>в статье 24:</w:t>
      </w:r>
    </w:p>
    <w:p>
      <w:r>
        <w:rPr>
          <w:b/>
        </w:rPr>
        <w:t xml:space="preserve">2. </w:t>
      </w:r>
      <w:r>
        <w:t>пункт 2 признать утратившим силу</w:t>
      </w:r>
    </w:p>
    <w:p>
      <w:r>
        <w:rPr>
          <w:b/>
        </w:rPr>
        <w:t xml:space="preserve">2. </w:t>
      </w:r>
      <w:r>
        <w:t>пункт 2 изложить в следующей редакции: «2.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16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 Законодательством Российской Федерации могут устанавливаться ограничения на приносящую доход деятельность некоммерческих организаций отдельных видов и учреждений отдельных типов.»;</w:t>
      </w:r>
    </w:p>
    <w:p>
      <w:r>
        <w:rPr>
          <w:b/>
        </w:rPr>
        <w:t xml:space="preserve">2. </w:t>
      </w:r>
      <w:r>
        <w:t>в пункте 2 статьи 26 слова «учредительными документами» заменить словом «уставом»</w:t>
      </w:r>
    </w:p>
    <w:p>
      <w:r>
        <w:rPr>
          <w:b/>
        </w:rPr>
        <w:t xml:space="preserve">2. </w:t>
      </w:r>
      <w:r>
        <w:t>в пункте 2 статьи 27:</w:t>
      </w:r>
    </w:p>
    <w:p>
      <w:r>
        <w:rPr>
          <w:b/>
        </w:rPr>
        <w:t xml:space="preserve">2. </w:t>
      </w:r>
      <w:r>
        <w:t>в абзаце втором слово «предпринимательской» заменить словами «приносящей доход»</w:t>
      </w:r>
    </w:p>
    <w:p>
      <w:r>
        <w:rPr>
          <w:b/>
        </w:rPr>
        <w:t xml:space="preserve">2. </w:t>
      </w:r>
      <w:r>
        <w:t>в пункте 1 статьи 28 слова «учредительными документами» заменить словом «уставом»</w:t>
      </w:r>
    </w:p>
    <w:p>
      <w:r>
        <w:rPr>
          <w:b/>
        </w:rPr>
        <w:t xml:space="preserve">2. </w:t>
      </w:r>
      <w:r>
        <w:t>в статье 29:</w:t>
      </w:r>
    </w:p>
    <w:p>
      <w:r>
        <w:rPr>
          <w:b/>
        </w:rPr>
        <w:t xml:space="preserve">2. </w:t>
      </w:r>
      <w:r>
        <w:t>в пункте 2 статьи 30 слова «учредительными документами» заменить словом «уставом»; 18 34) в абзаце первом пункта 1 статьи ЗИ! слово «иными» заменить словом «другими», слова «учредительными документами» заменить словами «их уставами»</w:t>
      </w:r>
    </w:p>
    <w:p>
      <w:r>
        <w:rPr>
          <w:b/>
        </w:rPr>
        <w:t xml:space="preserve">2. </w:t>
      </w:r>
      <w:r>
        <w:t>в статье 32:</w:t>
      </w:r>
    </w:p>
    <w:p>
      <w:r>
        <w:rPr>
          <w:b/>
        </w:rPr>
        <w:t xml:space="preserve">2. </w:t>
      </w:r>
      <w:r>
        <w:t>пункт 3° изложить в следующей редакции: «33.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подлежат размещению следующие документы (информация):</w:t>
      </w:r>
    </w:p>
    <w:p>
      <w:r>
        <w:rPr>
          <w:b/>
        </w:rPr>
        <w:t xml:space="preserve">2. </w:t>
      </w:r>
      <w:r>
        <w:t>устав государственного (муниципального) учреждения, в том числе внесенные в него изменения</w:t>
      </w:r>
    </w:p>
    <w:p>
      <w:r>
        <w:rPr>
          <w:b/>
        </w:rPr>
        <w:t xml:space="preserve">2. </w:t>
      </w:r>
      <w:r>
        <w:t>пункты 3 и 4 признать утратившими силу</w:t>
      </w:r>
    </w:p>
    <w:p>
      <w:r>
        <w:rPr>
          <w:b/>
        </w:rPr>
        <w:t xml:space="preserve">2. </w:t>
      </w:r>
      <w:r>
        <w:t>информация о государственной регистрации государственного (муниципального) учреждения</w:t>
      </w:r>
    </w:p>
    <w:p>
      <w:r>
        <w:rPr>
          <w:b/>
        </w:rPr>
        <w:t xml:space="preserve">2. </w:t>
      </w:r>
      <w:r>
        <w:t>решение о создании государственного (муниципального) учреждения</w:t>
      </w:r>
    </w:p>
    <w:p>
      <w:r>
        <w:rPr>
          <w:b/>
        </w:rPr>
        <w:t xml:space="preserve">2. </w:t>
      </w:r>
      <w:r>
        <w:t>положения о филиалах, представительствах государственного {муниципального) учреждения; 19 5) план финансово-хозяйственной деятельности государственного (муниципального) учреждения, составляемый и утверждаемый в порядке и по форме, которые установлены соответствующим финансовым органом, и в соответствии с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2. </w:t>
      </w:r>
      <w:r>
        <w:t>годовая бухгалтерская (финансовая) отчетность государственного (муниципального) учреждения</w:t>
      </w:r>
    </w:p>
    <w:p>
      <w:r>
        <w:rPr>
          <w:b/>
        </w:rPr>
        <w:t xml:space="preserve">2. </w:t>
      </w:r>
      <w:r>
        <w:t>государственное (муниципальное) задание на оказание услуг (выполнение работ)</w:t>
      </w:r>
    </w:p>
    <w:p>
      <w:r>
        <w:rPr>
          <w:b/>
        </w:rPr>
        <w:t xml:space="preserve">2. </w:t>
      </w:r>
      <w:r>
        <w:t>отчет о выполнении государственного (муниципального) задания на оказание услуг (выполнение работ)</w:t>
      </w:r>
    </w:p>
    <w:p>
      <w:r>
        <w:rPr>
          <w:b/>
        </w:rPr>
        <w:t xml:space="preserve">2. </w:t>
      </w:r>
      <w:r>
        <w:t>отчет о результатах деятельности государственного (муниципального) учреждения и об использовании им имущества, составляемый и утверждаемый в порядке и по форме, которые установлены соответствующим финансовым органом,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20 в сфере бюджетной, налоговой, страховой, валютной, банковской деятельности</w:t>
      </w:r>
    </w:p>
    <w:p>
      <w:r>
        <w:rPr>
          <w:b/>
        </w:rPr>
        <w:t xml:space="preserve">2. </w:t>
      </w:r>
      <w:r>
        <w:t>бюджетная смета казенного учреждения, которая составляется, утверждается и ведется в порядке, установленном бюджетным законодательством Российской Федерации</w:t>
      </w:r>
    </w:p>
    <w:p>
      <w:r>
        <w:rPr>
          <w:b/>
        </w:rPr>
        <w:t xml:space="preserve">2. </w:t>
      </w:r>
      <w:r>
        <w:t>иная информация, размещение которой на официальном сайте предусмотрено Правительством Российской Федерации.»;</w:t>
      </w:r>
    </w:p>
    <w:p>
      <w:r>
        <w:rPr>
          <w:b/>
        </w:rPr>
        <w:t xml:space="preserve">2. </w:t>
      </w:r>
      <w:r>
        <w:t>если такие документы (информация) содержат сведения, составляющие государственную тайну и иную охраняемую законом тайну; 21 2) если такие документы (информация) — представляются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3°. Документы (информация), указанные в пункте 33 настоящей статьи, размещаются на официальном сайте органом, осуществляющим функции и полномочия учредителя государственного (муниципального) учреждения. В случае, если такие документы (информация)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(информация) подлежат размещению на официальном сайте посредством информационного взаимодействия официального сайта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22 В случае, если документы (информация), указанные в пункте 33 настоящей статьи, содержатся в иных информационных системах, такие документы (информация) могут размещаться на официальном сайте посредством информационного взаимодействия официального сайта с иными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право на размещение на официальном сайте документов (информации) в отношении государственного (муниципального) учреждения этому государственному (муниципальному) учреждению. Орган, осуществляющий функции и полномочия учредителя государственного (муниципального) учреждения, осуществляет контроль за размещением на официальном сайте документов (информации) подведомственными ему государственными (муниципальными) учреждениями. 23 Размещение документов (информации) на официальном сайте и его ведение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с использованием федеральной — государственной информационной системы, оператором которой является Федеральное казначейство.»;</w:t>
      </w:r>
    </w:p>
    <w:p>
      <w:r>
        <w:rPr>
          <w:b/>
        </w:rPr>
        <w:t xml:space="preserve">2. </w:t>
      </w:r>
      <w:r>
        <w:t>в пункте | слова «учредительными документами» заменить словом «уставом»</w:t>
      </w:r>
    </w:p>
    <w:p>
      <w:r>
        <w:rPr>
          <w:b/>
        </w:rPr>
        <w:t xml:space="preserve">2. </w:t>
      </w:r>
      <w:r>
        <w:t>в пункте 3 слова «учредительными документами» заменить словом «уставом»</w:t>
      </w:r>
    </w:p>
    <w:p>
      <w:r>
        <w:rPr>
          <w:b/>
        </w:rPr>
        <w:t xml:space="preserve">2. </w:t>
      </w:r>
      <w:r>
        <w:t>в наименовании слова «учредительных документов» заменить словом «устава»</w:t>
      </w:r>
    </w:p>
    <w:p>
      <w:r>
        <w:rPr>
          <w:b/>
        </w:rPr>
        <w:t xml:space="preserve">2. </w:t>
      </w:r>
      <w:r>
        <w:t>в пункте 2 слова «учредительных документов» заменить словом «устава»</w:t>
      </w:r>
    </w:p>
    <w:p>
      <w:r>
        <w:rPr>
          <w:b/>
        </w:rPr>
        <w:t xml:space="preserve">2. </w:t>
      </w:r>
      <w:r>
        <w:t>в пункте 3 слова «учредительные документы» заменить словом «устав»</w:t>
      </w:r>
    </w:p>
    <w:p>
      <w:r>
        <w:rPr>
          <w:b/>
        </w:rPr>
        <w:t xml:space="preserve">2. </w:t>
      </w:r>
      <w:r>
        <w:t>в подпункте 1 слово «учредительные» заменить словом «устав»</w:t>
      </w:r>
    </w:p>
    <w:p>
      <w:r>
        <w:rPr>
          <w:b/>
        </w:rPr>
        <w:t xml:space="preserve">2. </w:t>
      </w:r>
      <w:r>
        <w:t>в пункте 1: в абзаце первом слова «учредительными документами» заменить словом «уставом»; в абзаце втором слова «учредительными документами» заменить словом «уставами»</w:t>
      </w:r>
    </w:p>
    <w:p>
      <w:r>
        <w:rPr>
          <w:b/>
        </w:rPr>
        <w:t xml:space="preserve">2. </w:t>
      </w:r>
      <w:r>
        <w:t>в пункте 3 слова «предпринимательской и иной» исключить, слово «доходы» заменить словом «доход»</w:t>
      </w:r>
    </w:p>
    <w:p>
      <w:r>
        <w:rPr>
          <w:b/>
        </w:rPr>
        <w:t xml:space="preserve">2. </w:t>
      </w:r>
      <w:r>
        <w:t>в абзаце первом слова «учредительными документами» заменить словом «уставом»</w:t>
      </w:r>
    </w:p>
    <w:p>
      <w:r>
        <w:rPr>
          <w:b/>
        </w:rPr>
        <w:t xml:space="preserve">2. </w:t>
      </w:r>
      <w:r>
        <w:t>пункт 1 признать утратившим силу; 17 6) в пункте 4: в абзаце первом слова «на указанном собрании или заседании присутствует» заменить словами «в указанных собрании или заседании участвует»; абзац второй изложить в следующей редакции: «Решение указанных общего собрания или заседания принимается большинством голосов от общего числа членов, участвующих в общем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составляющим не менее двух третей голосов от общего числа членов, участвующих в общем собрании или заседании, в соответствии с настоящим Федеральным законом, другими федеральными законами и уставом некоммерческой организации, если необходимость большего числа голосов для принятия такого решения не предусмотрена уставом некоммерческой организации.»</w:t>
      </w:r>
    </w:p>
    <w:p>
      <w:r>
        <w:rPr>
          <w:b/>
        </w:rPr>
        <w:t xml:space="preserve">2. </w:t>
      </w:r>
      <w:r>
        <w:t>абзацы четвертый - девятый пункта 4! признать утратившими силу</w:t>
      </w:r>
    </w:p>
    <w:p>
      <w:r>
        <w:rPr>
          <w:b/>
        </w:rPr>
        <w:t xml:space="preserve">2. </w:t>
      </w:r>
      <w:r>
        <w:t>В абзаце втором пункта 1 слова «учредительными документами» заменить словом «уставом»</w:t>
      </w:r>
    </w:p>
    <w:p>
      <w:r>
        <w:rPr>
          <w:b/>
        </w:rPr>
        <w:t xml:space="preserve">2. </w:t>
      </w:r>
      <w:r>
        <w:t>дополнить пунктом 3°! следующего содержания: «33"'. Документы (информация) о деятельности государственных (муниципальных) учреждений размещаются на официальном сайте в форматах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 xml:space="preserve">2. </w:t>
      </w:r>
      <w:r>
        <w:t>пункты 34 и 3° изложить в следующей редакции: «3*. Документы (информация), указанные в пункте 33 настоящей статьи, не размещаются на официальном сайте в следующих случаях:</w:t>
      </w:r>
    </w:p>
    <w:p>
      <w:r>
        <w:rPr>
          <w:b/>
        </w:rPr>
        <w:t xml:space="preserve">2. </w:t>
      </w:r>
      <w:r>
        <w:t>в абзаце первом пункта 4' слова «учредительными документами» заменить словом «уставами»</w:t>
      </w:r>
    </w:p>
    <w:p>
      <w:r>
        <w:rPr>
          <w:b/>
        </w:rPr>
        <w:t xml:space="preserve">2. </w:t>
      </w:r>
      <w:r>
        <w:t>в пункте 5: в подпункте 4 слова «учредительными документами» заменить словом «уставом»; в подпункте 5 слова «учредительными документами» заменить словом «уставом»</w:t>
      </w:r>
    </w:p>
    <w:p>
      <w:r>
        <w:rPr>
          <w:b/>
        </w:rPr>
        <w:t xml:space="preserve">2. </w:t>
      </w:r>
      <w:r>
        <w:t>в пункте 14 слова «учредительными документами» заменить словом «уставами»</w:t>
      </w:r>
    </w:p>
    <w:p>
      <w:r>
        <w:rPr>
          <w:b/>
        </w:rPr>
        <w:t>Статья 5</w:t>
      </w:r>
    </w:p>
    <w:p>
      <w:r>
        <w:t>В абзаце втором пункта 2 статьи 24 Федерального закона от 12 января 1996 года № 10-ФЗ «О профессиональных союзах, их правах и гарантиях деятельности» (Собрание законодательства Российской 24 Федерации, 1996, № 3, ст. 148; 2013, № 27, ст. 3477; 2014, № 52, ст. 7555) слово «предпринимательской» заменить словами «приносящей доход».</w:t>
      </w:r>
    </w:p>
    <w:p>
      <w:r>
        <w:rPr>
          <w:b/>
        </w:rPr>
        <w:t>Статья 6</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2002, № 12, ст. 1093; 2003, № 50, ст. 4855; 2013, № 27, ст. 3477; 2015, № 14, ст. 2020; № 29, ст. 4387; 2016, № 28, ст. 4558; 2021, № 15, ст. 2435; № 24, ст. 4187; 2022, № 50, ст. 8789; 2023, № 31, ст. 5786; 2024, № 15, ст. 1968) следующие изменения: 1) абзац первый пункта 4 статьи 8 дополнить предложением следующего содержания: «Централизованная религиозная организация может быть создана другой централизованной — религиозной организацией.»; 2) в пункте 2 статьи 10: а) в абзаце третьем слово «цели» заменить словами «предмет, цели»; 6) абзац шестой дополнить словами «и направления их использования»; 25 3) статью 23 изложить в следующей редакции: «Статья 23. Приносящая доход деятельность религиозных организаций 1. Религиозные организации вправе осуществлять приносящую доход деятельность, если такая деятельность предусмотрена их уставами, служит достижению целей, ради которых они созданы, и соответствует таким целям, а также создавать собственные коммерческие организации в порядке, устанавливаемом законодательством Российской Федерации.</w:t>
      </w:r>
    </w:p>
    <w:p>
      <w:r>
        <w:rPr>
          <w:b/>
        </w:rPr>
        <w:t xml:space="preserve">2. </w:t>
      </w:r>
      <w:r>
        <w:t>Приносящей доход деятельностью признаются направленные на извлечение прибыли производство товаров, выполнение работ, оказание услуг, отвечающие целям создания религиозной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
        <w:rPr>
          <w:b/>
        </w:rPr>
        <w:t xml:space="preserve">2. </w:t>
      </w:r>
      <w:r>
        <w:t>в пункте 3 статьи 24! слово «частью» заменить словом «пунктом»</w:t>
      </w:r>
    </w:p>
    <w:p>
      <w:r>
        <w:rPr>
          <w:b/>
        </w:rPr>
        <w:t>Статья 7</w:t>
      </w:r>
    </w:p>
    <w:p>
      <w:r>
        <w:t>Внести в Федеральный закон от 11 июля 2001 года № 95-ФЗ «О политических партиях» (Собрание законодательства Российской Федерации, 2001, № 29, ст. 2950; 2005, № 30, ст. 3104; 2009, № 14, ст. 1577; 2014, № 26, ст. 3391; № 48, ст. 6636; 2017, № 50, ст. 7546; 2021, 26 № 18, ст. 3061; 2022, № 50, ст. 8792; 2023, № 23, ст. 4004; № 29, ст. 5305; 2025, № 21, ст. 2536) следующие изменения</w:t>
      </w:r>
    </w:p>
    <w:p>
      <w:r>
        <w:t>в абзаце первом преамбулы слово «учредительных» заменить словом «уставах»</w:t>
      </w:r>
    </w:p>
    <w:p>
      <w:r>
        <w:t>в пункте 3 статьи 8 слово «учредительных» заменить словом «уставах»</w:t>
      </w:r>
    </w:p>
    <w:p>
      <w:r>
        <w:t>в подпункте «л» пункта 1 статьи 26 — слово «предпринимательскую» заменить словами «приносящую доход»</w:t>
      </w:r>
    </w:p>
    <w:p>
      <w:r>
        <w:t>в подпункте «г» пункта | статьи 29 слово «предпринимательской» заменить словами «приносящей доход»</w:t>
      </w:r>
    </w:p>
    <w:p>
      <w:r>
        <w:t>в статье 31: а) в пункте 1 слово «предпринимательской» заменить словами «приносящей доход»</w:t>
      </w:r>
    </w:p>
    <w:p>
      <w:r>
        <w:t>в абзаце первом пункта 3 слово «предпринимательской» заменить словами «приносящей доход»; в) в пункте 4 слово «предпринимательской» заменить словами «приносящей доход»; г) в пункте 5 слово «предпринимательской» заменить словами «приносящей доход». 27</w:t>
      </w:r>
    </w:p>
    <w:p>
      <w:r>
        <w:rPr>
          <w:b/>
        </w:rPr>
        <w:t>Статья 8</w:t>
      </w:r>
    </w:p>
    <w:p>
      <w:r>
        <w:t>Часть 2 статьи 3 Федерального закона от 17 мая 2007 года № 82-ФЗ «О государственной корпорации развития «ВЭБ.РФ» (Собрание законодательства Российской Федерации, 2007, № 22, ст. 2562; 2018, № 1, ст. 38; № 49, ст. 7524; 2019, № 30, ст. 4151; 2020, № 31, ст. 5051; 2021, № 27, ст. 5160; 2022, № 29, ст. 5238) после слова «предпринимательскую» дополнить словами «и иную приносящую доход».</w:t>
      </w:r>
    </w:p>
    <w:p>
      <w:r>
        <w:rPr>
          <w:b/>
        </w:rPr>
        <w:t>Статья 9</w:t>
      </w:r>
    </w:p>
    <w:p>
      <w:r>
        <w:t>В части 2 статьи 3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2014, № 30, ст. 4260; 2015, № 48, ст. 6722; 2019, № 14, ст. 1464; 2025, № 14, ст. 1583) слово «предпринимательскую» заменить словами «приносящую доход».</w:t>
      </w:r>
    </w:p>
    <w:p>
      <w:r>
        <w:rPr>
          <w:b/>
        </w:rPr>
        <w:t>Статья 10</w:t>
      </w:r>
    </w:p>
    <w:p>
      <w:r>
        <w:t>Признать утратившими силу</w:t>
      </w:r>
    </w:p>
    <w:p>
      <w:r>
        <w:t>пункт 2 статьи 1 Федерального закона от 19 июля 1998 года № 112-ФЗ «О внесении изменений и дополнений в Федеральный закон «Об общественных объединениях» (Собрание — законодательства Российской Федерации, 1998, № 30, ст. 3608); 28 2) пункты 2 и 4 статьи 1 Федерального закона от 12 марта 2002 года № 26-ФЗ «О внесении изменений и дополнений в Федеральный закон «Об общественных объединениях» (Собрание — законодательства Российской Федерации, 2002, № 11, ст. 1018)</w:t>
      </w:r>
    </w:p>
    <w:p>
      <w:r>
        <w:t>абзац пятый пункта 19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t>пункт 2 статьи 2 Федерального закона от 10 января 2006 года № 18-ФЗ «О внесении изменений в некоторые законодательные акты Российской Федерации» (Собрание законодательства Российской Федерации, 2006, № 3, ст. 282)</w:t>
      </w:r>
    </w:p>
    <w:p>
      <w:r>
        <w:t>пункты 2 и 5 статьи 4 Федерального закона от 3 ноября 2006 года №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 45, ст. 4627); 29 6) пункт 1 статьи 2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 30, ст. 3604)</w:t>
      </w:r>
    </w:p>
    <w:p>
      <w:r>
        <w:t>пункт 4 статьи 1 Федерального закона от 17 июля 2009 года № 170-ФЗ «О внесении изменений в Федеральный закон «О некоммерческих организациях» (Собрание — законодательства Российской Федерации, 2009, № 29, ст. 3607)</w:t>
      </w:r>
    </w:p>
    <w:p>
      <w:r>
        <w:t>пункт 3 статьи 6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rPr>
          <w:b/>
        </w:rPr>
        <w:t>Статья 11</w:t>
      </w:r>
    </w:p>
    <w:p>
      <w:r>
        <w:rPr>
          <w:b/>
        </w:rPr>
        <w:t xml:space="preserve">1. </w:t>
      </w:r>
      <w:r>
        <w:t>Учредительные документы некоммерческих организаций, созданных до дня вступления в силу настоящего Федерального закона, подлежат приведению в соответствие с нормами Основ законодательства Российской Федерации о нотариате от 11 февраля 1993 года № 4462-1 (в редакции настоящего Федерального закона), Федерального закона от 19 мая 1995 года № 82-ФЗ «Об общественных объединениях» 30 (в редакции настоящего Федерального закона), Федерального закона от 11 августа 1995 года № 135-ФЗ «О благотворительной деятельности и добровольчестве (волонтерстве)» (в редакции настоящего Федерального закона), Федерального закона от 12 января 1996 года № 7-ФЗ «О некоммерческих организациях» (в редакции настоящего Федерального закона), Федерального закона от 12 января 1996 года № —10-ФЗ «О профессиональных союзах, их правах и гарантиях деятельности» (в редакции настоящего Федерального закона), Федерального закона от 26 сентября 1997 года № 125-ФЗ «О свободе совести и о религиозных объединениях» (в редакции настоящего Федерального закона) и Федерального закона от 11 июля 2001 года № 95-ФЗ «О политических партиях» (в редакции настоящего Федерального закона) при первом изменении учредительных документов таких некоммерческих организаций. Учредительные документы таких некоммерческих организаций до приведения их в соответствие с нормами Основ законодательства Российской Федерации о нотариате от 11 февраля 1993 года № 4462- (в редакции настоящего Федерального закона), Федерального закона от 19 мая 1995 года № 82-ФЗ «Об общественных объединениях» (в редакции настоящего Федерального закона), Федерального закона от 11 августа 1995 года № 135-ФЗ «О благотворительной деятельности и добровольчестве (волонтерстве)» 31 (в редакции настоящего Федерального закона), Федерального закона от 12 января 1996 года № 7-ФЗ «О некоммерческих организациях» (в редакции настоящего Федерального закона), Федерального закона от 12 января 1996 года № 10-ФЗ «О профессиональных союзах, их правах и гарантиях деятельности» (в редакции настоящего Федерального закона), Федерального закона от 26 сентября 1997 года № 125-ФЗ «О — свободе совести и о — религиозных — объединениях» (в редакции настоящего Федерального закона) и Федерального закона от 11 июля 2001 года № 95-ФЗ «О политических партиях» (в редакции настоящего Федерального закона) действуют в части, не противоречащей указанным нормам</w:t>
      </w:r>
    </w:p>
    <w:p>
      <w:r>
        <w:rPr>
          <w:b/>
        </w:rPr>
        <w:t xml:space="preserve">2. </w:t>
      </w:r>
      <w:r>
        <w:t>В отношении предпринимательской деятельности, предусмотренной уставами религиозных организаций, зарегистрированных до дня вступления в силу настоящего Федерального закона, применяются положения статьи 23 Федерального закона от 26 сентября 1997 года № 125-ФЗ «О свободе совести и о религиозных объединениях» (в редакции настоящего Федерального закона)</w:t>
      </w:r>
    </w:p>
    <w:p>
      <w:r>
        <w:rPr>
          <w:b/>
        </w:rPr>
        <w:t>Статья 12</w:t>
      </w:r>
    </w:p>
    <w:p>
      <w:r>
        <w:rPr>
          <w:b/>
        </w:rPr>
        <w:t xml:space="preserve">1. </w:t>
      </w:r>
      <w:r>
        <w:t>Настоящий Федеральный закон вступает в силу по истечении десяти дней после дня его официального опубликования. 32 2. Положения подпунктов 1, 2, 5, 6, 8 — 11 пункта 33 статьи 32 Федерального закона от 12 января 1996 года № 7-ФЗ «О некоммерческих организациях» (в редакции настоящего Федерального закона) применяются с 1 сентября 2026 года. КАНЦЕЛЯРИЯ |S УЙрезидент ской Федерации В.Путин № 30-ФЗ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