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статьи 29 и 39 Федерального закона «Об образовании в Российской Федерации»"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273-ФЗ «Об образовании в Российской Федерации» (Собрание законодательства Российской Федерации, 2012, № 53, ст. 7598; 2014, № 26, ст. 3388; 2015, № 27, ст. 3989; 2019, № 30, ст. 4134; № 49, ст. 6962; № 52, ст. 7796; 2021, No 1, ст. 56; № 24, ст. 4188; 2022, № 29, ст. 5265; 2023, № 1, ст. 78; № 25, ст. 4440; 2024, № 33, ст. 5024) следующие изменения</w:t>
      </w:r>
    </w:p>
    <w:p>
      <w:r>
        <w:t>в части 2 статьи 29: а) подпункт «о» пункта 1 изложить в следующей редакции: „ве. ИАА 2 100088 70055 2 «0) о наличии общежития, интерната, количестве жилых помещений в общежитии, интернате для иногородних обучающихся, количестве изолированных жилых помещений (отдельных комнат), определенных для проживания нуждающихся в жилых помещениях в общежитии студенческих семей (для образовательных организаций высшего образования), формировании платы за проживание в общежитии; »</w:t>
      </w:r>
    </w:p>
    <w:p>
      <w:r>
        <w:t>подпункт «д» пункта 2 дополнить словами «, порядка предоставления жилых помещений в общежитиях»</w:t>
      </w:r>
    </w:p>
    <w:p>
      <w:r>
        <w:t>часть 2 статьи 39 изложить в следующей редакции: «2. Жилые помещения в общежитиях предоставляются обучающимся в порядке, установленном локальными нормативными актами организаций, осуществляющих образовательную деятельность, в соответствии с типовым порядком предоставления жилых помещений в общежитиях, утвержденным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образования, совместно с федеральным органом исполнительной — власти, осуществляющим функции по выработке и реализации государственной политики и нормативно-правовому регулированию в сфере общего образования. Обучающимся, указанным в части 5 статьи 36 настоящего Федерального закона, жилые помещения в общежитиях предоставляются в первоочередном порядке. Cc каждым обучающимся, проживающим в жилом помещении в общежитии, заключается договор найма жилого помещения в общежитии в порядке, установленном жилищным законодательством. При наличии обучающихся, нуждающихся в жилых помещениях в общежитиях, не допускается использование таких жилых помещений для целей, не связанных с проживанием в них обучающихся, а также членов их семей в случаях, установленных настоящим Федеральным законом. Образовательная организация высшего образования в пределах имеющегося жилищного фонда определяет изолированные жилые помещения (отдельные комнаты) для проживания нуждающихся в жилых помещениях в общежитиях студенческих семей (далее — отдельные комнаты для студенческих семей). В случае отсутствия нуждающихся в жилых помещениях в общежитиях студенческих семей допускается предоставление отдельных комнат для студенческих семей иным обучающимся, нуждающимся в жилых помещениях в общежитиях. Понятие «студенческая семья» используется в настоящем Федеральном законе в значении, определенном Федеральным законом от 30 декабря 2020 года № 489-ФЗ «О молодежной политике в Российской Федерации».»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2026 года. КАНЦЕЛЯРИЯ |2} А Мрезидент sicko Федерации В.Путин № 34-ФЗ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