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346-5 части второй Налогового кодекса Российской Федерации"</w:t>
      </w:r>
    </w:p>
    <w:p>
      <w:r>
        <w:rPr>
          <w:b/>
        </w:rPr>
        <w:t>Статья 1</w:t>
      </w:r>
    </w:p>
    <w:p>
      <w:r>
        <w:t>Внести в подпункт 29 пункта 2 статьи 346° части второй Налогового кодекса Российской Федерации (Собрание законодательства Российской Федерации, 2000, № 32, ст. 3340; 2001, № 53, ст. 5023; 2003, № 46, ст. 4443; 2005, № 27, ст. 2707; 2006, № 12, ст. 1233; № 31, ст. 3436; 2007, № 23, ст. 2691; 2008, № 30, ст. 3611; 2009, № 30, ст. 3739; № 48, ст. 5725, 5733; 2010, № 15, ст. 1737; № 48, ст. 6247; 2011, № 1, ст. 7; № 11, ст. 1492; 2012, № 26, ст. 3447; 2013, № 30, ст. 4081; № 48, ст. 6165; 2014, № 16, ст. 1838; № 48, ст. 6647, 6657; 2015, № 1, ст. 18; № 14, ст. 2024; № 48, ст. 6688; 2016, № 27, ст. 4182, 4184; № 49, ст. 6844; 2017, № 49, ст. 7307, [ОИ 2 100088 70049 1 2 7318; 2019, № 39, ст. 5375; 2020, № 17, ст. 2699; № 24, ст. 3746; 2022, № 29, ст. 5230; № 48, ст. 8310; 2023, № 32, ст. 6121; № 52, ст. 9523; 2024, № 33, ст. 4955; № 45, ст. 6693; № 49, ст. 7409; 2025, № 30, ст. 4376) изменения, дополнив его после слова «образования» словами «по образовательным программам среднего профессионального или высшего образования», заменив слова «по специальности» словами «в соответствии с полученной квалификацией».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одного месяца со дня его официального опубликования. ИЙской Федерации В.Путин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