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(Собрание законодательства Российской Федерации, 2013, №8, ст. 721; 2016, №1, ст. 76; № 18, ст. 2491; 2020, №31, ст. 5062; 2023, № 18, ст. 3255; 2025, № 52, ст. 8338) следующие изменения: 1) в статье 19: р MO 00088 69363 2 2 а) в части 3 слова «дистанционным способом продажи» Исключить; 6) дополнить частью 3! следующего содержания: «3'. Запрещается розничная торговля табачной продукцией или никотинсодержащей продукцией, кальянами и устройствами для потребления никотинсодержащей продукции дистанционным способом продажи.»; в) пункт 2 части 7 изложить в следующей редакции: «2) на территориях, прилегающих к зданиям, строениям, сооружениям, помещениям, находящимся во владении и (или) в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и (или) организаций, осуществляющих обучение несовершеннолетних (далее - прилегающие территории). Запрет на розничную торговлю табачной продукцией или никотинсодержащей продукцией, кальянами, устройствами для потребления никотинсодержащей продукции, указанный в настоящем пункте, действует в отношении территорий, прилегающих к указанным зданиям, строениям, сооружениям, помещениям, в которых непосредственно осуществляются соответствующие ВИДЫ деятельности; »; 3 г) дополнить частями 7-7 следующего содержания: «7. Границы прилегающих территорий определяются с учетом результатов общественных обсуждений органами — местного самоуправления муниципальных районов, муниципальных округов и городских округов в соответствии с правилами, установленными Правительством Российской Федерации (за исключением границ прилегающих территорий, расположенных в городах федерального значения Москве, Санкт-Петербурге и Севастополе).</w:t>
      </w:r>
    </w:p>
    <w:p>
      <w:r>
        <w:rPr>
          <w:b/>
        </w:rPr>
        <w:t xml:space="preserve">72. </w:t>
      </w:r>
      <w:r>
        <w:t>Границы прилегающих территорий, расположенных в городах федерального значения Москве, Санкт-Петербурге и Севастополе, определяются с учетом результатов общественных обсуждений органами государственной власти городов федерального значения Москвы, Санкт-Петербурга и Севастополя в соответствии с правилами, установленными Правительством Российской Федерации</w:t>
      </w:r>
    </w:p>
    <w:p>
      <w:r>
        <w:rPr>
          <w:b/>
        </w:rPr>
        <w:t xml:space="preserve">73. </w:t>
      </w:r>
      <w:r>
        <w:t>Органы государственной власти субъекта Российской Федерации, уполномоченные на осуществление регионального государственного контроля (надзора) в области розничной продажи табачной продукции и никотинсодержащей продукции в соответствии со статьей 12' Федерального закона от 13 июня 2023 года № 203-ФЗ «О государственном регулировании производства и оборота табачных изделий, табачной продукции, никотинсодержащей 4 продукции и сырья для их производства» (за исключением органов государственной власти городов федерального значения Москвы, Санкт-Петербурга и Севастополя), информируют органы местного самоуправления об организациях и индивидуальных предпринимателях, осуществляющих розничную торговлю табачной продукцией или никотинсодержащей продукцией на территориях соответствующих муниципальных образований</w:t>
      </w:r>
    </w:p>
    <w:p>
      <w:r>
        <w:rPr>
          <w:b/>
        </w:rPr>
        <w:t xml:space="preserve">7. </w:t>
      </w:r>
      <w:r>
        <w:t>Органы местного самоуправления одновременно с официальным опубликованием муниципального правового акта 06 определении границ прилегающих территорий информируют о нем организации и индивидуальных предпринимателей, осуществляющих розничную торговлю табачной продукцией или никотинсодержащей продукцией на таких территориях</w:t>
      </w:r>
    </w:p>
    <w:p>
      <w:r>
        <w:rPr>
          <w:b/>
        </w:rPr>
        <w:t xml:space="preserve">7. </w:t>
      </w:r>
      <w:r>
        <w:t>Органы государственной власти городов федерального значения Москвы, Санкт-Петербурга и Севастополя одновременно с официальным опубликованием правового акта субъекта Российской Федерации об определении границ прилегающих территорий информируют о нем организации и индивидуальных предпринимателей, осуществляющих розничную торговлю табачной продукцией или никотинсодержащей продукцией на таких территориях.»;</w:t>
      </w:r>
    </w:p>
    <w:p>
      <w:r>
        <w:rPr>
          <w:b/>
        </w:rPr>
        <w:t xml:space="preserve">7. </w:t>
      </w:r>
      <w:r>
        <w:t>в статье 21 слова «никотинсодержащей продукции,» заменить словами «никотинсодержащей продукции», дополнить словами «, за исключением запретов и ограничений торговли табачной продукцией или никотинсодержащей продукцией, которые установлены частями 1 - Зи 7 статьи 19 настоящего Федерального закона и государственный контроль (надзор) за соблюдением которых осуществляется исполнительными органами субъектов Российской Федерации в соответствии с Федеральным законом от 13 июня 2023 года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r>
        <w:rPr>
          <w:b/>
        </w:rPr>
        <w:t>Статья 2</w:t>
      </w:r>
    </w:p>
    <w:p>
      <w:r>
        <w:t>Внести в Федеральный закон от 31 июля 2020 года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2024, № 53, ст. 8550; 2025, № 52, ст. 8354) следующие изменения</w:t>
      </w:r>
    </w:p>
    <w:p>
      <w:r>
        <w:t>пункт 7 части 1 статьи 17 после слов «Федеральным законом» дополнить словами «, а также применяемое в случаях, предусмотренных другими федеральными законами, нормативными правовыми актами Президента Российской Федерации, Правительства Российской 6 Федерации, субъектов Российской Федерации, муниципальными нормативными правовыми актами»</w:t>
      </w:r>
    </w:p>
    <w:p>
      <w:r>
        <w:t>в пункте 7 части 2 статьи 60 слово «(систем)» заменить словом «(систем)»</w:t>
      </w:r>
    </w:p>
    <w:p>
      <w:r>
        <w:rPr>
          <w:b/>
        </w:rPr>
        <w:t>Статья 3</w:t>
      </w:r>
    </w:p>
    <w:p>
      <w:r>
        <w:t>Часть 1 статьи 44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1, ст. 7; № 16, ст. 2766; № 25, ст. 4433, 4434; № 29, ст. 5343; № З1, ст. 5803; № 32, ст. 6150, 6151, 6152, 6170, 6181, 6201, 6207, 6217; № 52, ст. 9530; 2024, № 1, ст. 32, 54; № 23, ст. 3046; № 33, ст. 4928, 5000; № 49, ст. 7427; = 5 № 51, ст. 7865; 2025, № 26, ст. 3499; № 30, ст. 4405; № 31, ст. 4681; № 48, ст. 7250; № 52, ст. 8298, 8363) дополнить пунктами 177 и 178 5 следующего содержания: «177) осуществления регионального государственного контроля (надзора) в области розничной продажи табачной продукции и никотинсодержащей продукции;</w:t>
      </w:r>
    </w:p>
    <w:p>
      <w:r>
        <w:t>осуществления лицензирования розничной торговли табачной продукцией и никотинсодержащей продукцией и развозной торговли табачной продукцией и никотинсодержащей продукцией.»</w:t>
      </w:r>
    </w:p>
    <w:p>
      <w:r>
        <w:rPr>
          <w:b/>
        </w:rPr>
        <w:t>Статья 4</w:t>
      </w:r>
    </w:p>
    <w:p>
      <w:r>
        <w:t>Внести в Федеральный закон от 13 июня 2023 года № 203-ФЗ «О государственном регулировании производства и оборота табачных изделий, табачной продукции, никотинсодержащей продукции и сырья для их производства» (Собрание законодательства Российской Федерации, 2023, № 25, ст. 4392; 2024, № 33, ст. 5021; № 53, ст. 8547; 2025, № 21, ст. 2544) следующие изменения: 1) в статье 1: а) в части 4 слово «, принимаемых» заменить словами «и нормативных правовых актов субъектов Российской Федерации, принимаемых»; 6) дополнить частью 5 следующего содержания: «5. Поставки табачной продукции, никотинсодержащей продукции и сырья для их производства для федеральных государственных нужд осуществляются в соответствии с законодательством Российской Федерации о поставках продукции для федеральных государственных нужд.»; 2) в части 1 статьи 2: а) в пункте 8 после слов «поставка и закупка» дополнить словами «, за исключением закупки по договорам розничной купли-продажи (далее - закупка)», слова «розничная продажа» заменить словами 8 «розничная торговля, развозная торговля (далее при совместном упоминании - розничная продажа)»; 6) в пункте 10 слова «и нормативно-правовому регулированию» заменить словами «, нормативно-правовому — регулированию и мониторингу»; в) дополнить пунктом 16 следующего содержания: «16) электронная система доставки никотина - устройство, которое предназначено для получения аэрозоля без горения при потреблении никотинсодержащих жидкостей в целях вдыхания его потребителем и может также использоваться для потребления безникотиновых жидкостей.»; 3) в статье 4: а) часть 5 дополнить словами «(далее - единый портал государственных и муниципальных услуг)»; 6) в чати И слова «федеральной государственной информационной системы «Единый портал государственных и муниципальных услуг (функций)» заменить словами «единого портала государственных и муниципальных услуг»; 4) в статье 5: 1 2 а) дополнить частями 2° и 2° следующего содержания: 9 «2'. При производстве, вводе в оборот, обороте (за исключением транспортировки) и выводе из оборота табачной продукции и никотинсодержащей продукции, подлежащих — обязательной маркировке средствами идентификации, табачной продукции и никотинсодержащей продукции, указанных в подпунктах «б» и «в» пункта 10 части 3 настоящей статьи, сырья и никотинового сырья лицензиатом должна обеспечиваться передача в информационную систему мониторинга сведений о производстве, вводе в оборот, об обороте (за исключением транспортировки) и о выводе из оборота таких табачной продукции, никотинсодержащей продукции, сырья и никотинового сырья. 2?. При обороте (за исключением транспортировки) и выводе из оборота табачной продукции и никотинсодержащей продукции, указанных в пункте 4 части 3 настоящей статьи, должна обеспечиваться передача в информационную систему мониторинга сведений об обороте (за исключением транспортировки) и о выводе из оборота такой продукции владельцем магазина беспошлинной торговли или магазинов беспошлинной торговли, расположенных в регионе деятельности одного таможенного органа.»; 6) в части 3: 10 пункты 2 и 3 изложить в следующей редакции: «2) проб и образцов табачной продукции и никотинсодержащей продукции в необходимом количестве (не более 10000 сигарет, или 10000 изделий с нагреваемым табаком, или 250 единиц никотинсодержащей продукции (за исключением изделий с нагреваемым табаком), или 250 сигар (сигарилл), или 1250 граммов табака либо общим весом не более 1250 граммов указанной продукции в ассортименте) при их производстве, хранении и транспортировке, предназначенных для контроля качества и безопасности, проведения измерений в соответствии с международными, межгосударственными и национальными стандартами, межлабораторных сличительных испытаний, измерений нормируемых параметров в соответствии с требованиями технических регламентов, калибровки оборудования, сличительных испытаний, при условии соблюдения требования, установленного частью 2 статьи 6 настоящего Федерального закона, и наличия договора на оказание услуг (выполнение работ) по проведению испытаний указанной продукции либо отчета о проверке квалификации; 3) проб и образцов табачной продукции и никотинсодержащей продукции, ввозимых в Российскую Федерацию лабораториями, изготовителями табачной продукции и никотинсодержащей продукции 11 и (или) импортерами (продавцами) в необходимом количестве (He более 10000 сигарет, или 10000 изделий с нагреваемым табаком, или 250 единиц никотинсодержащей продукции (за исключением изделий с нагреваемым табаком), или 250 сигар (сигарилл), или 1250 граммов табака либо общим весом не более 1250 граммов указанной продукции в ассортименте) и предназначенных для контроля качества и — безопасности, проведения измерений в — соответствии с международными, межгосударственными и национальными стандартами, межлабораторных сличительных испытаний, измерений нормируемых параметров в соответствии с требованиями технических регламентов, калибровки оборудования, сличительных испытаний, при условии соблюдения требования, установленного частью 2 статьи 6 настоящего Федерального закона, и наличия договора на оказание услуг {выполнение работ) по проведению испытаний указанной продукции либо отчета о проверке квалификации; »; пункт 10 изложить в следующей редакции: «10) табачной продукции и никотинсодержащей продукции: а) помещенных под таможенные процедуры в целях вывоза за пределы таможенной территории Евразийского экономического союза; 12 6) производимых в целях вывоза за пределы таможенной территории Евразийского экономического союза до помещения под таможенные процедуры в указанных целях; в) производимых в целях вывоза из Российской Федерации на территории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данной продукции средствами идентификации в рамках Евразийского экономического союза).»; в) в части 5 слова «представление в информационную систему мониторинга сведений о таком нанесении» заменить словами «передача в информационную систему мониторинга сведений, предусмотренных частями 2 - 2? настоящей статьи»; 5) в статье 6: а) в части 1: пункты | - 4 изложить в следующей редакции: «1) производство, ввод в оборот, оборот и вывод из оборота табачной продукции и никотинсодержащей продукции, подлежащих обязательной маркировке средствами идентификации, без нанесенных на такую продукцию средств идентификации и(или) без передачи информации о маркировке средствами идентификации, производстве, 13 вводе в оборот, обороте (за исключением транспортировки) и (или) выводе из оборота такой продукции в информационную систему мониторинга; 2) производство, ввод в оборот, оборот (за исключением транспортировки) и вывод из оборота сырья и никотинового сырья без передачи информации о производстве, вводе в оборот, обороте (за исключением транспортировки) и (или) выводе из оборота таких сырья и (или) никотинового сырья в информационную систему мониторинга; 3) сбыт (отчуждение в результате возмездной или безвозмездной сделки, совершенной любым способом) сырья и (или) никотинового сырья юридическим лицам и индивидуальным предпринимателям, не имеющим лицензии на вид деятельности, указанный в пункте 1, 2, 4, 5 или 7 части | статьи 8 настоящего Федерального закона, а также физическим лицам; 4) производство табачной продукции и никотинсодержащей продукции из сырья и (или) никотинового сырья, если информация о таких продукции и сырье, об их производстве, вводе в оборот, обороте (за исключением транспортировки) и выводе из оборота не передана в информационную систему мониторинга;»; 14 пункт 7 изложить в следующей редакции: «Т) производство и ввод в оборот табачной продукции, сырья, никотинсодержащей продукции и никотинового сырья лицами, не имеющими лицензии на вид деятельности, указанный в пункте 1, 2, 3, 4 или 5 части | статьи 8 настоящего Федерального закона}; пункт 8 дополнить словами «и (или) не имеющему лицензии хотя бы на один из видов деятельности, указанных в части | статьи 8 настоящего Федерального закона, за исключением поставки такой продукции в рамках исполнения государственного контракта»; дополнить пунктами 13 и 14 следующего содержания: «13) производство и (или) оборот табачных изделий, табачной продукции, сырья, никотинсодержащей продукции и никотинового сырья в жилых помещениях; 14) использование лицами, имеющими лицензию на вид деятельности, указанный в пункте | или 2 части | статьи 8 настоящего Федерального закона, никотинового сырья для производства изделий с нагреваемым табаком и (или) табачной продукции.»; 6) часть 2 изложить в следующей редакции: «2. Оборот табачной продукции, сырья, никотинсодержащей продукции и никотинового сырья осуществляется только при наличии подтверждающих легальность такого оборота электронного 15 универсального передаточного документа, универсального корректировочного документа, — исправленного — универсального передаточного документа или исправленного универсального корректировочного — документа, составленных по формату, утвержденному федеральным органом исполнительной власти, уполномоченным по контролю и надзору в области налогов и сборов, по согласованию с федеральным органом по контролю и надзору либо в случае ввоза в Российскую Федерацию, вывоза из Российской Федерации или поставки в рамках исполнения государственного контракта табачной продукции, сырья, никотинсодержащей продукции и никотинового сырья первичных учетных документов по хранению и транспортировке табачной продукции, сырья, никотинсодержащей продукции и никотинового сырья или сведений в информационной системе мониторинга.»; в) дополнить частью 4 следующего содержания: «4. Лицам, осуществляющим хранение, запрещается принимать на хранение табачную продукцию, сырье, никотинсодержащую продукцию и HMKOTHHOBOe сырье от организаций и индивидуальных предпринимателей, не имеющих лицензии хотя бы на один из видов деятельности, указанных в пунктах | - 7 части | статьи 8 настоящего Федерального закона.»; 16 6) в статье 8: а) часть 1 дополнить пунктами 7 - 9 следующего содержания: «7) закупка табачной продукции, сырья, никотинсодержащей продукции и никотинового сырья, а также хранение и поставка закупленных табачной продукции, сырья, никотинсодержащей продукции и никотинового сырья; 8) розничная торговля табачной продукцией и никотинсодержащей продукцией; 9) развозная торговля табачной продукцией и никотинсодержащей продукцией.»; 6)B части 2 слова «закупки и ввода в оборот при ввозе в Российскую Федерацию» заменить словами «закупки, ввода в оборот при ввозе в Российскую Федерацию и хранения»; в) в части 3 слова «закупки и ввода в оборот при ввозе в Российскую Федерацию» заменить словами «закупки, ввода в оборот при ввозе в Российскую Федерацию и хранения»; Г) части 4 и 5 изложить в следующей редакции: «4. Лицензия на вид деятельности, указанный в пункте 3 части 1 настоящей статьи, предусматривает право лицензиата на осуществление закупки, ввода в оборот при ввозе в Российскую Федерацию и хранения, поставки и вывода из оборота при вывозе из Российской 17 Федерации ранее введенных в оборот при ввозе в Российскую Федерацию табачной продукции и никотинсодержащей продукции, а также вывода из оборота при вывозе из Российской Федерации закупленных табачной продукции и никотинсодержащей продукции.</w:t>
      </w:r>
    </w:p>
    <w:p>
      <w:r>
        <w:rPr>
          <w:b/>
        </w:rPr>
        <w:t xml:space="preserve">5. </w:t>
      </w:r>
      <w:r>
        <w:t>Лицензия на вид деятельности, указанный в пункте 4 части 1 настоящей статьи, предусматривает право лицензиата на осуществление закупки, ввода в оборот при ввозе в Российскую Федерацию и хранения, поставки и вывода из оборота при вывозе из Российской Федерации ранее введенных в оборот при ввозе в Российскую Федерацию сырья и никотинового сырья, а также вывода из оборота при вывозе из Российской Федерации закупленных сырья и никотинового сырья.»;</w:t>
      </w:r>
    </w:p>
    <w:p>
      <w:r>
        <w:rPr>
          <w:b/>
        </w:rPr>
        <w:t xml:space="preserve">7. </w:t>
      </w:r>
      <w:r>
        <w:t>Лицензия на вид деятельности, указанный в пункте 8 части 1 настоящей статьи, предусматривает право лицензиата на осуществление закупки (за исключением закупки при ввозе в Российскую Федерацию) 19 табачной продукции и никотинсодержащей продукции, хранения закупленных табачной продукции и никотинсодержащей продукции и их реализации в форме розничной торговли</w:t>
      </w:r>
    </w:p>
    <w:p>
      <w:r>
        <w:rPr>
          <w:b/>
        </w:rPr>
        <w:t xml:space="preserve">73. </w:t>
      </w:r>
      <w:r>
        <w:t>Лицензия на вид деятельности, указанный в пункте 9 части 1 настоящей статьи, предусматривает право лицензиата на осуществление закупки (за исключением закупки при ввозе в Российскую Федерацию) табачной продукции и никотинсодержащей продукции, хранения закупленных табачной продукции и никотинсодержащей продукции и их реализации в форме развозной торговли.»; ж) дополнить частью 8' следующего содержания: «8'. Лицензия на вид деятельности, указанный в пункте 8 части 1 настоящей статьи, выдается на каждый торговый объект отдельно. Лицензия на вид деятельности, указанный в пункте 9 части 1 настоящей статьи, выдается на каждое транспортное средство отдельно. Под торговым объектом понимается магазин или павильон, предусмотренные частью 1 статьи 19 Федерального закона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либо другой торговый объект, предусмотренный частью 2 статьи 19 Федерального закона от 23 февраля 2013 года № 15-ФЗ «Об охране 20 здоровья граждан от воздействия окружающего табачного дыма, последствий потребления табака или потребления никотинсодержащей продукции».»;</w:t>
      </w:r>
    </w:p>
    <w:p>
      <w:r>
        <w:rPr>
          <w:b/>
        </w:rPr>
        <w:t xml:space="preserve">257. </w:t>
      </w:r>
      <w:r>
        <w:t>Решение о внесении изменений в реестр лицензий или решение 06 отказе во внесении изменений в реестр лицензий 36 принимается в течение десяти рабочих дней со дня получения от заявителя заявления о внесении изменений в реестр лицензий. В случае направления заявителю уведомления о необходимости устранения выявленных нарушений в порядке, предусмотренном частью 25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следующего за днем получения лицензирующим органом от заявителя уведомления об устранении выявленных нарушений, или в случае неполучения лицензирующим органом уведомления от заявителя об устранении выявленных нарушений со дня, следующего за днем истечения срока для устранения выявленных нарушений.»; щ) часть 27 изложить в следующей редакции: «27.В случае изменения наименования лицензиата (без его реорганизации), изменения фамилии, имени или отчества лицензиата, изменения места его нахождения (места жительства) или указанных в реестре лицензий адресов мест осуществления лицензируемого вида деятельности, в том числе адресов мест хранения табачной продукции, сырья, никотинсодержащей продукции и никотинового сырья, изменения иных сведений, указанных в реестре лицензий в соответствии с порядком его ведения, установленным Правительством Российской 37 Федерации, внесение изменений в реестр лицензий осуществляется на основании заявления лицензиата с приложением документов, подтверждающих такие изменения. Если к заявлению не приложены документы, подтверждающие изменение сведений, содержащихся в едином государственном реестре юридических лиц (едином государственном реестре индивидуальных предпринимателей), лицензирующему органу на основании межведомственного запроса данные документы предоставляются федеральным —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Указанное заявление и данные документы представляются лицензиатом в лицензирующий орган в форме электронных документов посредством информационной системы мониторинга, или единого портала государственных и муниципальных услуг, или регионального портала государственных и муниципальных услуг (для вида деятельности, указанного в пункте 8 или 9 части 1 настоящей статьи).»; э) часть 29 после слов «изменений в реестр лицензий» дополнить словами «, продления срока действия лицензии»; ю) в части 31 после слова «лицензии» дополнить словами «на виды деятельности», слова «федеральной государственной 38 информационной системы «Единый портал государственных и муниципальных услуг (функций)» заменить словами «единого портала государственных и муниципальных услуг»; я) в части 32: в пункте 8 слова «наличию документа, подтверждающего легальность оборота» заменить словом «обороту»; в пункте 9 слова «федерального органа по контролю и надзору» заменить словами «лицензирующего органа»; в пункте 12 слова «федеральному органу по контролю и надзору» заменить словами «лицензирующему органу»; я') дополнить частями 33' - 33* следующего содержания: «33'. Лицензионными требованиями, предъявляемыми к лицензиату при осуществлении вида деятельности, указанного в пункте 7 части 1 настоящей статьи, являются требования, установленные пунктами 3, 7 - 9, 11 - 14 части 32 настоящей статьи. 33°. Лицензионными требованиями, предъявляемыми к лицензиату при осуществлении вида деятельности, указанного в пункте 8 части 1 настоящей статьи, являются требования, установленные пунктами 3, 7-9, 12 - 14 части 32 настоящей статьи, а также следующие требования</w:t>
      </w:r>
    </w:p>
    <w:p>
      <w:r>
        <w:rPr>
          <w:b/>
        </w:rPr>
        <w:t xml:space="preserve">333. </w:t>
      </w:r>
      <w:r>
        <w:t>В случае, если в отношении места нахождения торгового объекта, в котором организация или индивидуальный предприниматель осуществляет розничную — торговлю табачной продукцией, никотинсодержащей продукцией, в период действия лицензии на вид деятельности, указанный в пункте 8 части | настоящей статьи, возникли ограничения, предусмотренные частью 7 статьи 19 Федерального закона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организация или индивидуальный предприниматель вправе — продолжать осуществлять розничную торговлю табачной продукцией, никотинсодержащей продукцией в данном торговом объекте, возникшие ограничения в отношении организации или индивидуального 42 предпринимателя не применяются, продление срока действия лицензии на вид деятельности, указанный в пункте 8 части 1 настоящей статьи, производится лицензирующим органом без учета возникших в течение срока действия этой лицензии ограничений в порядке, установленном настоящим Федеральным законом для внесения изменений в реестр лицензий, выдачи, продления лицензий, но не более чем на пять лет. 33*. Лицензионными требованиями, предъявляемыми к лицензиату при осуществлении вида деятельности, указанного в пункте 9 части 1 настоящей статьи, являются требования, установленные пунктами 3, 7, 9, 12 - 14 части 32 настоящей статьи, а также следующие требования</w:t>
      </w:r>
    </w:p>
    <w:p>
      <w:r>
        <w:rPr>
          <w:b/>
        </w:rPr>
        <w:t xml:space="preserve">37. </w:t>
      </w:r>
      <w:r>
        <w:t>Рассмотрение заявления лицензиата о продлении срока действия лицензии осуществляется в порядке и сроки, которые определены частями 9', 97, 11, 16 - 24 настоящей статьи</w:t>
      </w:r>
    </w:p>
    <w:p>
      <w:r>
        <w:rPr>
          <w:b/>
        </w:rPr>
        <w:t xml:space="preserve">38. </w:t>
      </w:r>
      <w:r>
        <w:t>Решение об отказе в продлении срока действия лицензии принимается в случае несоблюдения условий, указанных в части 36 настоящей статьи, и не позднее рабочего дня, следующего за днем принятия такого решения, направляется лицензирующим органом лицензиату тем же способом, которым лицензиат подал в лицензирующий орган заявление о продлении срока действия лицензии. Решение об отказе в продлении срока действия лицензии должно содержать обоснование отказа в его продлении</w:t>
      </w:r>
    </w:p>
    <w:p>
      <w:r>
        <w:rPr>
          <w:b/>
        </w:rPr>
        <w:t xml:space="preserve">39. </w:t>
      </w:r>
      <w:r>
        <w:t>Действие лицензии на осуществление вида деятельности, указанного в пункте 7, 8 или 9 части 1 настоящей статьи, продлевается на срок, указанный лицензиатом, но не более чем на пять лет. 46 40. Заявление о продлении срока действия лицензии подается в лицензирующий орган не ранее чем за 90 календарных дней до истечения срока ее действия.»;</w:t>
      </w:r>
    </w:p>
    <w:p>
      <w:r>
        <w:rPr>
          <w:b/>
        </w:rPr>
        <w:t xml:space="preserve">5. </w:t>
      </w:r>
      <w:r>
        <w:t>часть 7 изложить в следующей редакции: «7. Лицензия на вид деятельности, указанный в пункте 6 части 1 настоящей статьи, предусматривает право лицензиата на осуществление закупки табачной продукции и никотинсодержащей продукции, хранения закупленных табачной продукции и никотинсодержащей продукции и их поставки лицу, имеющему лицензию на вид деятельности, указанный в пункте 6 части | настоящей статьи, а также право лицензиата на осуществление розничной торговли табачной продукцией и никотинсодержащей продукцией в качестве товаров, 18 помещенных под таможенную процедуру беспошлинной торговли. На потребительской упаковке такой продукции должна быть надпись на русском языке: «Только для продажи в магазине беспошлинной торговли» или надпись аналогичного содержания на английском языке, нанесенные типографским способом или в виде дополнительных наклеек (стикеров), которые не могут быть удалены без повреждения потребительской упаковки.»</w:t>
      </w:r>
    </w:p>
    <w:p>
      <w:r>
        <w:rPr>
          <w:b/>
        </w:rPr>
        <w:t xml:space="preserve">5. </w:t>
      </w:r>
      <w:r>
        <w:t>дополнить частями 7! - 73 следующего содержания: «7. Лицензия на вид деятельности, указанный в пункте 7 части 1 настоящей статьи, предусматривает право лицензиата на осуществление закупки (за исключением закупки при ввозе в Российскую Федерацию) табачной продукции, сырья, никотинсодержащей продукции и никотинового сырья, хранения закупленных табачной продукции, сырья, никотинсодержащей продукции и никотинового сырья, а также поставки или отчуждения по иным основаниям (за исключением поставки при вывозе из Российской Федерации и розничной продажи) закупленных табачной продукции, сырья, ’никотинсодержащей продукции и никотинового сырья</w:t>
      </w:r>
    </w:p>
    <w:p>
      <w:r>
        <w:rPr>
          <w:b/>
        </w:rPr>
        <w:t xml:space="preserve">73. </w:t>
      </w:r>
      <w:r>
        <w:t>в части 9 слова «Лицензии, указанные в части 1» заменить словами «Лицензии на виды деятельности, указанные в пунктах 1 - 6 части 1»;</w:t>
      </w:r>
    </w:p>
    <w:p>
      <w:r>
        <w:rPr>
          <w:b/>
        </w:rPr>
        <w:t xml:space="preserve">73. </w:t>
      </w:r>
      <w:r>
        <w:t>сведения о регистрации транспортного средства, с использованием которого планируется осуществление развозной торговли табачной продукцией и никотинсодержащей продукцией (в случае предоставления лицензии на вид деятельности, указанный в пункте 9 части 1 настоящей статьи),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н)в части 15 слова «мониторинга или федеральной государственной информационной системы «Единый портал государственных и муниципальных услуг (функций)» заменить словами «мониторинга, или единого портала государственных и муниципальных услуг, или региональных порталов государственных и муниципальных 25 услуг (для видов деятельности, указанных в пунктах 8 и 9 части 1 настоящей статьи)»; о) часть 16 изложить в следующей редакции: «16. Лицензирующий орган не позднее чем через пять рабочих дней со дня регистрации заявления о выдаче лицензии проверяет представленные документы на предмет их соответствия части 10 настоящей статьи. В случае наличия основания из числа предусмотренных частью 17 настоящей статьи лицензирующий орган в указанный срок направляет заявителю тем же способом, которым заявитель представил в лицензирующий орган заявление о выдаче лицензии, в форме электронного документа уведомление о необходимости устранения выявленных нарушений в двадцатидневный срок со дня направления данного уведомления.»; п) в части 17: абзац первый изложить в следующей редакции: «17. Основанием для направления уведомления о необходимости устранения нарушений, выявленных при рассмотрении заявления о выдаче лицензии, является:»; пункт 1 изложить в следующей редакции: «1) наличие у заявителя на 1-е число месяца поступления B лицензирующий орган заявления о выдаче лицензии задолженности 26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 »; в пункте 2 слова «пунктами 2 - би 12 части 32» заменить словами «пунктами |1 (в части наличия основного технологического оборудования, принадлежащего заявителю на праве собственности, хозяйственного ведения или оперативного управления и соответствующего установленному Правительством Российской Федерации перечню видов основного технологического оборудования, позволяющего осуществлять производство указанного в заявлении о выдаче лицензии вида (видов) табачной продукции, и (или) сырья, и (или) никотинсодержащей продукции, и (или) никотинового сырья), 2-би 12 части 32 и пунктом | части 33°»; дополнить пунктом 6 следующего содержания: «6) наличие у заявителя на 1-е число месяца, в котором лицензирующим органом зарегистрировано заявление о выдаче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назначенного за административное 27 правонарушение, предусмотренное статьей 14.43, 14.45, 14.53 или 14.67, частью 3 или 4 статьи 15.12, статьей 15.12' или 17.7, частью 6 статьи 19.4, частью 1 или 2 статьи 19.4), частью 15 или 22 статьи 19.5, статьей 19.6 или 19.7 Кодекса Российской Федерации 06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p)B части 18 слова «мониторинга или федеральной государственной информационной системы «Единый портал государственных и муниципальных услуг (функций)» заменить словами «мониторинга, или единого портала государственных и муниципальных услуг, или регионального портала государственных и муниципальных услуг (для видов деятельности, указанных в пунктах 8 и 9 части 1 настоящей статьи)»; с) в части 19 слова «Федеральный орган по контролю и надзору» заменить словами «Лицензирующий орган»; т) часть 20 изложить в следующей редакции: «20. Решение о выдаче лицензии или 06 отказе в ее выдаче принимается в течение десяти рабочих дней со дня получения от заявителя документов, представляемых для получения соответствующей лицензии. Указанный срок может быть продлен 28 решением лицензирующего органа не более чем на десять рабочих дней в одном из следующих случаев:</w:t>
      </w:r>
    </w:p>
    <w:p>
      <w:r>
        <w:rPr>
          <w:b/>
        </w:rPr>
        <w:t xml:space="preserve">73. </w:t>
      </w:r>
      <w:r>
        <w:t>место осуществления предполагаемой лицензируемой деятельности находится за пределами территории населенного пункта (муниципального образования в городе федерального значения), на которой расположен территориальный орган федерального органа по контролю и надзору или лицензирующий орган субъекта Российской Федерации</w:t>
      </w:r>
    </w:p>
    <w:p>
      <w:r>
        <w:rPr>
          <w:b/>
        </w:rPr>
        <w:t xml:space="preserve">73. </w:t>
      </w:r>
      <w:r>
        <w:t>неполучение в установленный срок по межведомственному запросу лицензирующего органа, направленному с использованием единой системы межведомственного электронного взаимодействия, либо в письменной форме на бумажном носителе, либо в форме электронного документа, сведений и документов, которые необходимы для предоставления государственной услуги и находятся в распоряжении других государственных и иных органов.»; у) дополнить частью 20' следующего содержания: «20'. Решение о продлении срока принятия решения о выдаче лицензии или об отказе в ее выдаче направляется заявителю в форме электронного документа посредством информационной системы мониторинга (в случае, если заявление о выдаче лицензии поступило посредством информационной системы мониторинга), или единого 29 портала государственных и муниципальных услуг (в случае, если заявление о выдаче лицензии поступило посредством единого портала государственных и муниципальных услуг), или регионального портала государственных и муниципальных услуг (в случае, если заявление о выдаче лицензии на вид деятельности, указанный в пункте 8 или 9 части 1 настоящей статьи, поступило посредством регионального портала государственных и муниципальных услуг), а также по адресу электронной почты, указанному в заявлении о выдаче лицензии.»; ф) часть 21 изложить в следующей редакции: «21. В случае направления заявителю уведомления о необходимости устранения выявленных нарушений в порядке, предусмотренном частью 16 настоящей статьи, срок принятия лицензирующим органом решения о выдаче лицензии или об отказе в ее выдаче исчисляется со дня, следующего за днем получения лицензирующим органом от заявителя информации об устранении выявленных нарушений, или в случае неполучения лицензирующим органом информации от заявителя об устранении выявленных нарушений со дня, следующего за днем истечения срока для устранения выявленных нарушений.»; 30 х) часть 23 изложить в следующей редакции: «23. Решение о выдаче лицензии на один из видов деятельности, указанных в части | настоящей статьи, или решение об отказе в ее выдаче с указанием причин отказа направляется заявителю в форме электронного документа в течение одного рабочего дня, следующего за днем принятия соответствующего решения, посредством информационной системы мониторинга (в случае, если заявление о выдаче лицензии поступило посредством информационной системы мониторинга), или единого портала государственных и муниципальных услуг (в случае, если заявление о выдаче лицензии поступило посредством единого портала государственных и муниципальных услуг), или регионального портала государственных и муниципальных услуг (в случае, если заявление о выдаче лицензии на вид деятельности, указанный в пункте 8 или 9 части | настоящей статьи, поступило посредством регионального портала государственных и муниципальных услуг), а также по адресу электронной почты, указанному в заявлении о выдаче лицензии.»; ц) в части 24: в пункте 1 слова «(в отношении заявителя, осуществляющего (планирующего осуществлять) виды деятельности, указанные в пунктах 1 и 2 части 1 настоящей статьи)» заменить словами «(в части наличия 31 основного технологического оборудования, принадлежащего заявителю, осуществляющему (планирующему осуществлять) виды деятельности, указанные в пунктах | и 2 части | настоящей статьи, на праве собственности, хозяйственного ведения или оперативного управления и соответствующего установленному Правительством Российской Федерации перечню видов основного технологического оборудования, позволяющего осуществлять производство указанного в заявлении о выдаче лицензии вида (видов) табачной продукции, и (или) сырья, и (или) никотинсодержащей продукции, и (или) никотинового сырья)»; дополнить пунктом 1' следующего содержания: «1') несоответствие заявителя лицензионным требованиям, определенным пунктами | - 3 части 33? настоящей статьи (в отношении заявителя, осуществляющего (планирующего осуществлять) вид деятельности, указанный в пункте 8 части 1 настоящей статьи);»; в пункте 4 слова «федеральный орган по контролю и надзору» заменить словами «лицензирующий орган»; пункт 9 изложить в следующей редакции: «9) несоответствие указанных в заявлении о выдаче лицензии адресов мест осуществления лицензируемого вида деятельности (адресов или сведений о местах размещения торговых объектов, не являющихся недвижимым имуществом), в том числе адресов мест 32 хранения табачной продукции, сырья, никотинсодержащей продукции и никотинового сырья, фактическим адресам мест осуществления лицензируемого вида деятельности (адресам или сведениям о местах размещения торговых объектов, не являющихся недвижимым имуществом), в том числе адресам мест хранения табачной продукции, сырья, никотинсодержащей продукции и никотинового сырья, установленное лицензирующим органом по результатам выездной оценки соответствия заявителя обязательным требованиям;»; дополнить пунктами 11 и 12 следующего содержания: «11) наличие у заявителя на 1-е число месяца, в котором лицензирующим органом зарегистрировано заявление о выдаче лицензии не уплаченного по данным —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статьей 14.43, 14.45, 14.53 или 14.67, частью 3 или 4 статьи 15.12, статьей 15.12! или 17.7, частью 6 статьи 19.4, частью 1 или 2 статьи 19.4', частью 15 или 22 статьи 19.5, статьей 19.6 или 19.7 Кодекса Российской Федерации 06 административных правонарушениях, совершенное в области производства и оборота табачных изделий, табачной продукции, 33 никотинсодержащей продукции и сырья для их производства, и задолженность по уплате которого не погашена на дату истечения срока, установленного частью 16 настоящей статьи для устранения выявленного нарушения</w:t>
      </w:r>
    </w:p>
    <w:p>
      <w:r>
        <w:rPr>
          <w:b/>
        </w:rPr>
        <w:t xml:space="preserve">73. </w:t>
      </w:r>
      <w:r>
        <w:t>срок действия договора аренды торгового объекта меньше срока действия лицензии, указанного заявителем в заявлении о выдаче лицензии (в отношении заявителя, осуществляющего (планирующего осуществлять) вид деятельности, указанный в пункте 8 части 1 настоящей статьи).»; ч) часть 25 изложить в следующей редакции: «25. Заявление о внесении изменений в реестр лицензий подается в лицензирующий орган в течение 30 календарных дней со дня возникновения обстоятельств, вызвавших необходимость внесения таких изменений. Лицензирующий орган не позднее чем через пять рабочих дней со дня регистрации заявления о внесении изменений в реестр лицензий проверяет представленные заявление и документы на предмет наличия в них недостоверной и (или) неполной информации. В случае выявления по результатам проведения оценки соответствия обязательным требованиям без выезда к заявителю недостоверной и (или) неполной информации в таких заявлении и (или) документах лицензирующий орган в указанный срок направляет заявителю тем же 34 способом, которым заявитель представил в лицензирующий орган заявление о внесении изменений в реестр лицензий, в форме электронного документа уведомление о необходимости устранения выявленных нарушений в двадцатидневный срок со дня направления данного уведомления. В представленном в форме электронного документа заявителем уведомлении об устранении выявленных нарушений должна содержаться информация об устранении выявленных нарушений, а также в случае, если нарушением являлась недостоверность или неполнота информации в представленных документах, к указанному уведомлению заявителем должны прилагаться заверенные им копии необходимых документов. Данные документы представляются заявителем в лицензирующий орган в форме электронных документов посредством информационной системы мониторинга, или единого портала государственных и муниципальных услуг, или регионального портала государственных и муниципальных услуг (для видов деятельности, указанных в пунктах 8 и 9 части 1 настоящей статьи). Лицензирующий орган не позднее чем через пять рабочих дней со дня представления заявителем уведомления об устранении выявленных нарушений проверяет представленные документы на предмет устранения выявленных нарушений.»; ш) дополнить частями 25' и 25? следующего содержания: 35 «25'. Основанием для отказа во внесении изменений в реестр лицензий является:</w:t>
      </w:r>
    </w:p>
    <w:p>
      <w:r>
        <w:rPr>
          <w:b/>
        </w:rPr>
        <w:t xml:space="preserve">73. </w:t>
      </w:r>
      <w:r>
        <w:t>выявление по результатам проведения оценки соответствия обязательным требованиям при непосредственном выезде к заявителю недостоверной и (или) неполной информации в представленных заявлении о внесении изменений в реестр лицензий и (или) документах</w:t>
      </w:r>
    </w:p>
    <w:p>
      <w:r>
        <w:rPr>
          <w:b/>
        </w:rPr>
        <w:t xml:space="preserve">73. </w:t>
      </w:r>
      <w:r>
        <w:t>неуплата государственной пошлины за внесение изменений в реестр лицензий</w:t>
      </w:r>
    </w:p>
    <w:p>
      <w:r>
        <w:rPr>
          <w:b/>
        </w:rPr>
        <w:t xml:space="preserve">73. </w:t>
      </w:r>
      <w:r>
        <w:t>неустранение заявителем нарушений, выявленных в порядке, установленном частью 25 настоящей статьи</w:t>
      </w:r>
    </w:p>
    <w:p>
      <w:r>
        <w:rPr>
          <w:b/>
        </w:rPr>
        <w:t xml:space="preserve">73. </w:t>
      </w:r>
      <w:r>
        <w:t>непредставление заявителем уведомления об устранении выявленных нарушений в лицензирующий орган в двадцатидневный срок со дня направления уведомления о необходимости устранения выявленных нарушений</w:t>
      </w:r>
    </w:p>
    <w:p>
      <w:r>
        <w:rPr>
          <w:b/>
        </w:rPr>
        <w:t xml:space="preserve">73. </w:t>
      </w:r>
      <w:r>
        <w:t>истечение срока, установленного частью 28 настоящей статьи</w:t>
      </w:r>
    </w:p>
    <w:p>
      <w:r>
        <w:rPr>
          <w:b/>
        </w:rPr>
        <w:t xml:space="preserve">73. </w:t>
      </w:r>
      <w:r>
        <w:t>дополнить частями 9' и 9? следующего содержания: «9'. Лицензия на вид деятельности, указанный в пункте 7 части 1 настоящей статьи, выдается федеральным органом по контролю и надзору на срок, указанный заявителем в заявлении о выдаче лицензии, но не более чем на пять лет. 9, Лицензии на виды деятельности, указанные в пунктах 8 и 9 части 1 настоящей статьи, выдаются исполнительными органами субъектов Российской Федерации на срок, указанный заявителем в заявлении о выдаче соответствующей лицензии, но не более чем на пять лет.»</w:t>
      </w:r>
    </w:p>
    <w:p>
      <w:r>
        <w:rPr>
          <w:b/>
        </w:rPr>
        <w:t xml:space="preserve">73. </w:t>
      </w:r>
      <w:r>
        <w:t>несоответствие лицензиата лицензионным требованиям, предусмотренным частью 33? настоящей статьи (в отношении лицензии на вид деятельности, предусмотренный пунктом 8 части | настоящей статьи)</w:t>
      </w:r>
    </w:p>
    <w:p>
      <w:r>
        <w:rPr>
          <w:b/>
        </w:rPr>
        <w:t xml:space="preserve">73. </w:t>
      </w:r>
      <w:r>
        <w:t>в части 10: в пункте 1: подпункт «б» изложить в следующей редакции: «6) лицензируемого вида деятельности и адресов мест его осуществления (адресов или сведений о местах размещения 21 торговых объектов, не являющихся недвижимым имуществом), в том числе адресов мест хранения табачной продукции, сырья, никотинсодержащей продукции и никотинового сырья. При этом адреса мест осуществления лицензируемого вида деятельности (адреса или сведения о местах размещения торговых объектов, не являющихся недвижимым имуществом) не указываются в заявлении о выдаче лицензии на вид деятельности, указанный в пункте 9 части 1 настоящей статьи, адреса мест хранения табачной продукции, сырья, никотинсодержащей продукции и никотинового сырья указываются в заявлении о выдаче лицензии на вид деятельности, указанный в пункте 1, 2, 3, 4, 5, 6 или 7 части 1 настоящей статьи;»; в подпункте «в» слова «в размере, установленном» заменить словами «в размере и порядке, которые установлены»; в подпункте «г» слова «федеральный орган по контролю и надзору» заменить словами «лицензирующий орган»; дополнить подпунктами «3» и «и» следующего содержания: «з) кадастрового номера, номера регистрации и даты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в отношении торгового объекта, являющегося объектом недвижимого имущества, ИЛИ права 22 безвозмездного пользования в отношении торгового объекта - объекта недвижимого имущества, являющегося объектом культурного наследия и находящегося в безвозмездном пользовании акционерного общества «Почта России», либо сведений о праве безвозмездного пользования в отношении торгового объекта - объекта недвижимого имущества, не являющегося объектом культурного наследия и находящегося в безвозмездном пользовании акционерного общества «Почта России», площади и адреса такого торгового объекта, либо сведений о праве собственности, хозяйственного ведения, оперативного управления, аренды или праве безвозмездного пользования (в отношении торгового объекта, находящегося в безвозмездном пользовании акционерного общества «Почта России») в отношении торгового объекта, не являющегося недвижимым имуществом, площади и адреса (сведений о месте размещения) такого торгового объекта (для получения лицензии на вид деятельности, указанный в пункте 8 части 1 настоящей статьи)</w:t>
      </w:r>
    </w:p>
    <w:p>
      <w:r>
        <w:rPr>
          <w:b/>
        </w:rPr>
        <w:t xml:space="preserve">73. </w:t>
      </w:r>
      <w:r>
        <w:t>вида, марки, модели, государственного регистрационного номера транспортного средства, с использованием которого планируется осуществление развозной торговли табачной продукцией и никотинсодержащей продукцией (для получения лицензии на вид деятельности, указанный в пункте 9 части | настоящей статьи);»; 23 дополнить пунктом 4 следующего содержания: «4) копии документов, подтверждающих наличие у заявителя в собственности, хозяйственном ведении, оперативном управлении, аренде или в безвозмездном пользовании (в отношении торгового объекта, находящегося в безвозмездном пользовании акционерного общества «Почта России») торгового объекта, не являющегося недвижимым имуществом, либо наличие у заявителя в безвозмездном пользовании торгового объекта - объекта недвижимого имущества, не являющегося объектом культурного наследия и находящегося в безвозмездном пользовании акционерного общества «Почта России» (для получения лицензии на вид деятельности, указанный в пункте 8 части 1 настоящей статьи).»; л) дополнить частью 10' следующего содержания: «10'. Под лицензирующим органом понимаются указанный в части 9' настоящей статьи федеральный орган по контролю и надзору и указанные в части 9? настоящей статьи исполнительные органы субъектов Российской Федерации.»; м) в части 11: в абзаце первом слова «федерального органа по контролю и надзору» заменить словами «лицензирующего органа»; 24 дополнить пунктами 4 и 5 следующего содержания: «4) сведения, содержащиеся в Едином государственном реестре недвижимости, предусмотренные подпунктом «з» пункта 1 части 10 настоящей статьи и подтверждающие наличие у заявителя торгового объекта, являющегося объектом недвижимого имущества, - публично- правовой компанией, созданной в соответствии с Федеральным законом от 30 декабря 2021 года № 448-ФЗ «О публично-правовой компании «Роскадастр»</w:t>
      </w:r>
    </w:p>
    <w:p>
      <w:r>
        <w:rPr>
          <w:b/>
        </w:rPr>
        <w:t xml:space="preserve">257. </w:t>
      </w:r>
      <w:r>
        <w:t>наличие в собственности, хозяйственном ведении, оперативном управлении или в аренде, договор о которой зарегистрирован 39 в соответствии с Федеральным законом от 13 июля 2015 года № 218-ФЗ «О государственной регистрации недвижимости» (за исключением аренды торговых объектов, не являющихся недвижимым имуществом), или безвозмездном пользовании (в отношении торгового объекта, находящегося в безвозмездном пользовании акционерного общества «Почта России») торгового объекта площадью не менее пяти квадратных метров. Законом субъекта Российской Федерации указанный минимальный размер площади торгового объекта на территории соответствующего субъекта Российской Федерации может быть увеличен, но не более чем в два раза. Органы государственной власти субъектов Российской Федерации представляют в федеральный орган по контролю и надзору сведения об увеличении минимального размера площади торгового объекта в форме электронных документов не позднее дня вступления в силу соответствующего закона субъекта Российской Федерации</w:t>
      </w:r>
    </w:p>
    <w:p>
      <w:r>
        <w:rPr>
          <w:b/>
        </w:rPr>
        <w:t xml:space="preserve">257. </w:t>
      </w:r>
      <w:r>
        <w:t>соблюдение требований, установленных частями | - Зи 7 статьи 19 Федерального закона от 23 февраля 2013 года № 15-ФЗ «Об охране здоровья граждан от воздействия окружающего табачного дыма, последствий потребления табака или — потребления никотинсодержащей продукции»; 40 3) соблюдение установленных законами субъектов Российской Федерации и действующих на территории соответствующего субъекта Российской Федерации ограничений в отношении мест розничной продажи табачной продукции, никотинсодержащей продукции. Сведения об установлении таких ограничений органы государственной власти субъектов Российской Федерации представляют в федеральный орган по контролю и надзору в форме электронных документов не позднее дня вступления в силу таких ограничений. Субъекты Российской Федерации вправе устанавливать законом субъекта Российской Федерации ограничения в отношении мест розничной продажи табачной продукции, никотинсодержащей продукции: а)в зданиях, строениях, сооружениях, помещениях, которые находятся во владении и (или) в пользовании организаций отдыха детей и их оздоровления и в которых непосредственно осуществляется указанный вид деятельности</w:t>
      </w:r>
    </w:p>
    <w:p>
      <w:r>
        <w:rPr>
          <w:b/>
        </w:rPr>
        <w:t xml:space="preserve">257. </w:t>
      </w:r>
      <w:r>
        <w:t>в местах проведения официальных спортивных соревнований на период их проведения;</w:t>
      </w:r>
    </w:p>
    <w:p>
      <w:r>
        <w:rPr>
          <w:b/>
        </w:rPr>
        <w:t xml:space="preserve">257. </w:t>
      </w:r>
      <w:r>
        <w:t>в зданиях, строениях, сооружениях, помещениях, находящихся во владении и (или) в пользовании организаций социального обслуживания, которые находятся в ведении субъекта Российской 41 Федерации и в которых непосредственно осуществляется указанный вид деятельности</w:t>
      </w:r>
    </w:p>
    <w:p>
      <w:r>
        <w:rPr>
          <w:b/>
        </w:rPr>
        <w:t xml:space="preserve">257. </w:t>
      </w:r>
      <w:r>
        <w:t>на территориях зон отдыха и других территориях, связанных с использованием водных объектов или их частей для рекреационных целей, в том числе пляжах</w:t>
      </w:r>
    </w:p>
    <w:p>
      <w:r>
        <w:rPr>
          <w:b/>
        </w:rPr>
        <w:t xml:space="preserve">257. </w:t>
      </w:r>
      <w:r>
        <w:t>в культовых зданиях, строениях и сооружениях, предназначенных для богослужений и религиозных мероприятий и находящихся в пользовании религиозных организаций</w:t>
      </w:r>
    </w:p>
    <w:p>
      <w:r>
        <w:rPr>
          <w:b/>
        </w:rPr>
        <w:t xml:space="preserve">333. </w:t>
      </w:r>
      <w:r>
        <w:t>соблюдение требований, установленных частями 2 и 3 статьи 19 Федерального закона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r>
        <w:rPr>
          <w:b/>
        </w:rPr>
        <w:t xml:space="preserve">333. </w:t>
      </w:r>
      <w:r>
        <w:t>соблюдение ограничений, установленных законами субъектов Российской Федерации в соответствии с пунктом 3 части 33? настоящей статьи.»; я?) часть 34 изложить в следующей редакции: «34. Лицо, лицензия которого на осуществление одного из видов деятельности, указанных в пунктах 1-7 части 1 настоящей статьи, 43 аннулирована, имеет право подать заявление о выдаче лицензии на тот же вид деятельности по истечении одного года после дня аннулирования лицензии. Лицо, лицензия которого на осуществление вида деятельности, указанного в пункте 8 части | настоящей статьи, аннулирована, имеет право подать заявление о выдаче лицензии на осуществление в том же муниципальном образовании того же вида деятельности по истечении одного года после дня аннулирования лицензии.»; я) дополнить частями 36 - 40 следующего содержания: «36. Срок действия лицензии на осуществление вида деятельности, указанного в пункте 7, 8 или 9 части | настоящей статьи, продлевается на основании заявления лицензиата о продлении срока действия лицензии, поданного им в лицензирующий орган в форме электронного документа посредством информационной системы мониторинга, или единого портала государственных и муниципальных услуг, или регионального портала государственных и муниципальных услуг (для вида деятельности, указанного в пункте 8 или 9 части 1 настоящей статьи), при соблюдении следующих условий:</w:t>
      </w:r>
    </w:p>
    <w:p>
      <w:r>
        <w:rPr>
          <w:b/>
        </w:rPr>
        <w:t xml:space="preserve">333. </w:t>
      </w:r>
      <w:r>
        <w:t>уплата государственной пошлины в размере и порядке, которые установлены законодательством Российской Федерации о налогах и сборах; 44 2) отсутствие у лицензиата на 1-е число месяца поступления в лицензирующий орган заявления о продлении срока действия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p>
      <w:r>
        <w:rPr>
          <w:b/>
        </w:rPr>
        <w:t xml:space="preserve">333. </w:t>
      </w:r>
      <w:r>
        <w:t>отсутствие у лицензиата на 1-е число месяца, в котором лицензирующим органом было зарегистрировано заявление о продлении срока действия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статьей 14.6, 14.43, 14.45, 14.53 или 14.67, частью 3 или 4 статьи 15.12, статьей 15.12! или 17.7, частью 6 статьи 19.4, частью 1 или 2 статьи 19.4', частью 15 или 22 статьи 19.5, статьей 19.6 или 19.7 Кодекса Российской Федерации 0б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 задолженность по уплате которого не погашена на дату истечения 45 срока, установленного частью 16 настоящей статьи для устранения выявленного нарушения</w:t>
      </w:r>
    </w:p>
    <w:p>
      <w:r>
        <w:rPr>
          <w:b/>
        </w:rPr>
        <w:t xml:space="preserve">333. </w:t>
      </w:r>
      <w:r>
        <w:t>отсутствие оснований для отказа в выдаче лицензии, предусмотренных пунктами 1, 1, 4 - 6, 9и 12 части 24 настоящей статьи</w:t>
      </w:r>
    </w:p>
    <w:p>
      <w:r>
        <w:rPr>
          <w:b/>
        </w:rPr>
        <w:t xml:space="preserve">39. </w:t>
      </w:r>
      <w:r>
        <w:t>в статье 9:</w:t>
      </w:r>
    </w:p>
    <w:p>
      <w:r>
        <w:rPr>
          <w:b/>
        </w:rPr>
        <w:t xml:space="preserve">39. </w:t>
      </w:r>
      <w:r>
        <w:t>в части 2 слова «лицензии. В случае» заменить словами «лицензии, а также случая, указанного в части 2' настоящей статьи. В случае»;</w:t>
      </w:r>
    </w:p>
    <w:p>
      <w:r>
        <w:rPr>
          <w:b/>
        </w:rPr>
        <w:t xml:space="preserve">39. </w:t>
      </w:r>
      <w:r>
        <w:t>поступление в федеральный орган по контролю и надзору информации о нарушении требований, которые установлены частями | -Зи 7 статьи 19 и частью | статьи 20 Федерального закона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и за нарушение которых Кодексом Российской Федерации об административных правонарушениях предусмотрена</w:t>
      </w:r>
    </w:p>
    <w:p>
      <w:r>
        <w:rPr>
          <w:b/>
        </w:rPr>
        <w:t xml:space="preserve">39. </w:t>
      </w:r>
      <w:r>
        <w:t>в части 1: в абзаце первом слова «федерального органа по контролю и надзору» заменить словами «лицензирующего органа»; в пункте | слова «федерального органа по контролю и надзору» заменить словами «лицензирующего органа»; пункт 2 изложить в следующей редакции: «2) непредставление заявления о внесении изменений в реестр лицензий в случаях, предусмотренных частью 27 статьи 8 настоящего Федерального закона, в срок, установленный частью 25 статьи 8 настоящего Федерального закона;»; дополнить пунктом 4 следующего содержания: «4) неуплата лицензиатом,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назначенного за административное правонарушение, предусмотренное статьей 14.6, 14.43, 14.45, 14.53 или 14.67, частью 3 или 4 статьи 15.12, статьей 15.12! или 17.7, частью 6 47 статьи 19.4, частью 1 или 2 статьи 19.4', частью 15 или 22 статьи 19.5, статьей 19.6 или 19.7 Кодекса Российской Федерации 0б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Информация о неуплате такого административного штрафа направляется в — лицензирующий орган судьей, органом или должностным лицом, вынесшими постановление по делу 06 административном правонарушении, в порядке, установленном Кодексом Российской Федерации об административных правонарушениях.»</w:t>
      </w:r>
    </w:p>
    <w:p>
      <w:r>
        <w:rPr>
          <w:b/>
        </w:rPr>
        <w:t xml:space="preserve">39. </w:t>
      </w:r>
      <w:r>
        <w:t>дополнить частью 2' следующего содержания: «2'.В случае, указанном в пункте 2 части | настоящей статьи, действие лицензии приостанавливается после истечения срока, установленного частью 25 статьи 8 настоящего Федерального закона, на срок, не превышающий срока, установленного частью 28 статьи 8 настоящего Федерального закона.»; 48</w:t>
      </w:r>
    </w:p>
    <w:p>
      <w:r>
        <w:rPr>
          <w:b/>
        </w:rPr>
        <w:t xml:space="preserve">39. </w:t>
      </w:r>
      <w:r>
        <w:t>в части 3: в абзаце первом слова «федеральный орган по контролю и надзору» заменить словами «лицензирующий орган»; пункт 1 изложить в следующей редакции: «1) в случаях, указанных в пунктах 1, 2 и 4 части | настоящей статьи, в течение 14 календарных дней проводит оценку в целях установления факта устранения или неустранения обстоятельств, повлекших за собой приостановление действия лицензии, и принимает решение о возобновлении действия лицензии или решение 06 отказе в возобновлении действия лицензии и о направлении в суд заявления об аннулировании лицензии. В случае, если в указанный срок не принято ни одно из этих решений, действие лицензии считается возобновленным;»; в пункте 2 слова «обращается в суд с заявлением» заменить словами «решение об отказе в возобновлении действия лицензии и о направлении в суд заявления»</w:t>
      </w:r>
    </w:p>
    <w:p>
      <w:r>
        <w:rPr>
          <w:b/>
        </w:rPr>
        <w:t xml:space="preserve">39. </w:t>
      </w:r>
      <w:r>
        <w:t>часть 4 признать утратившей силу; e) часть 5 изложить в следующей редакции: «5. Действие лицензии прекращается в случае исключения юридического лица - лицензиата из единого государственного реестра юридических лиц, исключения индивидуального предпринимателя - 49 лицензиата из единого государственного реестра индивидуальных предпринимателей или в случае принятия лицензирующим органом решения о прекращении действия такой лицензии на основании заявления лицензиата. В случае выявления в заявлении о прекращении действия лицензии недостоверной или неполной информации лицензирующий орган принимает решение об отказе в прекращении действия лицензии.»</w:t>
      </w:r>
    </w:p>
    <w:p>
      <w:r>
        <w:rPr>
          <w:b/>
        </w:rPr>
        <w:t xml:space="preserve">39. </w:t>
      </w:r>
      <w:r>
        <w:t>в части 6: абзац первый после слова «Лицензия» дополнить словами «на вид деятельности, указанный в пункте 1, 2, 3, 4, 5, 6, 8 или 9 части 1 статьи 8 настоящего Федерального закона,»; в пункте 1 слова «федерального органа по контролю и надзору» заменить словами «лицензирующего органа»; пункт 3 изложить в следующей редакции: «3) производство, ввод в оборот, оборот и (или) вывод из оборота табачной продукции и (или) никотинсодержащей продукции, подлежащих обязательной маркировке средствами идентификации, без нанесенных на такую продукцию средств идентификации и (или) без передачи информации о маркировке средствами идентификации, производстве, вводе в оборот, об обороте (за исключением 50 транспортировки) и (или) о выводе из оборота такой продукции в информационную систему мониторинга;»; пункт 5 изложить в следующей редакции: «5) производство, ввод в оборот, оборот (за исключением транспортировки) и (или) вывод из оборота сырья и (или) никотинового сырья без передачи информации о производстве, вводе в оборот, об обороте (за исключением транспортировки) и (или) о выводе из оборота сырья и (или) никотинового сырья в информационную систему мониторинга; »; дополнить пунктами 6 - 10 следующего содержания: «6) нарушение запретов, установленных пунктами 3, 8, 12 и 14 части | статьи 6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