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 подпункте 15 пункта 2 статьи 3 Федерального закона от 21 декабря 2001 года № 178-ФЗ «О приватизации государственного и муниципального имущества» (Собрание законодательства Российской Федерации, 2002, № 4, ст. 251; 2005, № 25, ст. 2425; 2006, № 2, ст. 172; 2007, № 49, ст. 6079; 2008, № 20, ст. 2253; № 30, ст. 3615, 3617; 2010, № 23, ст. 2788; 2011, № 29, ст. 4292; № 30, ст. 4568; 2013, № 44, ст. 5630; 2014, № 22, ст. 2771; № 26, ст. 3400; № 48, ст. 6637; 2015, № 1, ст. 72; № 27, ст. 3947, 3971; 2016, № 1, ст. 11; № 26, ст. 3890; 2018, № 27, ст. 3954; 2019, AB. OM 2 100088 69346 5 2 № 10, ст. 890; 2022, № 29, ст. 5238; 2023, № 1, ст. 52, 65; № 31, ст. 5780, 5796; 2024, № 8, ст. 1044; 2025, № 12, ст. 1202) слова «, в том числе в связи с осуществлением деятельности акционерного общества «Федеральная корпорация по развитию малого и среднего предпринимательства» на основании Федерального закона от 24 июля 2007 года № 209-ФЗ «О развитии малого и среднего предпринимательства в Российской Федерации» в качестве института развития в сфере малого и среднего предпринимательства» исключить.</w:t>
      </w:r>
    </w:p>
    <w:p>
      <w:r>
        <w:rPr>
          <w:b/>
        </w:rPr>
        <w:t>Статья 2</w:t>
      </w:r>
    </w:p>
    <w:p>
      <w:r>
        <w:t>Внести в Федеральный закон от 24 июля 2007 года № 209-ФЗ «О развитии малого и среднего предпринимательства в Российской Федерации» (Собрание законодательства Российской Федерации, 2007, Ne 31, cr. 4006; 2015, № 27, ст. 3947; 2016, № 1, ст. 28; № 27, ст. 4198; 2017, № 49, ст. 7328; 2018, № 1, ст. 89; № 32, ст. 5106; № 49, ст. 7524; № 53, ст. 8413, 8463; 2019, № 52, ст. 7792; 2020, № 14, ст. 2013; 2021, № 27, ст. 5160; 2022, № 27, ст. 4598; № 29, ст. 5252; 2023, № 18, ст. 3253; 2024, № 51, ст. 7869; 2025, № 21, ст. 2538; № 52, ст. 8342; 2026, № 22, ст. 2753) следующие изменения</w:t>
      </w:r>
    </w:p>
    <w:p>
      <w:r>
        <w:t>в пункте 2 части 7 статьи 8 слова «в соответствии с федеральными программами (мероприятиями)» исключить, слова «соответствующими федеральными программами (мероприятиями)» заменить словами «программами поддержки (мероприятиями по поддержке)»</w:t>
      </w:r>
    </w:p>
    <w:p>
      <w:r>
        <w:t>в статье 25'; а) пункт 11 части 4 признать утратившим силу; б)в части 6 слова «, определяемых в соответствии с частью 3 настоящей статьи» исключить</w:t>
      </w:r>
    </w:p>
    <w:p>
      <w:r>
        <w:t>в части 6 статьи 25? слова «, ежегодную программу деятельности, программу деятельности на трехлетний период и программу деятельности на долгосрочный период» заменить словами «и ежегодную программу деятельности»</w:t>
      </w:r>
    </w:p>
    <w:p>
      <w:r>
        <w:rPr>
          <w:b/>
        </w:rPr>
        <w:t>Статья 3</w:t>
      </w:r>
    </w:p>
    <w:p>
      <w:r>
        <w:t>Статью 2 Федерального закона от 22 июля 2008 года № 159-ФЗ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 (Собрание законодательства Российской Федерации, 2008, № 30, ст. 3615; 2018, № 28, ст. 4149; 2023, № 1, ст. 52) дополнить частями 6 и 7 следующего содержания: «6. Приобретенное субъектами малого и среднего предпринимательства арендуемое недвижимое имущество не может быть отчуждено ими в течение двух лет со дня государственной регистрации права собственности арендатора на такое имущество, а в случае оплаты арендатором такого имущества в рассрочку по договору купли-продажи арендуемого недвижимого имущества - в течение двух лет с даты полной его оплаты и погашения в Едином государственном реестре недвижимости записи о залоге арендуемого недвижимого имущества. Сделки, заключенные с нарушением требований настоящей части, являются ничтожными.</w:t>
      </w:r>
    </w:p>
    <w:p>
      <w:r>
        <w:rPr>
          <w:b/>
        </w:rPr>
        <w:t xml:space="preserve">7. </w:t>
      </w:r>
      <w:r>
        <w:t>Указанное в части 6 настоящей статьи ограничение права подлежит государственной регистрации в соответствии с Федеральным законом от 13 июля 2015 года № 218-ФЗ «О государственной регистрации недвижимости».»</w:t>
      </w:r>
    </w:p>
    <w:p>
      <w:r>
        <w:rPr>
          <w:b/>
        </w:rPr>
        <w:t>Статья 4</w:t>
      </w:r>
    </w:p>
    <w:p>
      <w:r>
        <w:t>Статью 57 Федерального закона от 13 июля 2015 года № 218-ФЗ «О государственной регистрации недвижимости» (Собрание законодательства Российской Федерации, 2015, № 29, ст. 4344; 2016, № 18, ст. 2484; 2017, № 27, ст. 3938; 2018, № 32, ст. 5101, 5134) дополнить частями 5 и 6 следующего содержания: «5. Государственная регистрация ограничения права собственности на недвижимое имущество в виде запрета на отчуждение приобретенного субъектами малого и среднего предпринимательства арендуемого недвижимого имущества в течение двух лет со дня государственной регистрации права собственности арендатора на такое имущество, а в случае оплаты арендатором такого имущества в рассрочку по договору купли-продажи арендуемого недвижимого имущества - в течение двух лет с даты полной его оплаты и погашения в Едином государственном реестре недвижимости записи о залоге арендуемого недвижимого имущества, указанного в части 6 статьи 2 Федерального закона от 22 июля 2008 года № 159-ФЗ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Федерации», осуществляется одновременно с государственной регистрацией права собственности покупателя на такое имущество на основании заявления, представленного в соответствии с частью 2 статьи 19 настоящего Федерального закона, либо заявления, представленного покупателем указанного имущества.</w:t>
      </w:r>
    </w:p>
    <w:p>
      <w:r>
        <w:rPr>
          <w:b/>
        </w:rPr>
        <w:t xml:space="preserve">6. </w:t>
      </w:r>
      <w:r>
        <w:t>Государственная регистрация прекращения указанного в части 5 настоящей статьи ограничения права собственности осуществляется на основании заявления собственника недвижимого имущества, представленного в орган регистрации прав после истечения срока, указанного в части 5 настоящей статьи.»</w:t>
      </w:r>
    </w:p>
    <w:p>
      <w:r>
        <w:rPr>
          <w:b/>
        </w:rPr>
        <w:t>Статья 5</w:t>
      </w:r>
    </w:p>
    <w:p>
      <w:r>
        <w:t>Внести в статью 3 Федерального закона от 22 июля 2024 года № 206-ФЗ «О внесении изменений в статью 5 Федерального закона «О развитии малого и среднего предпринимательства в Российской Федерации» и Федеральный закон «Об официальном статистическом учете и системе государственной статистики в Российской Федерации» (Собрание законодательства Российской Федерации, 2024, № 31, ст. 4466; № 53, ст. 8504; 2025, № 21, ст. 2538) следующие изменения</w:t>
      </w:r>
    </w:p>
    <w:p>
      <w:r>
        <w:t>вчасти 2 цифры «2027» заменить цифрами «2028»</w:t>
      </w:r>
    </w:p>
    <w:p>
      <w:r>
        <w:t>в пункте 1 части 3 цифры «2027» заменить цифрами «2028»</w:t>
      </w:r>
    </w:p>
    <w:p>
      <w:r>
        <w:t>в части 4 цифры «2026» заменить цифрами «2027»</w:t>
      </w:r>
    </w:p>
    <w:p>
      <w:r>
        <w:rPr>
          <w:b/>
        </w:rPr>
        <w:t>Статья 6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статей 3 и 4 настоящего Федерального закона</w:t>
      </w:r>
    </w:p>
    <w:p>
      <w:r>
        <w:rPr>
          <w:b/>
        </w:rPr>
        <w:t xml:space="preserve">2. </w:t>
      </w:r>
      <w:r>
        <w:t>Статьи 3 и 4 настоящего Федерального закона вступают в силу с 1 марта 2027 года. ской Федерации В.Путин № 216-ФЗ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