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"О внесении изменений в отдельные законодательные акты Российской Федерации"</w:t>
      </w:r>
    </w:p>
    <w:p>
      <w:r>
        <w:rPr>
          <w:b/>
        </w:rPr>
        <w:t>Статья 1</w:t>
      </w:r>
    </w:p>
    <w:p>
      <w:r>
        <w:t>Внести в статью 48 Федерального закона от 21 июля 1997 года № 114-ФЗ «О службе в таможенных органах Российской Федерации» (Собрание законодательства Российской Федерации, 1997, № 30, ст. 3586; 2003, № 1, ст. 15; 2005, № 14, ст. 1212; 2021, № 18, ст. 3060; 2022, № 50, ст. 8792) следующие изменения</w:t>
      </w:r>
    </w:p>
    <w:p>
      <w:r>
        <w:t>в пункте 2: а) абзац первый подпункта 11 изложить в следующей редакции: «ll)B связи с грубым (однократным грубым) нарушением служебной ДИСЦИПЛИНЫ ИЛИ систематическим (неоднократным) AB, DIMI 2 100088 69239 0 2 нарушением служебной дисциплины при наличии дисциплинарного взыскания, наложение которого осуществлено в письменной форме.»</w:t>
      </w:r>
    </w:p>
    <w:p>
      <w:r>
        <w:t>дополнить подпунктами 15 - 17 следующего содержания: «15) в связи с прекращением допуска сотрудника к государственной тайне, если исполнение служебных обязанностей требует такого допуска</w:t>
      </w:r>
    </w:p>
    <w:p>
      <w:r>
        <w:t>в связи с прекращением допуска сотрудника к государственной тайне вследствие нарушения сотрудником требований законодательства Российской Федерации о государственной тайне</w:t>
      </w:r>
    </w:p>
    <w:p>
      <w:r>
        <w:t>в связи с совершением проступка, порочащего честь сотрудника.»</w:t>
      </w:r>
    </w:p>
    <w:p>
      <w:r>
        <w:t>абзац первый пункта 3 изложить в следующей редакции: «3. Увольнение со службы сотрудника таможенного органа по основаниям, предусмотренным подпунктами 2, 5, 8 - 13, 15 - 17 пункта 2 настоящей статьи, осуществляется по инициативе начальника соответствующего таможенного органа.»</w:t>
      </w:r>
    </w:p>
    <w:p>
      <w:r>
        <w:rPr>
          <w:b/>
        </w:rPr>
        <w:t>Статья 2</w:t>
      </w:r>
    </w:p>
    <w:p>
      <w:r>
        <w:t>Внести в Федеральный закон от 30 декабря 2012 года № 283-ФЗ «О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Федерации» (Собрание законодательства Российской Федерации, 2012, № 53, ст. 7608; 2013, № 27, ст. 3477; 2014, № 26, ст. 3403; 2016, № 18, ст. 2501; № 27, ст. 4238; 2020, № 31, ст. 5047; 2025, № 31, ст. 4671; № 51, ст. 8005) следующие изменения: 3 1) часть 8 статьи 3 изложить в следующей редакции: «8. Единовременное пособие не выплачивается гражданам, уволенным со службы в учреждениях и органах</w:t>
      </w:r>
    </w:p>
    <w:p>
      <w:r>
        <w:t>B связи с грубым (однократным грубым) нарушением служебной дисциплины или систематическим (неоднократным) нарушением служебной дисциплины при наличии дисциплинарного взыскания, наложение которого осуществлено в письменной форме; 2)в связи с нарушением (невыполнением) условий контракта сотрудником</w:t>
      </w:r>
    </w:p>
    <w:p>
      <w:r>
        <w:t>в связи с утратой доверия</w:t>
      </w:r>
    </w:p>
    <w:p>
      <w:r>
        <w:t>в связи с несоблюдением сотрудником ограничений и запретов, установленных федеральными законами</w:t>
      </w:r>
    </w:p>
    <w:p>
      <w:r>
        <w:t>в связи с прекращением допуска сотрудника к государственной тайне вследствие нарушения сотрудником требований законодательства Российской Федерации о государственной тайне</w:t>
      </w:r>
    </w:p>
    <w:p>
      <w:r>
        <w:t>в связи с прекращением гражданства Российской Федерации или наличием гражданства (подданства) иностранного государства либо вида на жительство или иного документа, подтверждающего право на постоянное проживание сотрудника на территории иностранного государства; 4 7) в связи с приобретением сотрудником статуса иностранного агента</w:t>
      </w:r>
    </w:p>
    <w:p>
      <w:r>
        <w:t>в связи с представлением сотрудником (установлением факта представления) подложных документов или заведомо ложных сведений при поступлении на службу в учреждения и органы, а также в связи с представлением сотрудником в период прохождения службы в учреждениях и органах подложных документов или заведомо ложных сведений, подтверждающих его соответствие требованиям законодательства Российской Федерации в части, касающейся условий замещения соответствующей должности в учреждениях и органах, если это не влечет за собой уголовную ответственность</w:t>
      </w:r>
    </w:p>
    <w:p>
      <w:r>
        <w:t>в связи с осуждением сотрудника за преступление, а также в связи с прекращением в отношении его уголовного преследования за истечением срока давности, в связи с примирением сторон (кроме уголовных дел частного обвинения), вследствие акта об амнистии, в связи с деятельным раскаянием (кроме уголовных дел частного обвинения)</w:t>
      </w:r>
    </w:p>
    <w:p>
      <w:r>
        <w:t>в связи с употреблением сотрудником наркотических средств или психотропных веществ без назначения врача</w:t>
      </w:r>
    </w:p>
    <w:p>
      <w:r>
        <w:t>в связи с отменой решения суда о восстановлении сотрудника на службе в учреждениях и органах; 5 12)в связи с отказом сотрудника от перевода на нижестоящую должность в порядке исполнения дисциплинарного взыскания</w:t>
      </w:r>
    </w:p>
    <w:p>
      <w:r>
        <w:t>в связи с совершением проступка, порочащего честь сотрудника</w:t>
      </w:r>
    </w:p>
    <w:p>
      <w:r>
        <w:t>в связи с признанием сотрудника, проходящего испытание, не выдержавшим испытание.»</w:t>
      </w:r>
    </w:p>
    <w:p>
      <w:r>
        <w:t>в части 7 статьи 12 слова «близким родственникам» заменить словами «членам семьи»</w:t>
      </w:r>
    </w:p>
    <w:p>
      <w:r>
        <w:rPr>
          <w:b/>
        </w:rPr>
        <w:t>Статья 3</w:t>
      </w:r>
    </w:p>
    <w:p>
      <w:r>
        <w:t>Внести в Федеральный закон от 23 мая 2016 года № 141-ФЗ «О службе в федеральной противопожарной службе Государственной противопожарной службы и внесении изменений в отдельные законодательные акты Российской Федерации» (Собрание законодательства Российской Федерации, 2016, № 22, ст. 3089; 2021, № 18, ст. 3060; 2023, № 31, ст. 5801; 2024, № 49, ст. 7433) следующие изменения</w:t>
      </w:r>
    </w:p>
    <w:p>
      <w:r>
        <w:t>пункт 7 части 5 статьи 30 дополнить словами «(за исключением случаев прекращения допуска сотрудника к государственной тайне вследствие нарушения сотрудником требований законодательства Российской Федерации о государственной тайне)»</w:t>
      </w:r>
    </w:p>
    <w:p>
      <w:r>
        <w:t>в статье 83: а) пункт 21 части 2 дополнить словами «(за исключением случаев прекращения допуска сотрудника к государственной тайне вследствие нарушения сотрудником требований законодательства Российской Федерации о государственной тайне)»; 6 6) часть 3 дополнить пунктами 14 и 15 следующего содержания: «14) в связи с приобретением сотрудником статуса иностранного агента</w:t>
      </w:r>
    </w:p>
    <w:p>
      <w:r>
        <w:t>в связи с прекращением допуска сотрудника к государственной тайне вследствие нарушения сотрудником требований законодательства Российской Федерации о государственной тайне.»</w:t>
      </w:r>
    </w:p>
    <w:p>
      <w:r>
        <w:rPr>
          <w:b/>
        </w:rPr>
        <w:t>Статья 4</w:t>
      </w:r>
    </w:p>
    <w:p>
      <w:r>
        <w:t>Часть 3 статьи 80 Федерального закона от 1 октября 2019 года № 328-ФЗ «О службе в органах принудительного исполнения Российской Федерации и внесении изменений в отдельные законодательные акты Российской Федерации» (Собрание законодательства Российской Федерации, 2019, № 40, ст. 5488; 2021, № 18, ст. 3060; 2022, № 50, ст. 8792; 2024, №10, ст. 1304; 2025, №28, ст. 3847) дополнить пунктом 16 следующего содержания: «16) в связи с прекращением допуска сотрудника к государственной тайне вследствие нарушения сотрудником требований законодательства Российской Федерации о государственной тайне.». | Президент ской Федерации В.Путин № 217-ФЗ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