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государственном оборонном заказе»"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275-ФЗ «О государственном оборонном заказе» (Собрание законодательства Российской Федерации, 2012, № 53, ст. 7600; 2015, № 27, ст. 3950; № 29, ст. 4342; 2016, №27, ст. 4250; 2017, № 31, ст. 4786; 2018, № 31, ст. 4852; 2019, №49, ст. 6953; №52, ст. 7835; 2020, №8, ст. 914; 2021, № 18, ст. 3076, 3077; 2022, № 9, ст. 1261; 2023, № 1, ст. 16; № 49, ст. 8672; № 51, ст. 9163; 2024, № 53, ст. 8521, 8532) следующие изменения: 1 в пункте 10 статьи 3 слова «операции, разрешенной» заменить словами «операций, разрешенных»; nu 2 100088 69237 6 2 2) часть 10 статьи 6'! после слов «борьбы с терроризмом,» дополнить словами «в целях реализации органами государственной охраны мер по осуществлению государственной охраны, в целях реализации федеральным органом обеспечения мобилизационной подготовки органов государственной власти Российской Федерации задач мобилизационной подготовки и мобилизации»; 3) в части 2 статьи 8: а)в пункте 2' слова «получения соответствующего запроса» заменить словами «а в случае получения уполномоченным банком запроса федерального органа исполнительной власти, ‘осуществляющего в соответствии с законодательством Российской — Федерации правоприменительные функции по обеспечению исполнения федерального бюджета, контролю и надзору в финансово-бюджетной сфере, в срок не позднее пяти рабочих дней, следующих за днем получения соответствующего запроса», после слова «информации» дополнить словом «, сведений»; б) в пункте 2? слово «информация» заменить словами «передавать информацию», слова «передаются уполномоченным банком» исключить, слово «сфере» заменить словами «сфере. Информация, сведения и документы, указанные в пункте 2' настоящей части, сформированные уполномоченным банком в период с 1 сентября 2015 года по | апреля 2025 года, представляются уполномоченным банком в срок не позднее пяти рабочих дней, следующих за днем получения соответствующего запроса. Порядок, состав и формат представления, направления информации, сведений и документов уполномоченным банком определяются Банком России по согласованию с федеральным органом исполнительной власти, осуществляющим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сфере»; 4) статью 8° дополнить частью 2! следующего содержания: «2'. Отдельные счета головного исполнителя, исполнителей, предусмотренные настоящим Федеральным законом, подлежат закрытию банком, в отношении которого принято и вступило в силу решение Правительства Российской Федерации, предусмотренное частью 1 статьи 8'° настоящего Федерального закона, в срок, предусмотренный пунктом 7 части 4' статьи 8? настоящего Федерального закона, без представления головным исполнителем, исполнителем заявления о закрытии отдельного счета.»; 5) пункт 16 статьи 8* изложить в следующей редакции: «16) совершение любых операций по отдельному счету, открытому по государственному контракту, контракту, относящемуся к переводимой по основаниям, предусмотренным статьей 8 настоящего Федерального закона, сопровождаемой сделке, со дня вступления в силу решения 4 Правительства Российской Федерации, предусмотренного частью 1 статьи 8! настоящего Федерального закона, или по истечении шестидесяти календарных дней со дня вступления в силу решения Правительства Российской Федерации, предусмотренного частью | статьи 8"! настоящего Федерального закона, за исключением следующих операций: а) единовременное списание денежных средств при закрытии указанного отдельного счета в связи с переводом сопровождаемой сделки и их перевод на отдельный счет, открытый по такому государственному контракту, контракту в ином уполномоченном банке, в который переводится сопровождаемая сделка; 6) единовременное списание денежных средств с отдельного счета, открытого в банке, в отношении которого принято и вступило в силу решение Правительства Российской Федерации, предусмотренное частью 1 статьи 8 настоящего Федерального закона, и их перевод на счет опорного банка для оборонно-промышленного комплекса в соответствии с пунктом 4 части 4 статьи 8" настоящего Федерального закона.»; 6) часть 2 статьи 8° дополнить предложением следующего содержания: «Если в соответствии с решением Правительства Российской Федерации, предусмотренным частью | настоящей статьи, банковское сопровождение должно быть передано в опорный банк для оборонно- промышленного комплекса, Банк России на основании уведомления Правительства Российской Федерации не позднее одного рабочего дня, следующего за днем получения указанного уведомления, с использованием личного кабинета опорного банка для оборонно- промышленного комплекса на официальном сайте Банка России в информационно-телекоммуникационной сети «Интернет», ведение которого осуществляется Банком России в установленном им порядке, информирует опорный банк для оборонно-промышленного комплекса о принятом решении с указанием наименования и банковского идентификационного кода банка, в отношении которого принято решение Правительства Российской Федерации, предусмотренное частью 1 настоящей статьи, и не позднее трех рабочих дней, следующих за днем получения указанного уведомления, с использованием личных кабинетов опорного банка для оборонно-промышленного комплекса и банков, исключенных из категории уполномоченных банков, на официальном сайте Банка России в информационно-телекоммуникационной сети «Интернет», ведение которых осуществляется Банком России в установленном им порядке, доводит до опорного банка для оборонно- промышленного комплекса и банков, исключенных из категории уполномоченных банков, форматы предусмотренных пунктом 2 части 4! статьи 82 настоящего Федерального закона реестра отдельных счетов и информации об отсутствии открытых отдельных счетов, порядок передачи реестра отдельных счетов и информации об отсутствии открытых 6 отдельных счетов, которые определяются в соответствии с частью 4? статьи 8'? настоящего Федерального закона.»; 7) в статье 8”: а)в пункте 6 части 1 слова «операции, разрешенной» заменить словами «операций, разрешенных»; 6) часть 4 изложить в следующей редакции: «4. Банк, исключенный из категории уполномоченных банков, после вступления в силу решения Правительства Российской Федерации, предусмотренного частью 1 статьи 8 настоящего Федерального закона: 1) вправе совершать операцию, разрешенную в соответствии с подпунктом «а» пункта 16 статьи 8* настоящего Федерального закона; 2) обязан выполнить требования, предусмотренные пунктами 4-6 части 1 настоящей статьи, за исключением случаев, установленных настоящим Федеральным законом.»; в) дополнить частями 4' - 43 следующего содержания: «4'. Банк, в отношении которого принято и вступило в силу решение Правительства Российской Федерации, которое предусмотрено частью 1 статьи 8'° настоящего Федерального закона и в соответствии с которым банковское сопровождение должно быть передано в опорный банк для оборонно-промышленного комплекса: 1) не вправе совершать любые операции по отдельному счету, за исключением единовременного списания денежных средств и их 7 перевода на счет опорного банка для оборонно-промышленного комплекса в соответствии с подпунктом «6» пункта 16 статьи 8 настоящего Федерального закона и не должен выполнять требования, предусмотренные пунктом 4 части 1 настоящей статьи; 2) обязан в срок не позднее пяти рабочих дней, следующих за днем вступления в силу решения Правительства Российской Федерации, которое предусмотрено частью 1 статьи 8 настоящего Федерального закона и в соответствии с которым банковское сопровождение должно быть передано в опорный банк для оборонно-промышленного комплекса, или в иной срок в случаях, установленных федеральным законом, сформировать информацию обо всех открытых отдельных счетах, в том числе об отдельных счетах, в отношении которых головным исполнителем, исполнителем в соответствии с пунктом 21 части 1 и пунктом 18 части 2 статьи 8 настоящего Федерального закона не были представлены заявления о закрытии отдельного счета, об отдельных счетах головных исполнителей, исполнителей - юридических лиц, фактически прекративших свою деятельность или исключенных из единого государственного реестра юридических лиц в порядке, установленном Федеральным законом от 8 августа 2001 года № 129-ФЗ «О государственной регистрации юридических лиц и индивидуальных предпринимателей», и (или) об отдельных счетах исполнителей - физических лиц, прекративших свою деятельность B качестве 8 индивидуальных предпринимателей или исключенных из единого государственного реестра индивидуальных предпринимателей в порядке, установленном Федеральным законом от 8 августа 2001 года № 129-ФЗ «О государственной регистрации юридических лиц и индивидуальных предпринимателей», либо информацию об отсутствии открытых отдельных счетов в банке, в отношении которого принято и вступило в силу решение Правительства Российской Федерации, предусмотренное частью 1 статьи 8® настоящего Федерального закона. Указанная информация обо всех открытых отдельных счетах формируется в виде реестра, который должен содержать реквизиты отдельного счета, открытого в банке, в отношении которого принято и вступило в силу решение Правительства Российской Федерации, предусмотренное частью 1 статьи 8'° настоящего Федерального закона, сокращенное наименование головного исполнителя, исполнителя, идентификационный номер налогоплательщика, код причины постановки на учет в налоговом органе и идентификатор государственного контракта, реквизиты (номер и дату заключения) государственного контракта, контракта, для расчетов по которому головному исполнителю, исполнителю был открыт отдельный счет, сумму остатка денежных средств на отдельном счете (при наличии), информацию о наличии или 06 отсутствии мер ограничения по распоряжению денежными средствами (далее - реестр отдельных счетов); 9 3) обязан в срок не позднее пяти рабочих дней, следующих за днем формирования в соответствии с пунктом 2 настоящей части реестра отдельных счетов или информации об отсутствии открытых отдельных счетов в форматах, определенных в соответствии с частью 4? настоящей статьи, передать в порядке, определенном в соответствии с частью 4? настоящей статьи, реестр отдельных счетов или информацию 06 отсутствии открытых отдельных счетов в единую информационную систему государственного оборонного заказа для проведения проверки соответствия реестра отдельных счетов или информации об отсутствии открытых отдельных счетов данным, содержащимся в единой информационной системе государственного оборонного — заказа. Указанная в настоящем пункте проверка проводится федеральным органом в области обороны в течение пяти рабочих дней со дня поступления в единую информационную систему государственного оборонного заказа реестра отдельных счетов или информации об отсутствии открытых отдельных счетов; 4) обязан в срок не позднее десяти рабочих дней, следующих за днем получения от федерального органа в области обороны подтверждения соответствия реестра отдельных счетов данным, содержащимся в единой информационной системе государственного оборонного заказа, передать в опорный банк для оборонно-промышленного комплекса реестр отдельных счетов, единовременно осуществить перевод денежных средств 10 (при наличии) с отдельных счетов, указанных в реестре отдельных счетов, на счет опорного банка для оборонно-промышленного комплекса, информация о котором доводится в соответствии с пунктом 1 части 4° настоящей статьи до банка, в отношении которого принято и вступило в силу решение Правительства Российской Федерации, предусмотренное частью 1 статьи 8 настоящего Федерального закона, а также уведомить головного исполнителя, исполнителя о списании денежных средств с соответствующих отдельных счетов и об их переводе на данный счет опорного банка для оборонно-промышленного комплекса. Для осуществления предусмотренной настоящим пунктом операции по единовременному переводу денежных средств, списанных со всех отдельных счетов, указанных в реестре отдельных счетов, на счет опорного банка для оборонно-промышленного комплекса банк, в отношении которого принято и вступило в силу решение Правительства Российской Федерации, предусмотренное частью 1 статьи 8' настоящего Федерального закона, списывает одним платежом сумму остатка денежных средств с каждого отдельного счета, указанного в реестре отдельных счетов, на счет, открытый им для внутреннего учета таких денежных средств в соответствии с правилами проведения банковских операций, бухгалтерского учета и отчетности для российских кредитных организаций, и в срок, установленный настоящим пунктом, переводит одним платежом все денежные средства с данного счета на счет опорного 11 банка для оборонно-промышленного комплекса, информация о котором доводится в соответствии с пунктом 1 части 43 настоящей статьи до банка, в отношении которого принято и вступило в силу решение Правительства Российской Федерации, предусмотренное частью | статьи gi? настоящего Федерального закона; 5) при отсутствии открытых отдельных счетов обязан в срок не позднее десяти рабочих дней, следующих за днем получения от федерального органа в области обороны подтверждения соответствия информации об отсутствии открытых отдельных счетов данным, содержащимся в единой информационной системе государственного оборонного заказа, довести информацию 06 отсутствии открытых отдельных счетов в форматах и порядке, которые определены в соответствии с частью 4? настоящей статьи, до опорного банка для оборонно-промышленного комплекса. При этом требования пунктов 4 и 7 настоящей части и пункта 6 части 1 настоящей статьи не применяются; 6) обязан в срок не позднее пяти рабочих дней, следующих за днем получения от федерального органа в области обороны информации о несоответствии реестра отдельных счетов или информации 06 отсутствии открытых отдельных счетов данным, содержащимся в единой информационной системе государственного оборонного заказа, или в срок не позднее пяти рабочих дней, следующих за днем возврата в соответствии с пунктом 3 части 43 настоящей статьи опорным банком 12 для оборонно-промышленного комплекса реестра отдельных счетов, суммы денежных средств, единовременно переведенных в соответствии с пунктом 4 настоящей части, или в срок не позднее пяти рабочих дней, следующих за днем получения от опорного банка для оборонно- промышленного комплекса предусмотренного пунктом 3 части 4° настоящей статьи уведомления о несоответствии информации 06 отсутствии открытых отдельных счетов данным, содержащимся в единой информационной системе государственного оборонного заказа, провести проверку соответствия сведений, включенных в реестр отдельных счетов, или информации об отсутствии открытых отдельных счетов имеющимся у него данным и передать в единую информационную систему государственного оборонного заказа скорректированный реестр отдельных счетов или скорректированную информацию об отсутствии открытых отдельных счетов в целях осуществления мероприятий, предусмотренных пунктами 3-5 настоящей части. До осуществления мероприятий, предусмотренных пунктом 4 настоящей части, банк, в отношении которого принято и вступило в силу решение Правительства Российской Федерации, предусмотренное частью 1 статьи 8"° настоящего Федерального закона, вправе учитывать сумму денежных средств, возвращенных опорным банком для оборонно-промышленного комплекса в соответствии с пунктом 3 части 43 настоящей статьи, на счете, открытом им для внутреннего учета указанных денежных средств в соответствии 13 с правилами проведения банковских операций, бухгалтерского учета и отчетности для российских кредитных организаций; 7) обязан в срок не позднее тридцати рабочих дней, следующих за днем передачи в опорный банк для оборонно-промышленного комплекса реестра отдельных счетов и единовременного перевода суммы остатка денежных средств (при наличии) с отдельных счетов, указанных в реестре отдельных счетов, на счет опорного банка для оборонно- промышленного комплекса, закрыть все отдельные счета, указанные в реестре отдельных счетов, без представления головным исполнителем, исполнителем заявления о закрытии отдельного счета; 8) обязан в срок не позднее двух рабочих дней, следующих за днем получения от федерального органа в области обороны подтверждения соответствия реестра отдельных счетов данным, содержащимся в единой информационной системе государственного оборонного заказа, уведомить судебного пристава-исполнителя о планируемом единовременном переводе суммы остатка денежных средств, в отношении которых в соответствии с Федеральным законом от 2 октября 2007 года № 229-ФЗ «Об исполнительном производстве» вынесено постановление о наложении ареста или об обращении взыскания, на счет опорного банка для оборонно-промышленного комплекса, в том числе с указанием суммы остатка денежных средств, даты планируемого их единовременного 3 перевода, информации о счете, предусмотренном пунктом 4 части 4 14 настоящей статьи, реквизитов отдельного счета, открытого в банке, в отношении которого принято и вступило в силу решение Правительства Российской Федерации, предусмотренное частью 1 статьи 8"° настоящего Федерального закона, его банковского идентификационного кода и банковского идентификационного кода опорного банка для оборонно- промышленного комплекса.</w:t>
      </w:r>
    </w:p>
    <w:p>
      <w:r>
        <w:rPr>
          <w:b/>
        </w:rPr>
        <w:t xml:space="preserve">42. </w:t>
      </w:r>
      <w:r>
        <w:t>Форматы предусмотренных пунктом 2 части 4' настоящей статьи реестра отдельных счетов и информации об отсутствии открытых отдельных счетов, порядок передачи реестра отдельных счетов и информации об отсутствии открытых отдельных счетов определяются Банком России на основании предложений федерального органа в области обороны и доводятся Банком России до опорного банка для оборонно- промышленного комплекса и банков, в отношении которых принято и вступило в силу решение Правительства Российской Федерации, предусмотренное частью | статьи 8" настоящего Федерального закона, с использованием их личных кабинетов на официальном сайте Банка России в информационно-телекоммуникационной сети «Интернет», ведение которых осуществляется Банком России в установленном им порядке</w:t>
      </w:r>
    </w:p>
    <w:p>
      <w:r>
        <w:rPr>
          <w:b/>
        </w:rPr>
        <w:t xml:space="preserve">43. </w:t>
      </w:r>
      <w:r>
        <w:t>Опорный банк для оборонно-промышленного комплекса, B который переводится сопровождаемая сделка в связи с принятием и 15 вступлением в силу решения Правительства Российской Федерации, предусмотренного частью 1 статьи 8'° настоящего Федерального закона</w:t>
      </w:r>
    </w:p>
    <w:p>
      <w:r>
        <w:rPr>
          <w:b/>
        </w:rPr>
        <w:t xml:space="preserve">43. </w:t>
      </w:r>
      <w:r>
        <w:t>обязан в срок не позднее одного рабочего дня, следующего за днем вступления в силу решения Правительства Российской Федерации, предусмотренного частью 1 статьи 8! настоящего Федерального закона, или в иной срок в случаях, установленных федеральным законом, передать в банк, в отношении которого принято такое решение, информацию о счете, предусмотренном пунктом 4 настоящей части</w:t>
      </w:r>
    </w:p>
    <w:p>
      <w:r>
        <w:rPr>
          <w:b/>
        </w:rPr>
        <w:t xml:space="preserve">43. </w:t>
      </w:r>
      <w:r>
        <w:t>обязан в срок не позднее одного рабочего дня, следующего за днем поступления из банка, в отношении которого принято и вступило в силу решение Правительства Российской Федерации, предусмотренное частью 1 статьи 8® настоящего Федерального закона, суммы остатка денежных средств и реестра отдельных счетов или информации 06 отсутствии открытых отдельных счетов на основании соответственно пунктов 4 и 5 части 4' настоящей статьи, передать в единую информационную систему государственного оборонного — заказа информацию о сумме поступивших денежных средств, полученные реестр отдельных счетов или информацию об отсутствии открытых отдельных счетов для проведения федеральным органом в области обороны проверки соответствия реестра отдельных счетов или информации об отсутствии открытых отдельных счетов данным, содержащимся в единой информационной системе государственного оборонного заказа на день их 16 передачи. Указанная проверка проводится федеральным органом в области обороны в течение пяти рабочих дней со дня поступления в единую информационную систему государственного оборонного заказа реестра отдельных счетов или информации об отсутствии открытых отдельных счетов</w:t>
      </w:r>
    </w:p>
    <w:p>
      <w:r>
        <w:rPr>
          <w:b/>
        </w:rPr>
        <w:t xml:space="preserve">43. </w:t>
      </w:r>
      <w:r>
        <w:t>обязан в срок не позднее одного рабочего дня, следующего за днем получения по результатам проведения проверки, предусмотренной пунктом 2 настоящей части, от федерального органа в области обороны информации о несоответствии реестра отдельных счетов или информации 06 отсутствии открытых отдельных счетов данным, содержащимся в единой информационной системе государственного оборонного заказа, вернуть реестр отдельных счетов, сумму денежных средств, поступивших на его счет, предусмотренный пунктом 4 настоящей части, в банк, из которого они поступили (в случае получения от федерального органа в области обороны информации о несоответствии реестра отдельных счетов данным, содержащимся в единой информационной системе государственного оборонного заказа), или уведомить такой банк о несоответствии информации об отсутствии открытых отдельных счетов данным, содержащимся в единой информационной — системе государственного оборонного заказа (в случае получения от федерального органа в области обороны информации о несоответствии информации об отсутствии открытых отдельных счетов данным, содержащимся 17 в единой информационной системе государственного оборонного заказа), для проведения таким банком проверки соответствия сведений, включенных в реестр отдельных счетов, или информации об отсутствии открытых отдельных счетов имеющимся у него данным и направления в единую информационную систему государственного оборонного заказа скорректированного реестра отдельных счетов или скорректированной информации об отсутствии открытых отдельных счетов в соответствии с пунктом 6 части 4' настоящей статьи в целях осуществления мероприятий, предусмотренных пунктами 3 - 5 части 4! настоящей статьи</w:t>
      </w:r>
    </w:p>
    <w:p>
      <w:r>
        <w:rPr>
          <w:b/>
        </w:rPr>
        <w:t xml:space="preserve">43. </w:t>
      </w:r>
      <w:r>
        <w:t>до осуществления мероприятия, предусмотренного пунктом 5 настоящей части (в случае получения опорным банком для оборонно- промышленного комплекса от федерального органа в области обороны информации о соответствии реестра отдельных счетов данным, содержащимся в единой информационной системе государственного оборонного заказа), учитывает денежные средства, поступившие из банка, в отношении которого принято и вступило в силу решение Правительства Российской Федерации, предусмотренное частью 1 статьи 8! настоящего Федерального закона, на счете, открытом для внутреннего учета указанных денежных средств в соответствии с правилами проведения банковских операций, бухгалтерского учета и отчетности для российских кредитных организаций; 18 5) обязан после открытия головным исполнителем, исполнителем отдельного счета в опорном банке для оборонно-промышленного комплекса зачислить на такой счет денежные средства в сумме, указанной в реестре отдельных счетов, в срок не позднее пяти рабочих дней, следующих за днем открытия отдельного счета (в случае открытия головным исполнителем, исполнителем отдельного счета после поступления в опорный банк для оборонно-промышленного комплекса от федерального органа в области обороны информации о соответствии реестра отдельных счетов данным, содержащимся В единой информационной системе государственного оборонного заказа), или в срок не позднее пяти рабочих дней, следующих за днем поступления в опорный банк для оборонно-промышленного комплекса от федерального органа в области обороны информации о соответствии реестра отдельных счетов данным, содержащимся в единой информационной — системе государственного оборонного заказа (в случае открытия головным исполнителем, исполнителем отдельного счета до поступления в опорный банк для оборонно-промышленного комплекса от федерального органа в области обороны информации о соответствии реестра отдельных счетов данным, содержащимся в единой информационной — системе государственного оборонного заказа).»; 13 8) в статье 8°: 19</w:t>
      </w:r>
    </w:p>
    <w:p>
      <w:r>
        <w:rPr>
          <w:b/>
        </w:rPr>
        <w:t xml:space="preserve">43. </w:t>
      </w:r>
      <w:r>
        <w:t>пункт 3 части 4 дополнить предложением следующего содержания: «Положения настоящего пункта не применяются в случае, если такие отдельные счета подлежат закрытию банком, в отношении которого принято и вступило в силу решение Правительства Российской Федерации, предусмотренное частью 1 статьи 8! настоящего Федерального закона, без представления исполнителем заявления о закрытии отдельного счета в соответствии с пунктом 7 части 4! статьи 8"? настоящего Федерального закона.»</w:t>
      </w:r>
    </w:p>
    <w:p>
      <w:r>
        <w:rPr>
          <w:b/>
        </w:rPr>
        <w:t xml:space="preserve">43. </w:t>
      </w:r>
      <w:r>
        <w:t>пункт 5 части 3 дополнить предложением следующего содержания: «Положения настоящего пункта не применяются в случае, если такие отдельные счета подлежат закрытию банком, в отношении которого принято и вступило в силу решение Правительства Российской Федерации, предусмотренное частью 1 статьи 8 настоящего Федерального закона, без представления головным исполнителем заявления о закрытии отдельного счета в соответствии с пунктом 7 части 4! статьи 8!? настоящего Федерального закона.»</w:t>
      </w:r>
    </w:p>
    <w:p>
      <w:r>
        <w:rPr>
          <w:b/>
        </w:rPr>
        <w:t>Статья 2</w:t>
      </w:r>
    </w:p>
    <w:p>
      <w:r>
        <w:t>Установить, что в ходе исполнения решений Правительства Российской Федерации, предусмотренных частью |1 статьи 8 Федерального закона от 29 декабря 2012 года № 275-ФЗ «О государственном оборонном заказе», при совершении операций по единовременному списанию денежных средств и их переводу, 20 предусмотренных пунктом 16 статьи 8* Федерального закона от 29 декабря 2012 года № 275-ФЗ «О государственном оборонном заказе» (в редакции настоящего Федерального закона), на остатки денежных средств, находящихся на отдельных счетах в банках, в отношении которых были приняты и вступили в силу решения Правительства Российской Федерации в соответствии с частью 1 статьи 8! Федерального закона от 29 декабря 2012 года № 275-ФЗ «О государственном оборонном заказе», не распространяются меры по ограничению распоряжения указанными отдельными счетами, установленные в соответствии со статьей 76 Налогового кодекса Российской Федерации, с частью первой статьи 27 Федерального закона «О банках и банковской деятельности», со статьями 70 и 81 Федерального закона от 2 октября 2007 года № 229-ФЗ «Об исполнительном производстве», статьей 77 Федерального закона от 3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 и с другими федеральными законами, устанавливающими основания и случаи ограничения распоряжения указанными отдельными счетами.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опубликования, 21 за исключением абзаца одиннадцатого подпункта «в» пункта 7 статьи 1 настоящего Федерального закона и части 7 настоящей статьи</w:t>
      </w:r>
    </w:p>
    <w:p>
      <w:r>
        <w:rPr>
          <w:b/>
        </w:rPr>
        <w:t xml:space="preserve">2. </w:t>
      </w:r>
      <w:r>
        <w:t>Абзац одиннадцатый подпункта «в» пункта 7 статьи 1 настоящего Федерального закона и часть 7 настоящей статьи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пункта 10 статьи 3, части 2! статьи 83, пункта 16 статьи 8 и статьи 82 Федерального закона от 29 декабря 2012 года № 275-ФЗ «О государственном оборонном заказе» (в редакции настоящего Федерального закона) распространяется на все отдельные счета, открытые в банках, в отношении которых были приняты решения Правительства Российской Федерации в соответствии с частью 1 статьи 89 Федерального закона от 29 декабря 2012 года № 275-ФЗ «О государственном оборонном заказе», в том числе до дня вступления в силу настоящего Федерального закона, и которые не завершили мероприятия по переводу сопровождаемых сделок в иные уполномоченные банки в соответствии с иными решениями, принятыми Правительством Российской Федерации по основаниям, предусмотренным частью 1 статьи 8” Федерального закона от 29 декабря 2012 года № 275-ФЗ «О государственном оборонном заказе»</w:t>
      </w:r>
    </w:p>
    <w:p>
      <w:r>
        <w:rPr>
          <w:b/>
        </w:rPr>
        <w:t xml:space="preserve">4. </w:t>
      </w:r>
      <w:r>
        <w:t>Банки, в отношении которых до дня вступления в силу настоящего Федерального закона были приняты решения Правительства Российской Федерации в соответствии с частью 1 статьи gi? Федерального закона 22 от 29 декабря 2012 года № 275-ФЗ «О государственном оборонном заказе», в срок не позднее пяти рабочих дней, следующих за днем вступления в силу настоящего Федерального закона, обязаны сформировать в форматах, определенных в соответствии с частью 4? статьи 82 Федерального закона от 29 декабря 2012 года № 275-ФЗ «О государственном оборонном заказе», реестры, которые должны содержать реквизиты отдельных счетов, открытых в банке, в отношении которого принято и вступило в силу решение Правительства Российской Федерации, предусмотренное частью 1 статьи 80 Федерального закона от 29 декабря 2012 года № 275-ФЗ «О государственном оборонном заказе», сокращенное наименование головного исполнителя, исполнителя, идентификационный номер налогоплательщика, код причины постановки на учет в налоговом органе и идентификатор государственного контракта, реквизиты (номер и дату заключения) государственного контракта, контракта, для расчетов по которому головному исполнителю, исполнителю был открыт отдельный счет, сумму остатка денежных средств на отдельном счете (при наличии), информацию о наличии или 06 отсутствии мер ограничения по распоряжению денежными средствами (далее - реестр отдельных счетов), или информацию об отсутствии открытых отдельных счетов в соответствии с пунктом 2 части 4! статьи 8” Федерального закона от 29 декабря 2012 года № 275-ФЗ «О государственном оборонном заказе». 23 5. Центральный банк Российской Федерации на основании полученных им до дня вступления в силу настоящего Федерального закона уведомлений Правительства Российской Федерации о принятии в соответствии с частью 1 статьи 8! Федерального закона от 29 декабря 2012 года № 275-ФЗ «О государственном оборонном заказе» решений об исключении банков из категории уполномоченных банков, в соответствии с которыми банковское сопровождение сопровождаемой сделки (сопровождаемых сделок) должно быть передано в опорный банк для оборонно-промышленного комплекса, уведомляет опорный банк ДлЯ оборонно-промышленного комплекса о данных решениях в течение пяти рабочих дней, следующих за днем вступления в силу настоящего Федерального закона. Уведомление Центрального банка Российской Федерации должно содержать наименование и банковский идентификационный код банка, в отношении которого было принято и вступило в силу решение Правительства Российской Федерации, предусмотренное частью 1 статьи 8'° Федерального закона от 29 декабря 2012 года № 275-ФЗ «О государственном оборонном заказе»</w:t>
      </w:r>
    </w:p>
    <w:p>
      <w:r>
        <w:rPr>
          <w:b/>
        </w:rPr>
        <w:t xml:space="preserve">6. </w:t>
      </w:r>
      <w:r>
        <w:t>Опорный банк для оборонно-промышленного комплекса не позднее одного рабочего дня, следующего за днем получения уведомления Центрального банка Российской Федерации, предусмотренного частью 5 настоящей статьи, направляет в банки, в отношении которых до дня вступления в силу настоящего Федерального 24 закона были приняты решения Правительства Российской Федерации в соответствии с частью 1 статьи 8 Федерального закона от 29 декабря 2012 года № 275-ФЗ «О государственном оборонном заказе», информацию о счете, указанном в пункте 4 части 4° статьи 8? Федерального закона от 29 декабря 2012 года № 275-ФЗ «О государственном оборонном заказе»</w:t>
      </w:r>
    </w:p>
    <w:p>
      <w:r>
        <w:rPr>
          <w:b/>
        </w:rPr>
        <w:t xml:space="preserve">7. </w:t>
      </w:r>
      <w:r>
        <w:t>Форматы предусмотренных пунктом 2 части 4' статьи 8? Федерального закона от 29 декабря 2012 года № 275-ФЗ «О государственном оборонном заказе» реестра отдельных счетов и информации об отсутствии открытых отдельных счетов, порядок передачи реестра отдельных счетов и информации об отсутствии открытых отдельных счетов, которые определяются в соответствии с частью 4? статьи 8? Федерального закона от 29 декабря 2012 года № 275-ФЗ «О государственном оборонном заказе», в течение тридцати дней со дня вступления в силу настоящей части доводятся Центральным банком Российской Федерации до опорного банка для оборонно-промышленного комплекса и банков, в отношении которых до дня вступления в силу настоящего Федерального закона были приняты решения Правительства Российской Федерации в соответствии с частью | статьи 89 Федерального закона от 29 декабря 2012 года № 275-ФЗ «О государственном оборонном заказе», с использованием их личных кабинетов на официальном сайте Центрального банка Российской Федерации в информационно- 25 телекоммуникационной сети «Интернет», ведение которых осуществляется Центральным банком Российской Федерации в установленном им порядке. “резидент кой Федерации В.Путин № 232-ФЗ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