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"О внесении изменений в отдельные законодательные акты Российской Федерации"</w:t>
      </w:r>
    </w:p>
    <w:p>
      <w:r>
        <w:rPr>
          <w:b/>
        </w:rPr>
        <w:t>Статья 1</w:t>
      </w:r>
    </w:p>
    <w:p>
      <w:r>
        <w:t>Пункт 2! статьи 36 Федерального закона от 28 марта 1998 года № 53-ФЗ "О воинской обязанности и военной службе" (Собрание законодательства Российской Федерации, 1998, № 13, ст. 1475; 2003, № 27, ст. 2700; 2004, № 27, ст. 2711; 2005, № 10, ст. 763; 2016, № 7, 5 ст. 908; № 27, ст. 4160; 2017, № 52, ст. 7938; 2022, № 29, ст. 5282; 2024, № 1, ст. 20) после слов "настоящим Федеральным законом," дополнить словами "другими федеральными законами,". HM 2 100088 69227 7</w:t>
      </w:r>
    </w:p>
    <w:p>
      <w:r>
        <w:rPr>
          <w:b/>
        </w:rPr>
        <w:t>Статья 2</w:t>
      </w:r>
    </w:p>
    <w:p>
      <w:r>
        <w:t>Пункт 3 статьи 11 Федерального закона от 27 мая 1998 года № 76-03 "О статусе военнослужащих" (Собрание законодательства Российской Федерации, 1998, № 22, ст. 2331; 2000, № 1, ст. 12; 2001, № 31, ст. 3173; 2004, № 18, ст. 1687; № 35, ст. 3607; 2006, № 6, ст. 637; № 19, ст. 2062; № 29, ст. 3122; № 31, ст. 3452; № 50, ст. 5281; 2008, № 45, ст. 5149; 2013, № 27, ст. 3477; 2014, № 23, ст. 2930; 2015, № 51, ст. 7241; 2017, № 27, ст. 3945; 2018, № 53, ст. 8471; 2021, № 27, ст. 5100; 2022, № 24, ст. 3933; № 29, ст. 5245; 2024, № 53, ст. 8541; 2026, № 22, ст. 2752) дополнить абзацем третьим следующего содержания: "Для военнослужащих, указанных в пункте 2! статьи 36 Федерального закона "О воинской обязанности и военной службе", являющихся инвалидами Г или П группы, инвалидность которых наступила вследствие увечья (ранения, травмы, контузии) или заболевания, полученных при исполнении обязанностей военной службы, устанавливается сокращенная продолжительность еженедельного служебного времени - не более 35 часов.".</w:t>
      </w:r>
    </w:p>
    <w:p>
      <w:r>
        <w:rPr>
          <w:b/>
        </w:rPr>
        <w:t>Статья 3</w:t>
      </w:r>
    </w:p>
    <w:p>
      <w:r>
        <w:t>Статью 53 Федерального закона от 30 ноября 2011 года № 342-ФЗ "О службе в органах внутренних дел Российской Федерации и внесении изменений в отдельные законодательные акты Российской Федерации" (Собрание законодательства Российской Федерации, 2011, № 49, ст. 7020; 2013, № 27, ст. 3477; 2016, № 27, ст. 4233; 2019, № 31, ст. 4477) дополнить частью 4! следующего содержания: "47. Для сотрудников органов внутренних дел, указанных в части 6! статьи 9 настоящего Федерального закона, являющихся инвалидами I или П группы, инвалидность которых наступила вследствие увечья (ранения, травмы, контузии) или заболевания, полученных при исполнении служебных обязанностей, устанавливается сокращенное служебное время - не более 35 часов в неделю.".</w:t>
      </w:r>
    </w:p>
    <w:p>
      <w:r>
        <w:rPr>
          <w:b/>
        </w:rPr>
        <w:t>Статья 4</w:t>
      </w:r>
    </w:p>
    <w:p>
      <w:r>
        <w:t>Статью 55 Федерального закона от 19 июля 2018 года № 197-ФЗ "О службе в уголовно-исполнительной системе Российской Федерации и о внесении изменений в Закон Российской Федерации "Об учреждениях и органах, исполняющих уголовные наказания в виде лишения свободы" (Собрание законодательства Российской Федерации, 2018, № 30, ст. 4532) дополнить частью 21 следующего содержания: "21. Для сотрудников, указанных в части 5! статьи 9 настоящего Федерального закона, являющихся инвалидами I или П группы, инвалидность которых наступила вследствие увечья (ранения, травмы, контузии) или заболевания, полученных при исполнении служебных обязанностей (обязанностей военной службы, обязанностей по контракту о пребывании в добровольческом формировании), устанавливается сокращенное служебное время - не более 35 часов в неделю.".</w:t>
      </w:r>
    </w:p>
    <w:p>
      <w:r>
        <w:rPr>
          <w:b/>
        </w:rPr>
        <w:t>Статья 5</w:t>
      </w:r>
    </w:p>
    <w:p>
      <w:r>
        <w:t>Статью 53 Федерального закона от 1 октября 2019 года № 328-ФЗ "О службе в органах принудительного исполнения Российской Федерации и внесении изменений в отдельные законодательные акты Российской Федерации" (Собрание законодательства Российской Федерации, 2019, № 40, ст. 5488) дополнить частью 2' следующего содержания: "21. Для сотрудников, указанных в части 5' статьи 9 настоящего Федерального закона, являющихся инвалидами I или П группы, инвалидность которых наступила вследствие увечья (ранения, травмы, контузии) или заболевания, полученных при исполнении служебных обязанностей (обязанностей военной службы, обязанностей по контракту о пребывании в добровольческом формировании), устанавливается сокращенное служебное время - не более 35 часов в неделю.". ской Федерации В.Путин № 238-ФЗ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