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11 Федерального закона «О национальной платежной системе» и статью 5 Федерального закона «О потребительском кредите (займе)»"</w:t>
      </w:r>
    </w:p>
    <w:p>
      <w:r>
        <w:rPr>
          <w:b/>
        </w:rPr>
        <w:t>Статья 1</w:t>
      </w:r>
    </w:p>
    <w:p>
      <w:r>
        <w:t>Статью 11 Федерального закона от 27 июня 2011 года № 161-ФЗ «О национальной платежной системе» (Собрание законодательства Российской Федерации, 2011, № 27, ст. 3872; 2018, № 49, ст. 7524; 2024, № 33, ст. 4971) дополнить частями 5 и 6 следующего содержания: «5. Кредитные организации, имеющие право на осуществление перевода денежных средств, обязаны раскрывать в местах оказания услуг и на своих официальных сайтах в информационно-телекоммуникационной сети «Интернет» информацию об условиях (изменении условий) оказания услуг, включая информацию об условиях (изменении условий) ГИ, 2 100088 69150 осуществления переводов денежных средств с использованием сервиса быстрых платежей платежной системы Банка России, об условиях (изменении условий) предоставления, использования и приема электронных средств платежа, за исключением электронных средств платежа, используемых для перевода электронных денежных средств.</w:t>
      </w:r>
    </w:p>
    <w:p>
      <w:r>
        <w:rPr>
          <w:b/>
        </w:rPr>
        <w:t xml:space="preserve">6. </w:t>
      </w:r>
      <w:r>
        <w:t>Порядок, способ и сроки раскрытия информации об условиях (изменении условий) оказания услуг, включая информацию об условиях (изменении условий) осуществления переводов денежных средств с использованием сервиса быстрых платежей платежной системы Банка России, а также об условиях (изменении условий) предоставления, использования и приема электронных средств платежа, за исключением электронных средств платежа, используемых для перевода электронных денежных средств, кредитными организациями, имеющими право на осуществление перевода денежных средств, а также состав раскрываемой информации устанавливается стандартами деятельности кредитных организаций, предусмотренными статьей 24' Федерального закона «О банках и банковской деятельности».»</w:t>
      </w:r>
    </w:p>
    <w:p>
      <w:r>
        <w:rPr>
          <w:b/>
        </w:rPr>
        <w:t>Статья 2</w:t>
      </w:r>
    </w:p>
    <w:p>
      <w:r>
        <w:t>Статью 5 Федерального закона от 21 декабря 2013 года № 353-ФЗ «О потребительском кредите (займе)» (Собрание законодательства Российской Федерации, 2013, № 51, ст. 6673; 2017, № 50, ст. 7549; 2018, № 53, ст. 8480; 2021, № 27, ст. 5157; 2022, № 1, ст. 13; 2023, № 1, ст. 48, 60; № 29, ст. 5313; № 31, ст. 5774, 5785; № 52, ст. 9520; 2024, № 10, ст. 1306; № 26, ст. 3553; 2025, № 52, ст. 8332) дополнить частью 4? следующего содержания: «42. Требования к порядку, способу, форме и срокам размещения кредитными организациями информации, указанной в части 4 настоящей статьи, устанавливаются стандартами деятельности кредитных организаций, предусмотренными статьей 24' Федерального закона «О банках и банковской деятельности».».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2027 года. Bx Ho № 254-ФЗ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