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2 и 8 Федерального закона «Об инновационном центре «Сколково»"</w:t>
      </w:r>
    </w:p>
    <w:p>
      <w:r>
        <w:rPr>
          <w:b/>
        </w:rPr>
        <w:t>Статья 1</w:t>
      </w:r>
    </w:p>
    <w:p>
      <w:r>
        <w:t>Внести в Федеральный закон от 28 сентября 2010 года № 244-ФЗ «Об инновационном центре «Сколково» (Собрание законодательства Российской Федерации, 2010, № 40, ст. 4970; 2012, № 29, ст. 3980; 2015, №21, ст. 2987; 2016, № 27, ст. 4183; 2017, № 1, ст. 8; 2019, № 31, ст. 4457; 2021, №27, ст. 5160; 2024, №1, ст. 60; №33, ст. 4928; № 49, ст. 7420) следующие изменения</w:t>
      </w:r>
    </w:p>
    <w:p>
      <w:r>
        <w:t>пункт 5 статьи 2 изложить в следующей редакции: «5) управляющая компания - российское юридическое лицо в организационно-правовой форме общественно полезного фонда, ОИ 2 на которое в порядке, установленном Правительством Российской Федерации, возложена реализация проекта;»</w:t>
      </w:r>
    </w:p>
    <w:p>
      <w:r>
        <w:t>статью 8 дополнить частью 1? следующего содержания: «1?. Председатель и члены попечительского совета управляющей компании назначаются Президентом Российской Федерации.»</w:t>
      </w:r>
    </w:p>
    <w:p>
      <w:r>
        <w:rPr>
          <w:b/>
        </w:rPr>
        <w:t>Статья 2</w:t>
      </w:r>
    </w:p>
    <w:p>
      <w:r>
        <w:t>Председатель и члены сформированного до дня вступления в силу настоящего Федерального закона попечительского совета управляющей компании, действующей в соответствии с Федеральным законом от 28 сентября 2010 года № 244-ФЗ «Об инновационном центре «Сколково», осуществляют свои полномочия до дня назначения в порядке, предусмотренном частью 1? статьи 8 указанного Федерального закона, председателя и членов попечительского совета указанной управляющей компании. ской Федерации В.Путин № 269-ФЗ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