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10 Федерального закона «Об автономных учреждениях»"</w:t>
      </w:r>
    </w:p>
    <w:p>
      <w:r>
        <w:rPr>
          <w:b/>
        </w:rPr>
        <w:t>Статья 1</w:t>
      </w:r>
    </w:p>
    <w:p>
      <w:r>
        <w:t>Внести в часть | статьи 10 Федерального закона от 3 ноября 2006 года № 174-ФЗ «Об автономных учреждениях» (Собрание законодательства Российской Федерации, 2006, № 45, ст. 4626; 2010, № 19, ст. 2291) изменение, изложив ее в следующей редакции: «1.В автономном учреждении создается наблюдательный совет в составе не менее чем семь и не более чем пятнадцать членов. В состав наблюдательного совета автономного учреждения входят представители учредителя автономного учреждения, представители [ОИ 2 100088 69268 0 2 исполнительных органов государственной власти или представители органов местного самоуправления, на которые возложено управление государственным или муницинальным имуществом, и представители общественности, в том числе лица, имеющие заслуги и достижения в соответствующей сфере деятельности. В состав наблюдательного совета автономного учреждения могут входить представители иных государственных органов, органов местного — самоуправления, представители работников автономного учреждения. Количество представителей государственных органов и органов местного самоуправления в составе наблюдательного совета не должно превышать половину от общего числа членов наблюдательного совета автономного учреждения. Не менее одной трети и не более двух третей из числа представителей государственных органов и органов местного самоуправления составляют представители органа, осуществляющего функции и полномочия учредителя автономного учреждения. Количество представителей работников автономного учреждения не может превышать одну четверть от общего числа членов наблюдательного совета автономного учреждения.».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Уставы и внутренние документы автономных учреждений, содержащие положения о порядке формирования и количестве членов наблюдательного совета, подлежат приведению в соответствие с частью 1 статьи 10 Федерального закона от 3 ноября 2006 года № 174-ФЗ «Об автономных учреждениях» (в редакции настоящего Федерального закона) в течение одного года со дня вступления в силу настоящего Федерального закона. Уставы и внутренние документы автономных учреждений, содержащие положения о порядке формирования и количестве членов наблюдательного совета, до приведения их в соответствие с частью | статьи 10 Федерального закона от 3 ноября 2006 года № 174-ФЗ «Об автономных учреждениях» (в редакции настоящего Федерального закона) действуют в части, не противоречащей части 1 статьи 10 указанного Федерального закона</w:t>
      </w:r>
    </w:p>
    <w:p>
      <w:r>
        <w:rPr>
          <w:b/>
        </w:rPr>
        <w:t xml:space="preserve">2. </w:t>
      </w:r>
      <w:r>
        <w:t>Учредители автономных учреждений в течение шести месяцев со дня внесения указанных в части | настоящей статьи изменений в уставы и во внутренние документы автономных учреждений, содержащие положения о порядке формирования и количестве членов наблюдательного совета, обязаны привести составы наблюдательных советов автономных учреждений в соответствие с уставами и внутренними документами автономных учреждений. 4 3. Наблюдательные советы автономных учреждений, созданные до AHA вступления B силу настоящего Федерального закона, действуют до изменения их состава в соответствии с частью 2 настоящей статьи. ской Федерации В.Путин № 270-ФЗ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