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почтовой связи» и отдельные законодательные акты Российской Федерации"</w:t>
      </w:r>
    </w:p>
    <w:p>
      <w:r>
        <w:rPr>
          <w:b/>
        </w:rPr>
        <w:t>Статья 1</w:t>
      </w:r>
    </w:p>
    <w:p>
      <w:r>
        <w:t>Внести в Федеральный закон от 17 июля 1999 года № 176-ФЗ «О почтовой связи» (Собрание законодательства Российской Федерации, 1999, № 29, ст. 3697; 2004, № 35, ст. 3607; 2007, № 27, ст. 3213; 2008, № 29, ст. 3418; № 30, ст. 3616; 2018, № 27, ст. 3954; 2023, № 12, ст. 1886, 1889; № 47, ст. 8312; № 52, ст. 9515; 2024, № 53, ст. 8529; 2025, № 31, ст. 4658, 4674) следующие изменения</w:t>
      </w:r>
    </w:p>
    <w:p>
      <w:r>
        <w:t>абзац третий статьи 7 изложить в следующей редакции: «участие в развитии и расширении сети почтовой связи на территориях соответствующих субъектов Российской Федерации;»; [НИ 2 100088 69263 5 2) в части второй статьи 11: а) в абзаце третьем после слов «обеспечивают организацию» дополнить словами «и утверждают порядок», слова «на территории Российской Федерации» заменить словами «организаций федеральной почтовой связи»</w:t>
      </w:r>
    </w:p>
    <w:p>
      <w:r>
        <w:t>в абзаце четвертом слово «использования» заменить словом «применения»; в) дополнить абзацем пятым следующего содержания: «утверждают перечень видов отделений почтовой связи и видов услуг, предоставляемых в соответствующих отделениях почтовой связи.»</w:t>
      </w:r>
    </w:p>
    <w:p>
      <w:r>
        <w:t>часть третью статьи 15 после слов «операторы почтовой связи» дополнить словами «, иные юридические лица и индивидуальные предприниматели, указанные в части пятой статьи 16 настоящего Федерального закона,»</w:t>
      </w:r>
    </w:p>
    <w:p>
      <w:r>
        <w:t>в статье 16: а) часть первую дополнить предложением следующего содержания: «Направление адресатам и отправителям информации об их почтовых отправлениях, почтовых переводах денежных средств осуществляется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или 3 иными способами, предусмотренными договором оказания услуг почтовой связи.»</w:t>
      </w:r>
    </w:p>
    <w:p>
      <w:r>
        <w:t>в части второй слова «частоты сбора письменной корреспонденции из почтовых ящиков, нормативы ее обмена, перевозки и доставки» заменить словами «доставки письменной корреспонденции»; в) дополнить частями пятой — седьмой следующего содержания: «Организации федеральной почтовой связи вправе поручить на основании договора выполнение отдельных технологических операций, за исключением доставки и выдачи пенсий, пособий и других выплат целевого назначения, операторам почтовой связи, иным юридическим лицам и индивидуальным предпринимателям, соответствующим следующим требованиям: юридическое лицо создано в соответствии с законодательством Российской Федерации, не находится в процессе ликвидации, не признано банкротом и в отношении его не возбуждено производство по делу о несостоятельности (банкротстве); индивидуальный предприниматель зарегистрирован в соответствии с законодательством Российской Федерации, не признан банкротом и в отношении его не возбуждено производство по делу о несостоятельности (банкротстве). Заключение договора, предусмотренного частью пятой настоящей 4 статьи, осуществляется в порядке, установленном Гражданским кодексом Российской Федерации. Правительство Российской Федерации вправе установить дополнительные требования к указанному договору, к порядку его заключения, а также к операторам почтовой связи, иным юридическим лицам и индивидуальным предпринимателям, указанным в части пятой настоящей статьи. Организация федеральной почтовой связи несет ответственность перед пользователями услуг почтовой связи за неисполнение или ненадлежащее исполнение операторами почтовой связи› иными юридическими лицами и индивидуальными предпринимателями, указанными в части пятой настоящей статьи, обязательств по выполнению отдельных технологических операций, указанных в договоре, предусмотренном частью пятой настоящей статьи.»</w:t>
      </w:r>
    </w:p>
    <w:p>
      <w:r>
        <w:t>в статье 18: а) часть третью дополнить предложением следующего содержания: «Доставка (вручение) адресатам регистрируемых писем, направленных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Федерации в уставном капитале которых составляет более 50 процентов, осуществляется только организациями федеральной почтовой связи, а также операторами почтовой связи, иными юридическими лицами и индивидуальными предпринимателями, указанными в части пятой статьи 16 настоящего Федерального закона.»</w:t>
      </w:r>
    </w:p>
    <w:p>
      <w:r>
        <w:t>часть четвертую дополнить новым вторым предложением следующего содержания: «Плата за жилое помещение и коммунальные услуги, пени за несвоевременное и (или) неполное внесение платы за жилое помещение и коммунальные услуги, принимаемые организациями федеральной почтовой связи в безналичном порядке, зачисляются на специальные банковские счета организаций федеральной почтовой связи, открытые ими в качестве платежных агентов при осуществлении деятельности по приему платежей физических лиц.»; в) дополнить новыми частями шестой и седьмой следующего содержания: «Организации федеральной почтовой связи обеспечивают работу отделений почтовой связи в установленном федеральным органом исполнительной власти, осуществляющим управление деятельностью в области почтовой связи, режиме работы в целях обеспечения доступности услуг почтовой связи. 6 Организации федеральной почтовой связи осуществляют доставку и выдачу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а также других социальных выплат и выплат целевого назначения, в том числе установленных органами государственной власти субъектов Российской Федерации и местного самоуправления, с применением тарифа в размере не более 1,5 процента от фактически доставленных сумм соответствующей выплаты без учета налога на добавленную стоимость.»; г) часть шестую считать частью восьмой</w:t>
      </w:r>
    </w:p>
    <w:p>
      <w:r>
        <w:t>в статье 29: а) часть первую после слов «услуг почтовой связи» дополнить словами «предоставляемых отдельным категориям граждан, определяемым Правительством Российской Федерации, а также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юридическим лицам, наделенным отдельными государственными или иными публичными полномочиями, Центральному банку Российской Федерации, государственным компаниям, государственным корпорациям, иным юридическим лицам, доля участия Российской Федерации в уставном капитале которых составляет более 50 процентов,»</w:t>
      </w:r>
    </w:p>
    <w:p>
      <w:r>
        <w:t>часть вторую дополнить предложением следующего содержания: «Реализация государственных знаков почтовой оплаты осуществляется только организациями федеральной почтовой связи и их дочерними хозяйственными обществами.»</w:t>
      </w:r>
    </w:p>
    <w:p>
      <w:r>
        <w:t>статью 31 дополнить частями двенадцатой и тринадцатой следующего содержания: «Абонентские почтовые шкафы и почтовые абонентские ящики, установленные в многоквартирных домах, используются собственниками и пользователями помещений в указанных многоквартирных домах, а также: управляющей организацией, товариществом собственников жилья либо жилищным кооперативом или иным специализированным потребительским кооперативом, ресурсоснабжающей организацией, региональным оператором по обращению с твердыми коммунальными отходами, наймодателем жилого помещения по договору социального найма или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которым в соответствии с Жилищным кодексом Российской Федерации вносится плата за жилое помещение и коммунальные услуги собственниками и пользователями помещений в многоквартирном доме, в котором установлены абонентские почтовые шкафы и почтовые абонентские ящики, а также представителями указанных лиц; организациями, указанными в статье 30' Федерального закона от 31 марта 1999 года № 69-ФЗ «О газоснабжении в Российской Федерации», в многоквартирных домах, в которых установлены абонентские почтовые шкафы и почтовые абонентские ящики, для доставки собственникам и пользователям помещений в многоквартирном доме платежных документов, иных документов и сообщений; организацией федеральной почтовой связи для доставки почтовых отправлений, платежных документов, рекламы, периодических печатных изданий и иных документов и сообщений собственникам и пользователям помещений в многоквартирном доме; оператором почтовой связи в случае наличия решения общего собрания собственников помещений в многоквартирном доме об определении такого оператора почтовой связи или организации для осуществления доставки собственникам и пользователям помещений в многоквартирном доме почтовых отправлений, платежных документов и иных документов и сообщений. Осуществление доставки документов и сообщений в абонентские 9 почтовые шкафы и почтовые абонентские ящики лицами, не указанными в части двенадцатой настоящей статьи, не допускается.»</w:t>
      </w:r>
    </w:p>
    <w:p>
      <w:r>
        <w:t>часть первую статьи 32 изложить в следующей редакции: «Организациям почтовой связи предоставляется право на условиях договора перевозить почтовые отправления и денежные средства по всем маршрутам и линиям автомобильного, железнодорожного, воздушного, морского и речного транспорта в сопровождении работников организаций почтовой связи либо передавать почтовые отправления для перевозки под ответственность лиц, оказывающих транспортные услуги. Никакое лицо, оказывающее транспортные услуги, не может отказать в заключении договора на перевозку почтовых отправлений по регулярным междугородным и международным маршрутам следования его транспортных средств.»</w:t>
      </w:r>
    </w:p>
    <w:p>
      <w:r>
        <w:t>главу IV дополнить статьей 321 следующего содержания: «Статья 321. Электронная почтовая система В целях обеспечения приема и доставки заявлений, уведомлений, извещений, требований или иных юридически значимых сообщений, а также направления информации о почтовых отправлениях, почтовых переводах денежных средств на единый портал государственных и муниципальных услуг и региональные порталы государственных и муниципальных услуг акционерное общество «Почта России» создает 10 информационную систему (далее — электронная почтовая система) и выполняет функции оператора электронной почтовой системы. Электронная почтовая система должна соответствовать требованиям о защите информации, установленным статьей 16 Федерального закона от 27 июля 2006 года № 149-ФЗ «Об информации, информационных технологиях и о защите информации». Правительство Российской Федерации утверждает положение об электронной почтовой системе, содержащее в том числе порядок использования электронной почтовой системы, порядок подключения пользователей к электронной почтовой системе, перечень и полномочия участников электронного взаимодействия, функции и полномочия оператора электронной почтовой системы, порядок и сроки хранения информации в электронной почтовой системе, порядок информационного взаимодействия электронной почтовой системы с единым порталом государственных и муниципальных услуг, региональными порталами государственных и муниципальных услуг и иными информационными системами, осуществляемого с соблюдением требований статьи 16 Федерального закона от 27 июля 2006 года № 149-ФЗ «Об информации, информационных технологиях и о защите информации», порядок информирования адресатов о поступлении им почтового отправления, получения согласия адресатов на получение почтового отправления в 11 электронной почтовой системе, отказа адресатов от получения заявлений, уведомлений, извещений, требований или иных юридически значимых сообщений на едином портале государственных и муниципальных услуг и региональных порталах государственных и муниципальных услуг, а также иные положения об электронной почтовой системе. В случае, если в соответствии с законодательством Российской Федерации, законодательством субъектов Российской Федерации, муниципальными правовыми актами, а также нормативными актами Центрального банка Российской Федерации предусмотрено направление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Федерации в уставном капитале которых составляет более 50 процентов, юридическим лицам и физическим лицам заявлений, уведомлений, извещений, требований или иных юридически значимых сообщений (далее — юридически значимые сообщения) с использованием инфраструктуры, обеспечивающей ’информационно- технологическое взаимодействие информационных систем, используемых 12 для предоставления государственных и муниципальных услуг в электронной форме, указанной в части 2 статьи 19 Федерального закона от государственных и муниципальных услуг», юридически значимые сообщения направляются в форме электронного документа посредством электронной почтовой системы на единый портал государственных и муниципальных услуг и региональные порталы государственных и муниципальных услуг в порядке, определенном Правительством Российской Федерации, за исключением: случаев направления юридически значимых сообщений с использованием единой системы межведомственного электронного взаимодействия, информационных систем органов и организаций, указанных в настоящей части, коротких текстовых сообщений; случаев, если законодательством Российской Федерации или в рамках исполнения договора предусмотрено направление юридически значимых сообщений с использованием многофункционального сервиса обмена информацией; случаев направления юридически значимых сообщений с использованием программного обеспечения, предназначенного для обеспечения электронного документооборота в соответствии с Налоговым кодексом Российской Федерации; 13 случаев направления юридически значимых сообщений 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2 мая 2006 года № 59-ФЗ «О порядке рассмотрения обращений граждан Российской Федерации» и Федеральным законом от 31 июля 2020 года № 248-ФЗ «О государственном контроле (надзоре) и муниципальном контроле в Российской Федерации»; случаев направления юридически значимых сообщений при реализации Центральным банком Российской Федерации контрольных и надзорных функций, а также при рассмотрении Центральным банком Российской Федерации обращений граждан в соответствии с Федеральным законом от 10 июля 2002 года № 86-ФЗ «О Центральном банке Российской Федерации (Банке России)». Юридически значимые сообщения считаются доставленными юридическим лицам или физическим лицам на единый портал государственных и муниципальных услуг и региональные порталы государственных и муниципальных услуг в случае, если юридическое лицо или физическое лицо осуществило вход в личный кабинет на едином портале государственных и муниципальных услуг и региональных порталах государственных и муниципальных услуг в течение семи дней со дня размещения юридически значимых сообщений. 14 При отсутствии технической возможности направления юридически значимых сообщений посредством электронной почтовой системы юридическому лицу или физическому лицу на единый портал государственных и муниципальных услуг и региональные порталы государственных и муниципальных услуг юридически значимые сообщения направляются организацией федеральной почтовой связи регистрируемым письмом в порядке, установленном правилами оказания услуг почтовой связи. В случае отсутствия личного кабинета юридического лица или физического лица, в том числе индивидуального предпринимателя, на едином портале государственных и муниципальных услуг и региональных порталах государственных и муниципальных услуг, а также в случае, если юридически значимые сообщения не направлены на единый портал государственных и муниципальных услуг и региональные порталы государственных и муниципальных услуг в порядке, предусмотренном частью третьей настоящей статьи, организация федеральной почтовой связи с соблюдением требований статьи 15 настоящего Федерального закона осуществляет преобразование в регистрируемое письмо юридически значимых сообщений и осуществляет их доставку (вручение) в порядке, установленном правилами оказания услуг почтовой связи. Направление юридическим лицам и физическим лицам, в том числе 15 индивидуальным предпринимателям, на единый портал государственных и муниципальных услуг и региональные порталы государственных и муниципальных услуг юридически значимых сообщений, категории которых устанавливаются Правительством Российской Федерации, осуществляется организацией федеральной почтовой связи за плату, вносимую отправителем в размере, определяемом Правительством Российской Федерации, за исключением случаев направления юридически значимых сообщений, указанных в части восьмой настоящей статьи. Плата, устанавливаемая в соответствии с частью седьмой настоящей статьи, не взимается: за направление юридически значимых сообщений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Федерации в уставном капитале которых составляет более 50 процентов, при осуществлении ими функций в соответствии с законодательством Российской Федерации о государственной социальной помощи; 16 за направление юридически значимых сообщений государственными и муниципальными унитарными предприятиями, государственными и муниципальными учреждениями; за направление информации о размещенных (сформированных) в государственной информационной системе жилищно-коммунального хозяйства сообщениях, уведомлениях и документах; за направление гражданам или их уполномоченным представителям юридически значимых сообщений, а также информации о ходе и результатах оказания мер социальной защиты (поддержки); за направление платежных документов, сформированных с учетом положений части 2 статьи 155 Жилищного кодекса Российской Федерации. На едином портале государственных и муниципальных услуг федеральным органом исполнительной власти, осуществляющим управление деятельностью в области почтовой связи, обеспечивается создание сервиса, обеспечивающего возможность обмена посредством электронной почтовой системы юридически значимыми сообщениями, а также иными документами и сообщениями (далее — электронный почтовый ящик) юридических лиц, физических лиц, в том числе индивидуальных предпринимателей, зарегистрированных в федеральной государственной информационной системе «Единая система идентификации и 17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В целях использования электронного почтового ящика обеспечивается создание указанным лицам адресов электронной почты. Порядок и сроки создания электронных почтовых ящиков, приостановления к ним доступа и их удаления федеральным органом исполнительной власти, осуществляющим управление деятельностью в области почтовой связи, утверждаются Правительством Российской Федерации. В случае, если федеральными законами, иными нормативными правовыми актами или условиями сделки предусмотрено направление указанных в части девятой настоящей статьи юридически значимых сообщений юридическим лицам, физическим лицам, в том числе индивидуальным предпринимателям, с использованием инфраструктуры, обеспечивающей информационно-технологическое взаимодействие информационных — систем, используемых для предоставления государственных и муниципальных услуг в электронной форме, указанной в части 2 статьи 19 Федерального закона от 27 июля 2010 года № 210-ФЗ «Об организации предоставления государственных и муниципальных услуг», указанные юридически значимые сообщения должны также 18 направляться в электронный почтовый ящик юридического лица или физического лица, в том числе индивидуального предпринимателя, за исключением следующих случаев: федеральными законами, иными нормативными правовыми актами или условиями сделки предусмотрено направление таких юридически значимых сообщений с использованием многофункционального сервиса обмена информацией при условии, что юридические лица, физические лица, в том числе индивидуальные предприниматели, являются пользователями многофункционального сервиса обмена информацией; федеральными законами, иными нормативными правовыми актами или условиями сделки предусмотрено направление юридически значимых сообщений с использованием программного обеспечения, предназначенного для обеспечения электронного документооборота в соответствии с Налоговым кодексом Российской Федерации; условиями сделки предусмотрено направление юридически значимых сообщений иными способами, обеспечивающими фиксирование доставки юридически значимых сообщений, при условии согласия адресата на получение юридически значимых сообщений данным способом, выраженного в договоре или ином документе в письменной форме; направление юридически значимых сообщений органами 19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Федерации в уставном капитале которых составляет более 50 процентов, в том числе с использованием единой системы межведомственного электронного взаимодействия; направление юридически значимых сообщений 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2 мая 2006 года № 59-ФЗ «О порядке рассмотрения обращений граждан Российской Федерации» и Федеральным законом от 31 июля 2020 года № 248-ФЗ «О государственном контроле (надзоре) и муниципальном контроле в Российской Федерации»; направление юридически значимых сообщений при реализации Центральным банком Российской Федерации контрольных и надзорных функций, а также при рассмотрении Центральным банком Российской Федерации обращений граждан в соответствии с Федеральным законом от 10 июля 2002 года № 86-ФЗ «О Центральном банке Российской 20 Федерации (Банке России)». Юридически значимые сообщения, указанные в части девятой настоящей статьи, считаются доставленными в электронный почтовый ящик юридического лица или физического лица, в том числе индивидуального предпринимателя, в случае, если лицо осуществило вход в электронный почтовый ящик в течение семи дней со дня размещения в нем юридически значимых сообщений. В случае, если юридически значимые сообщения не доставлены в электронный почтовый ящик, организация федеральной почтовой связи с соблюдением требований статьи 15 настоящего Федерального закона осуществляет их доставку (вручение) адресату в порядке, установленном правилами оказания услуг почтовой связи. Юридическим лицам, физическим лицам, в том числе индивидуальным предпринимателям, обеспечивается возможность поиска адресатов в электронной почтовой системе, обмена посредством электронных почтовых ящиков юридически значимыми сообщениями, а также иными документами и сообщениями. Физические лица вправе определить круг лиц, от которых допускается получение юридически значимых сообщений, а также иных документов и сообщений посредством электронных почтовых ящиков, за исключением случаев получения физическими лицами юридически 21 значимых сообщений, направляемых органами и организациями, указанными в части третьей настоящей статьи. Размер, порядок и сроки взимания платы за использование электронного почтового ящика, порядок ее распределения, в том числе на обеспечение функционирования, развития электронной почтовой системы и обеспечение финансово-хозяйственной деятельности оператора электронной почтовой системы, устанавливаются Правительством Российской Федерации. Плата за использование электронного почтового ящика не взимается с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Указанная плата взимается федеральным органом исполнительной власти, осуществляющим управление деятельностью в области почтовой связи: в виде ежемесячной платы за использование электронного почтового ящика индивидуальными предпринимателями и юридическими лицами, за исключением государственных и муниципальных унитарных предприятий, государственных и муниципальных учреждений, юридических лиц, наделенных отдельными государственными или иными публичными полномочиями, а также Центрального банка Российской Федерации; в виде платы за направление сообщений посредством электронного почтового ящика физическими лицами, в том числе индивидуальными 22 предпринимателями, юридическими лицами, за — исключением юридических лиц, наделенных отдельными государственными или иными публичными полномочиями, а также Центрального банка Российской Федерации. В случае, если лицом, обязанным вносить плату за использование электронного почтового ящика в соответствии с частью четырнадцатой настоящей статьи, не внесена указанная плата, доступ такого лица к электронному почтовому ящику приостанавливается федеральным органом исполнительной власти, осуществляющим управление деятельностью в области почтовой связи, до момента внесения таким лицом указанной платы.»</w:t>
      </w:r>
    </w:p>
    <w:p>
      <w:r>
        <w:t>часть вторую статьи 33 после слов «почтовых шкафов опорных пунктов» дополнить словами «в неправомерном использовании абонентских почтовых шкафов и почтовых абонентских ящиков,»</w:t>
      </w:r>
    </w:p>
    <w:p>
      <w:r>
        <w:rPr>
          <w:b/>
        </w:rPr>
        <w:t>Статья 2</w:t>
      </w:r>
    </w:p>
    <w:p>
      <w:r>
        <w:t>Внести в статью 29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2007, № 45, ст. 5425; 2010, № 8, ст. 775; № 27, ст. 3432; 2011, № 27, ст. 3873; 2019, № 51, ст. 7486; 2022, 23 io № 16, ст. 2614; № 29, ст. 5259; 2023, № 32, ст. 6214; № 52, ст. 9515; 2024, io № 26, ст. 3553; № 33, ст. 4971; 2025, № 9, ст. 847; Ne 31, ст. 4631) следующие изменения</w:t>
      </w:r>
    </w:p>
    <w:p>
      <w:r>
        <w:t>дополнить новой частью четвертой следующего содержания: «Кредитная организация не имеет права взимать комиссионное вознаграждение за прием организациями федеральной почтовой связи платы за жилое помещение и коммунальные услуги, пеней за несвоевременное и (или) неполное внесение платы за жилое помещение и коммунальные услуги с использованием электронных средств платежа.»</w:t>
      </w:r>
    </w:p>
    <w:p>
      <w:r>
        <w:t>части четвертую — шестую считать соответственно частями пятой — седьмой</w:t>
      </w:r>
    </w:p>
    <w:p>
      <w:r>
        <w:t>часть седьмую считать частью восьмой и в ней слово «шестой» заменить словом «седьмой»</w:t>
      </w:r>
    </w:p>
    <w:p>
      <w:r>
        <w:t>часть восьмую считать частью девятой и в ней слова «шестой и седьмой» заменить словами «седьмой и восьмой»</w:t>
      </w:r>
    </w:p>
    <w:p>
      <w:r>
        <w:t>части девятую — пятнадцатую считать соответственно частями десятой — шестнадцатой</w:t>
      </w:r>
    </w:p>
    <w:p>
      <w:r>
        <w:t>часть шестнадцатую считать частью семнадцатой и в ней слово «пятнадцатой» заменить словом «шестнадцатой», слово «семнадцатой» заменить словом «восемнадцатой»</w:t>
      </w:r>
    </w:p>
    <w:p>
      <w:r>
        <w:t>часть семнадцатую считать частью восемнадцатой и в ней слово 24 «пятнадцатой» заменить словом «шестнадцатой»</w:t>
      </w:r>
    </w:p>
    <w:p>
      <w:r>
        <w:t>часть восемнадцатую считать частью девятнадцатой и в ней слово «пятнадцатой» заменить словом «шестнадцатой», слово «семнадцатой» заменить словом «восемнадцатой»</w:t>
      </w:r>
    </w:p>
    <w:p>
      <w:r>
        <w:t>часть девятнадцатую считать частью двадцатой и в ней слово «пятнадцатой» заменить словом «шестнадцатой», слово «восемнадцатой» заменить словом «девятнадцатой»</w:t>
      </w:r>
    </w:p>
    <w:p>
      <w:r>
        <w:t>часть двадцатую считать частью двадцать первой и в ней слова «тринадцатой, пятнадцатой — девятнадцатой» заменить словами «четырнадцатой, шестнадцатой — двадцатой»</w:t>
      </w:r>
    </w:p>
    <w:p>
      <w:r>
        <w:t>часть двадцать первую считать частью двадцать второй и в ней слова «тринадцатой, пятнадцатой — девятнадцатой» заменить словами «четырнадцатой, шестнадцатой — двадцатой»</w:t>
      </w:r>
    </w:p>
    <w:p>
      <w:r>
        <w:t>часть двадцать вторую считать частью двадцать третьей</w:t>
      </w:r>
    </w:p>
    <w:p>
      <w:r>
        <w:rPr>
          <w:b/>
        </w:rPr>
        <w:t>Статья 3</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 52, ст. 6428; 2010, № 31, ст. 4196; № 49, 25 ст. 6409; 2011, № 27, ст. 3880; № 30, ст. 4576; № 49, ст. 7061; 2012, № 31, ст. 4322; 2014, № 14, ст. 1551; № 19, ст. 2312; 2015, № 13, ст. 1811; № 27, ст. 4000, 4001; 2017, № 1, ст. 29; № 45, ст. 6586; 2018, № 32, ст. 5088; 2019, № 46, ст. 6423; № 48, ст. 6739; 2020, № 44, ст. 6892; 2021, № 22, ст. 3678; Ne 27, ст. 5182; 2022, № 1, ст. 15; № 13, ст. 1961; № 45, ст. 7672; 2023, № 1, ст. 16; № 16, ст. 2763; № 25, ст. 4438; № 45, ст. 7990; 2024, № 1, ст. 52; № 33, ст. 4983; № 53, ст. 8539) следующие изменения</w:t>
      </w:r>
    </w:p>
    <w:p>
      <w:r>
        <w:t>встатье 5: а) в подпункте «в'» пункта 1 слова «(при указании таких сведений в заявлении о государственной регистрации)» заменить словами «, создаваемый в соответствии со статьей 32! Федерального закона от 17 июля 1999 года № 176-ФЗ «О почтовой связи»</w:t>
      </w:r>
    </w:p>
    <w:p>
      <w:r>
        <w:t>в подпункте «д'» пункта 2 слова «(при указании таких сведений в заявлении о государственной регистрации)» заменить словами «, создаваемый в соответствии со статьей 32! Федерального закона от 17 июля 1999 года № 176-ФЗ «О почтовой связи»; в) в пункте 4: дополнить новым абзацем семнадцатым следующего содержания: «Сведения, предусмотренные подпунктом «в» пункта 1 и подпунктом «д» пункта 2 настоящей статьи, представляются в регистрирующий орган федеральным органом исполнительной власти, 26 осуществляющим управление деятельностью в области почтовой связи, в порядке, установленном Правительством Российской Федерации.»; абзацы семнадцатый — двадцать второй считать соответственно абзацами восемнадцатым — двадцать третьим</w:t>
      </w:r>
    </w:p>
    <w:p>
      <w:r>
        <w:t>в абзаце первом пункта 6 статьи 11 слова «указанного юридического лица при наличии таких сведений в едином государственном реестре юридических лиц» заменить словами «, указанному в подпункте «в» пункта 1 статьи 5 настоящего Федерального закона»</w:t>
      </w:r>
    </w:p>
    <w:p>
      <w:r>
        <w:t>в пункте 3' статьи 21 слова «такого юридического лица при наличии указанных сведений в едином государственном реестре юридических лиц» заменить словами «, указанному в подпункте «в» пункта 1 статьи 5 настоящего Федерального закона»</w:t>
      </w:r>
    </w:p>
    <w:p>
      <w:r>
        <w:rPr>
          <w:b/>
        </w:rPr>
        <w:t>Статья 4</w:t>
      </w:r>
    </w:p>
    <w:p>
      <w:r>
        <w:t>Внести в статью 1 Федерального закона от 30 июня 2003 года № 87-ФЗ «О транспортно-экспедиционной деятельности» (Собрание законодательства Российской Федерации, 2003, № 27, ст. 2701) следующие изменения</w:t>
      </w:r>
    </w:p>
    <w:p>
      <w:r>
        <w:t>пункт 2 дополнить словами «, а также при перевозке периодических печатных изданий»</w:t>
      </w:r>
    </w:p>
    <w:p>
      <w:r>
        <w:t>дополнить пунктом 3 следующего содержания: 27 «3. Порядок осуществления транспортно-экспедиционной деятельности при перевозке периодических печатных изданий определяется федеральным органом исполнительной — власти, осуществляющим функции по выработке и реализации государственной политики и нормативно-правовому регулированию в сфере средств массовой информации.»</w:t>
      </w:r>
    </w:p>
    <w:p>
      <w:r>
        <w:rPr>
          <w:b/>
        </w:rPr>
        <w:t>Статья 5</w:t>
      </w:r>
    </w:p>
    <w:p>
      <w:r>
        <w:t>Внести в Федеральный закон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2015, № 29, ст. 4383; 2016, № 15, ст. 2066; № 27, ст. 4213; № 28, ст. 4558; 2017, № 31, ст. 4742, 4794; № 50, ст. 7557; 2018, № 53, ст. 8453, 8455; 2019, № 18, ст. 2214; № 23, ст. 2914; 2021, № 1, ст. 27, 72, 74; № 24, ст. 4188; № 27, ст. 5147; 2022, № 1, ст. 34; № 29, ст. 5323; 2023, № 32, ст. 6205; 2024, № 33, ст. 4912, 4999; 2025, № 14, ст. 1574; № 23, ст. 2996; 2026, № 8, ст. 768; № 26, ст. 3464) следующие изменения</w:t>
      </w:r>
    </w:p>
    <w:p>
      <w:r>
        <w:t>пункт 2 статьи 28 изложить в следующей редакции: «2. Тарифы на услуги общедоступной электросвязи, универсальные услуги почтовой связи, предоставляемые отдельным категориям граждан, 28 определяемым Правительством Российской Федерации, а также органам и юридическим лицам, указанным в части первой статьи 29 Федерального закона от 17 июля 1999 года № 176-ФЗ «О почтовой связи», подлежат государственному регулированию в соответствии с законодательством Российской Федерации о естественных монополиях. Перечень услуг общедоступной электросвязи, универсальных услуг почтовой связи, которые предоставляются отдельным категориям граждан, определяемым Правительством Российской Федерации, а также органам и юридическим лицам, указанным в части первой статьи 29 Федерального закона от 17 июля 1999 года № 176-ФЗ «О почтовой связи», и тарифы на которые регулируются государством, а также порядок их регулирования устанавливается Правительством Российской Федерации.»</w:t>
      </w:r>
    </w:p>
    <w:p>
      <w:r>
        <w:t>статью 46 дополнить пунктом 14! следующего содержания: «14. 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содержащего информацию, передаваемую организацией федеральной почтовой связи посредством единого портала государственных и муниципальных услуг:</w:t>
      </w:r>
    </w:p>
    <w:p>
      <w:r>
        <w:t>о поступлении физическому лицу или юридическому лицу почтового отправления, почтового перевода денежных средств; 29 2) о совершении физическим лицом или юридическим лицом, являющимися пользователями услуг почтовой связи, значимых действий, перечень которых утверждается Правительством Российской Федерации.»</w:t>
      </w:r>
    </w:p>
    <w:p>
      <w:r>
        <w:rPr>
          <w:b/>
        </w:rPr>
        <w:t>Статья 6</w:t>
      </w:r>
    </w:p>
    <w:p>
      <w:r>
        <w:t>Внести в Жилищный кодекс Российской Федерации (Собрание законодательства Российской Федерации, 2005, № 1, ст. 14; 2008, № 30, ст. 3616; 2009, № 23, ст. 2776; 2010, № 31, ст. 4206; 2011, № 23, ст. 3263; 2012, № 53, ст. 7596; 2013, № 14, ст. 1646; № 52, ст. 6982; 2014, № 30, ст. 4218, 4256, 4264; 2015, № 1, ст. 11; № 27, ст. 3967; № 45, ст. 6208; 2016, Ne 27, ст. 4288, 4305; 2017, № 1, ст. 39; № 31, ст. 4806; 2018, № 1, ст. 69; № 15, ст. 2030; 2019, № 4, ст. 281; № 30, ст. 4116; № 49, ст. 6950; 2023, № 32, ст. 6165; № 49, ст. 8678; № 52, ст. 9515; 2024, № 18, ст. 2397; № 33, ст. 4928, 4934; 2025, № 26, ст. 3507) следующие изменения: 1) встатье 155: а) в пункте 1 части 2 слова «платежных документов (в том числе платежных документов в электронной форме, размещенных в системе), представленных» заменить словами «платежных документов в электронной форме либо на бумажном носителе, представленных»; 6) дополнить частями 2* — 2" следующего содержания: «2“. Платежный документ в электронной форме доставляется в личный кабинет лица, обязанного вносить плату за жилое помещение 30 и коммунальные услуги, на едином портале государственных и муниципальных услуг оператором системы посредством взаимодействия системы и единого портала государственных и муниципальных услуг при соблюдении следующих условий: 1) указанное лицо выразило на едином портале государственных и муниципальных услуг согласие на получение платежных документов в электронной форме посредством такого портала или отказ от указанного получения; 2) указанное лицо не относится к определенным Правительством Российской Федерации отдельным категориям лиц, которым платежный документ доставляется на бумажном носителе, за исключением случаев, если такими лицами в порядке, установленном Правительством Российской Федерации, выражено согласие на представление им платежных документов в электронной форме; 3) иных условий, определенных Правительством Российской Федерации, в том числе предусматривающих уведомление лица, обязанного вносить плату за жилое помещение и коммунальные услуги, а также учитывающих волеизъявление такого лица.</w:t>
      </w:r>
    </w:p>
    <w:p>
      <w:r>
        <w:rPr>
          <w:b/>
        </w:rPr>
        <w:t xml:space="preserve">25. </w:t>
      </w:r>
      <w:r>
        <w:t>Платежный документ в электронной форме, доставленный в порядке, предусмотренном частью 2“ настоящей статьи, считается представленным надлежащим образом. Представление платежного документа на бумажном носителе в таком случае не требуется. Платежный 31 документ в электронной форме считается полученным лицом, обязанным вносить плату за жилое помещение и коммунальные услуги, в день, следующий за днем размещения такого платежного документа в личном кабинете на едином портале государственных и муниципальных услуг, при условии подтверждения информации о его доставке в автоматизированном режиме. Управляющая организация, товарищество собственников жилья либо жилищный кооператив или иной — специализированный потребительский кооператив, — ресурсоснабжающая — организация, региональный оператор по обращению с твердыми коммунальными отходами, региональный оператор,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а также их представители вправе дополнительно к способу, предусмотренному частью 2“ настоящей статьи, размещать платежные документы в личных кабинетах лиц, обязанных вносить плату за жилое помещение и коммунальные услуги, на официальных сайтах в информационно-телекоммуникационной сети «Интернет» или информационных системах таких организаций. 2°. В целях обеспечения гарантированного и своевременного представления лицам, обязанным вносить плату за жилое помещение 32 и коммунальные услуги, платежных документов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региональный — оператор,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обеспечивают размещение платежных документов в электронной форме в системе в целях их доставки в порядке, предусмотренном частью 2“ настоящей статьи, на основании возмездного договора, заключаемого с оператором системы. Порядок и условия оказания оператором системы услуг по доставке платежных документов в электронной форме на единый портал государственных и муниципальных услуг (далее — услуги по доставке платежных документов в электронной форме), типовая форма договора, заключаемого оператором системы с лицами, указанными в настоящей части, а также случаи, в которых услуги по доставке платежных документов в электронной форме считаются оказанными, устанавливаются Правительством Российской Федерации. Размер платы за оказание услуг по доставке платежных документов в электронной форме утверждается 33 Правительством Российской Федерации и не может быть установлен ниже уровня, рассчитанного с учетом текущих расходов оператора системы на создание, эксплуатацию и модернизацию системы, в том числе расходов, указанных в части 27 настоящей статьи, а также прибыли, рассчитанной исходя из принципа возмещения оператору системы ранее понесенных расходов на создание, эксплуатацию и модернизацию системы с учетом финансовой оценки этих расходов</w:t>
      </w:r>
    </w:p>
    <w:p>
      <w:r>
        <w:rPr>
          <w:b/>
        </w:rPr>
        <w:t xml:space="preserve">27. </w:t>
      </w:r>
      <w:r>
        <w:t>Оператор системы вносит плату за использование инфраструктуры, обеспечивающей =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связи с доставкой платежных документов в электронной форме на единый портал государственных и муниципальных услуг. Порядок взимания и размер такой платы определяются Правительством Российской Федерации в соответствии с частью 5 статьи 19 Федерального закона от 27 июля 2010 года № 210-ФЗ «Об организации предоставления государственных и муниципальных услуг». Средства от такой платы направляются в порядке и размере, которые определены Правительством Российской Федерации, на обеспечение финансово-хозяйственной деятельности организации федеральной почтовой связи</w:t>
      </w:r>
    </w:p>
    <w:p>
      <w:r>
        <w:rPr>
          <w:b/>
        </w:rPr>
        <w:t xml:space="preserve">28. </w:t>
      </w:r>
      <w:r>
        <w:t>Управляющая организация, товарищество собственников жилья 34 либо жилищный кооператив или иной — специализированный потребительский кооператив, ресурсоснабжающая организация, региональный оператор по обращению с твердыми коммунальными отходами, региональный оператор,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направляют платежный документ на бумажном носителе с привлечением операторов почтовой связи при несоблюдении условий, указанных в части 2‘ настоящей статьи. 2°. Порядок и условия привлечения операторов почтовой связи, порядок и условия доставки платежных документов на бумажном носителе устанавливаются Правительством Российской Федерации. Размер платы за указанные услуги утверждается Правительством Российской Федерации</w:t>
      </w:r>
    </w:p>
    <w:p>
      <w:r>
        <w:rPr>
          <w:b/>
        </w:rPr>
        <w:t xml:space="preserve">2. </w:t>
      </w:r>
      <w:r>
        <w:t>Особенности направления платежных документов собственникам и пользователям помещений в многоквартирных домах, жилых домов, расположенных на территории субъекта Российской Федерации, осуществляющего функции столицы Российской Федерации, определяются нормативным правовым актом указанного субъекта Российской Федерации, предусматривающим в том числе направление 35 платежных документов в форме электронного документа в личный кабинет лица, обязанного вносить плату за жилое помещение и коммунальные услуги, на едином портале государственных и муниципальных услуг.»; в) часть 5 изложить в следующей редакции: «5. Члены товарищества собственников жилья либо жилищного кооператива или иного специализированного —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с учетом положений частей 2 и 2‘ — 2! настоящей статьи и уплачивают взносы на капитальный ремонт в соответствии со статьей 171 настоящего Кодекса.»;</w:t>
      </w:r>
    </w:p>
    <w:p>
      <w:r>
        <w:rPr>
          <w:b/>
        </w:rPr>
        <w:t xml:space="preserve">2. </w:t>
      </w:r>
      <w:r>
        <w:t>в статье 171:</w:t>
      </w:r>
    </w:p>
    <w:p>
      <w:r>
        <w:rPr>
          <w:b/>
        </w:rPr>
        <w:t xml:space="preserve">2. </w:t>
      </w:r>
      <w:r>
        <w:t>в части 3! статьи 175 первое предложение изложить в следующей редакции: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37 уполномоченного на оказание услуг по представлению платежных документов на уплату взносов на капитальный ремонт на специальный счет, об определении порядка представления платежных документов с учетом положений частей 2 и 24 — 2 статьи 155 настоящего Кодекса, о размере расходов, связанных с представлением платежных документов, и 06 определении условий оплаты этих услуг.»</w:t>
      </w:r>
    </w:p>
    <w:p>
      <w:r>
        <w:rPr>
          <w:b/>
        </w:rPr>
        <w:t xml:space="preserve">2. </w:t>
      </w:r>
      <w:r>
        <w:t>пункт 9 части 2 статьи 182 изложить в следующей редакции: «9)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в порядке, предусмотренном частями 2 и 2*— 2" статьи 155 настоящего Кодекса;»</w:t>
      </w:r>
    </w:p>
    <w:p>
      <w:r>
        <w:rPr>
          <w:b/>
        </w:rPr>
        <w:t xml:space="preserve">2. </w:t>
      </w:r>
      <w:r>
        <w:t>часть 1 после слов «представленных региональным оператором» дополнить словами «в порядке, предусмотренном частями 2 u 2'—2" статьи 155 настоящего Кодекса»</w:t>
      </w:r>
    </w:p>
    <w:p>
      <w:r>
        <w:rPr>
          <w:b/>
        </w:rPr>
        <w:t xml:space="preserve">2. </w:t>
      </w:r>
      <w:r>
        <w:t>в части 2 слова «частью 2» заменить словами «частями 2 и2* 20»</w:t>
      </w:r>
    </w:p>
    <w:p>
      <w:r>
        <w:rPr>
          <w:b/>
        </w:rPr>
        <w:t xml:space="preserve">2. </w:t>
      </w:r>
      <w:r>
        <w:t>часть 3 изложить в следующей редакции: «3. Собственники нежилых помещений уплачивают взносы на капитальный ремонт Ha основании платежных — документов, представляемых лицами, уполномоченными в соответствии Cc 36 требованиями частей | и 2 настоящей статьи, в порядке, предусмотренном Ю статьи 155 настоящего Кодекса. Указанные лица частями 2и 2*-2 вправе представить платежный документ, содержащий расчет размера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
        <w:rPr>
          <w:b/>
        </w:rPr>
        <w:t>Статья 7</w:t>
      </w:r>
    </w:p>
    <w:p>
      <w:r>
        <w:t>Часть 10° статьи 5 Федерального закона от 13 марта 2006 года № 38-ФЗ «О рекламе» (Собрание законодательства Российской Федерации, 2006, № 12, ст. 1232; № 52, ст. 5497; 2007, № 16, ст. 1828; 2011, № 30, ст. 4566, 4600; 2013, № 27, ст. 3477; № 30, ст. 4033; № 48, ст. 6165; № 52, ст. 6981; 2016, № 27, ст. 4214; 2018, № 15, ст. 2032; 2019, № 18, ст. 2217; 2020, № З1, ст. 5062; № 50, ст. 8060; 2021, № 27, ст. 5175; 2022, № 50, ст. 8772; 2023, № 18, ст. 3255; 2024, № 12, ст. 1566; № 33, ст. 4999; № 48, ст. 7218; 2025, № 15, ст. 1798; № 31, ст. 4686) изложить в следующей редакции: 38 «103. 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указанных платежных документов. Положения настоящей части не распространяются на социальную рекламу и справочно-информационные сведения, а также на рекламу, размещенную на платежных документах для внесения платы за жилое помещение и коммунальные услуги, доставляемых организацией федеральной почтовой связи. Организация федеральной почтовой связи выступает рекламораспространителем такой рекламы. Реклама, размещаемая на указанных платежных документах, не должна накладываться на информацию или совмещаться с информацией, обязательной к размещению на них в соответствии с жилищным законодательством Российской Федерации, а также занимать более одной трети площади указанного платежного документа.».</w:t>
      </w:r>
    </w:p>
    <w:p>
      <w:r>
        <w:rPr>
          <w:b/>
        </w:rPr>
        <w:t>Статья 8</w:t>
      </w:r>
    </w:p>
    <w:p>
      <w:r>
        <w:t>Часть 16 статьи 4 Федерального закона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2011, № 27, ст. 3873; 2014, № 19, ст. 2315; 2016, № 27, ст. 4223; 2018, № 17, ст. 2429; 2019, № 52, ст. 7831; 2023, № 29, ст. 5305, 5316; № 52, ст. 9515) дополнить пунктом 2! 39 следующего содержания: «2') зачисление платежей физических лиц, принимаемых организациями федеральной почтовой связи в соответствии с Федеральным законом от 17 июля 1999 года № 176-ФЗ «О почтовой связи»;».</w:t>
      </w:r>
    </w:p>
    <w:p>
      <w:r>
        <w:rPr>
          <w:b/>
        </w:rPr>
        <w:t>Статья 9</w:t>
      </w:r>
    </w:p>
    <w:p>
      <w:r>
        <w:t>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дополнить статьей 10! следующего содержания: «Статья 10'. Участие организаций федеральной почтовой связи в предоставлении государственных и муниципальных услуг 1. Организации федеральной почтовой связи обеспечивают по выбору заявителей или их уполномоченных представителей при предоставлении им государственных и муниципальных услуг, перечень которых определен Правительством Российской Федерации, оказание за плату следующих услуг: 1) прием у заявителей или их уполномоченных представителей заявлений о предоставлении государственных и муниципальных услуг и доставка таких заявлений адресатам; 2) доставка и вручение результатов предоставления 40 государственных и муниципальных услуг заявителям или их уполномоченным представителям либо в выбранные ими отделения почтовой связи организаций федеральной почтовой связи.</w:t>
      </w:r>
    </w:p>
    <w:p>
      <w:r>
        <w:rPr>
          <w:b/>
        </w:rPr>
        <w:t xml:space="preserve">2. </w:t>
      </w:r>
      <w:r>
        <w:t>Средства от получаемой платы, указанной в части 1 настоящей статьи, направляются Ha обеспечение финансово-хозяйственной деятельности организаций федеральной почтовой связи, а в случае участия многофункциональных центров в оказании услуг, предусмотренных частью 1 настоящей статьи, также на обеспечение деятельности таких многофункциональных центров в порядке и размерах, которые определены Правительством Российской Федерации</w:t>
      </w:r>
    </w:p>
    <w:p>
      <w:r>
        <w:rPr>
          <w:b/>
        </w:rPr>
        <w:t xml:space="preserve">3. </w:t>
      </w:r>
      <w:r>
        <w:t>Порядок предоставления организациями федеральной почтовой связи услуг, предусмотренных частью 1 настоящей статьи, устанавливается Правительством Российской Федерации</w:t>
      </w:r>
    </w:p>
    <w:p>
      <w:r>
        <w:rPr>
          <w:b/>
        </w:rPr>
        <w:t xml:space="preserve">4. </w:t>
      </w:r>
      <w:r>
        <w:t>Участие многофункциональных центров в оказании услуг, предусмотренных частью 1 настоящей статьи, осуществляется при наличии соглашения о взаимодействии с организацией федеральной почтовой связи и в пределах функций многофункциональных центров, предусмотренных статьей 16 настоящего Федерального закона.»</w:t>
      </w:r>
    </w:p>
    <w:p>
      <w:r>
        <w:rPr>
          <w:b/>
        </w:rPr>
        <w:t>Статья 10</w:t>
      </w:r>
    </w:p>
    <w:p>
      <w:r>
        <w:t>Внести в Федеральный закон от 21 июля 2014 года № 209-ФЗ «О государственной информационной системе жилищно-коммунального 41 хозяйства» (Собрание законодательства Российской Федерации, 2014, № 30, ст. 4210; 2018, № 1, ст. 69; 2019, № 52, ст. 7841; 2021, № 9, ст. 1467; № 18, ст. 3065; № 24, ст. 4232; 2022, № 1, ст. 5; 2023, № 1, ст. 16; 2025, № 26, ст. 3507, 3510; 2026, № 8, ст. 758) следующие изменения</w:t>
      </w:r>
    </w:p>
    <w:p>
      <w:r>
        <w:t>пункт 9 статьи 4 после слов «Российской Федерации» дополнить словами «за исключением случаев, предусмотренных законодательством Российской Федерации,»</w:t>
      </w:r>
    </w:p>
    <w:p>
      <w:r>
        <w:t>часть 4 статьи 7 дополнить словами «, а также иных источников финансирования в соответствии с законодательством Российской Федерации»</w:t>
      </w:r>
    </w:p>
    <w:p>
      <w:r>
        <w:rPr>
          <w:b/>
        </w:rPr>
        <w:t>Статья 11</w:t>
      </w:r>
    </w:p>
    <w:p>
      <w:r>
        <w:rPr>
          <w:b/>
        </w:rPr>
        <w:t xml:space="preserve">1. </w:t>
      </w:r>
      <w:r>
        <w:t>Настоящий Федеральный закон вступает в силу с 1 марта 2027 года, за исключением положений, для которых настоящей статьей установлены иные сроки вступления их в силу</w:t>
      </w:r>
    </w:p>
    <w:p>
      <w:r>
        <w:rPr>
          <w:b/>
        </w:rPr>
        <w:t xml:space="preserve">2. </w:t>
      </w:r>
      <w:r>
        <w:t>Пункт 1 статьи 4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Подпункты «в» и «г» пункта 5 статьи 1 настоящего Федерального закона вступают в силу с 1 января 2027 года. 42 4. Абзацы двадцать первый — тридцать пятый пункта 9 статьи 1, пункт 2 статьи 4, статьи 6 и 10 настоящего Федерального закона вступают в силу с 1 сентября 2027 года</w:t>
      </w:r>
    </w:p>
    <w:p>
      <w:r>
        <w:rPr>
          <w:b/>
        </w:rPr>
        <w:t xml:space="preserve">5. </w:t>
      </w:r>
      <w:r>
        <w:t>Положения части шестой статьи 18 Федерального закона от 17 июля 1999 года № 176-ФЗ «О почтовой связи» применяются с | марта 2027 года</w:t>
      </w:r>
    </w:p>
    <w:p>
      <w:r>
        <w:rPr>
          <w:b/>
        </w:rPr>
        <w:t xml:space="preserve">6. </w:t>
      </w:r>
      <w:r>
        <w:t>Действие положений пункта 1 части 2, частей 2* — 26 и 5 статьи 155, частей 1 — 3 статьи 171, части 3! статьи 175, пункта 9 части 2 статьи 182 Жилищного кодекса Российской Федерации (в редакции настоящего Федерального закона) распространяется на отношения по представлению платежных документов для внесения платы за жилое помещение и коммунальные услуги и уплаты взносов на капитальный ремонт, возникшие из договоров управления многоквартирным домом, договоров, содержащих положения о предоставлении коммунальных услуг, договоров на оказание услуг по обращению с твердыми коммунальными отходами, заключенных до дня вступления в силу настоящего Федерального закона, а также из решений общих собраний собственников помещений в многоквартирном доме, общих собраний членов товариществ собственников жилья, жилищных, жилищно- строительных или иных специализированных — потребительских кооперативов, принятых до дня вступления в силу настоящего 43 Федерального закона, в части прав и обязанностей, которые возникнут после дня вступления в силу настоящего Федерального закона. ской Федерации В.Путин № 271-ФЗ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