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2013, № 51, ст. 6699; 2015, № 1, ст. 10; № 13, ст. 1811; 2016, № 27, ст. 4293; 2018, № 22, ст. 3043; 2019, № 52, ст. 7798; 2021, № 27, ст. 5095; 2022, № 29, ст. 5306; 2024, № 33, ст. 4918, 4947) следующие изменения: [Ци 2 100088 68750 1 2 1) часть вторую статьи 34? дополнить пунктом 4' следующего содержания: «4') сведения о включении физических лиц в список лиц, в отношении которых применяются временные ограничительные меры, и об исключении из него;»;</w:t>
      </w:r>
    </w:p>
    <w:p>
      <w:r>
        <w:t>часть первую статьи 47 дополнить предложением следующего содержания: «Нотариус не вправе совершать нотариальные действия в интересах физического лица, включенного в список лиц, в отношении которых применяются временные ограничительные меры, за исключением случаев, предусмотренных законом.»</w:t>
      </w:r>
    </w:p>
    <w:p>
      <w:r>
        <w:t>часть первую статьи 48 дополнить абзацем двенадцатым следующего содержания: «с просьбой о совершении нотариального действия обратился гражданин, включенный в список лиц, в отношении которых применяются временные ограничительные меры.»</w:t>
      </w:r>
    </w:p>
    <w:p>
      <w:r>
        <w:rPr>
          <w:b/>
        </w:rPr>
        <w:t>Статья 2</w:t>
      </w:r>
    </w:p>
    <w:p>
      <w:r>
        <w:t>Статью 28 Федерального закона от 10 декабря 1995 года № 196-ФЗ «О безопасности дорожного движения» (Собрание законодательства Российской Федерации, 1995, № 50, ст. 4873; 2013, № 30, ст. 4029; № 52, ст. 7002; 2015, № 48, ст. 6706; 2023, № 16, ст. 2764; 2025, № 28, ст. 3840) дополнить пунктом 2 следующего содержания: 3 «23. В случае наличия сведений о включении физического лица в список лиц, в отношении которых применяются временные ограничительные меры, в отношении физического лица право на управление транспортными средствами ограничивается до исключения данного физического лица из указанного списка.».</w:t>
      </w:r>
    </w:p>
    <w:p>
      <w:r>
        <w:rPr>
          <w:b/>
        </w:rPr>
        <w:t>Статья 3</w:t>
      </w:r>
    </w:p>
    <w:p>
      <w:r>
        <w:t>Абзац второй пункта 1 статьи 11 Федерального закона от 15 ноября 1997 года № 143-ФЗ «Об актах гражданского состояния» (Собрание законодательства Российской Федерации, 1997, № 47, ст. 5340; 2006, № 1, ст: 10; 2024, № 33, ст. 4928) дополнить словами «и иным нормативным правовым актам».</w:t>
      </w:r>
    </w:p>
    <w:p>
      <w:r>
        <w:rPr>
          <w:b/>
        </w:rPr>
        <w:t>Статья 4</w:t>
      </w:r>
    </w:p>
    <w:p>
      <w:r>
        <w:t>Пункт 4 статьи 22' Федерального закона от 8 августа 2001 года № 129-ФЗ «О государственной регистрации юридических лиц и индивидуальных предпринимателей» (Собрание — законодательства Российской Федерации, 2001, № 33, ст. 3431; 2003, № 26, ст. 2565; 2008, № 30, ст. 3616; 2010, № 52, ст. 7002; 2011, № 27, ст. 3880; 2012, № 14, ст. 1553; 2015, № 1, ст. 42; № 27, ст. 4000; № 29, ст. 4363; 2019, № 46, ст. 6423; 2022, № 24, ст. 3916; 2023, № 45, ст. 7990; 2024, № 33, ст. 4956) дополнить абзацем шестым следующего содержания: 4 «Не допускается государственная регистрация в качестве индивидуального предпринимателя физического лица, включенного в список лиц, в отношении которых применяются временные ограничительные меры.».</w:t>
      </w:r>
    </w:p>
    <w:p>
      <w:r>
        <w:rPr>
          <w:b/>
        </w:rPr>
        <w:t>Статья 5</w:t>
      </w:r>
    </w:p>
    <w:p>
      <w:r>
        <w:t>Статью 102 Гражданского процессуального кодекса Российской Федерации (Собрание законодательства Российской Федерации, 2002, № 46, ст. 4532) дополнить частью третьей следующего содержания: «3. В случае удовлетворения иска о возмещении имущественного ущерба, возникшего в результате применения к ответчику предусмотренных федеральным законом временных ограничительных мер, понесенные истцом судебные расходы возмещаются за счет замороженных (блокированных) денежных средств или иного имущества, принадлежащих ответчику, либо денежных средств, находящихся на специальном рублевом счете ответчика, открытом в соответствии с федеральным законом.».</w:t>
      </w:r>
    </w:p>
    <w:p>
      <w:r>
        <w:rPr>
          <w:b/>
        </w:rPr>
        <w:t>Статья 6</w:t>
      </w:r>
    </w:p>
    <w:p>
      <w:r>
        <w:t>Статью 16 Федерального закона от 5 июля 2010 года № 154-ФЗ «Консульский устав Российской Федерации» (Собрание законодательства Российской Федерации, 2010, № 28, ст. 3554; 2022, № 50, ст. 8781; 2025, № 28, ст. 3851) дополнить частью 9 следующего содержания: «9. При поступлении в консульское учреждение, консульский отдел дипломатического представительства Российской Федерации сведений о включении физического лица в список лиц, в отношении которых применяются временные ограничительные меры, в отношении такого физического лица или по его обращению не осуществляются консульские действия, предусмотренные пунктами 3 - 5 части | статьи 18, частью 2 статьи 20, статьями 21, 22, пунктом 1 (в части государственной регистрации заключения брака, перемены имени), пунктом 2 статьи 25, пунктами | - 4, 6 - 11, 13 части 1 статьи 26, статьями 27, 28 настоящего Федерального закона.».</w:t>
      </w:r>
    </w:p>
    <w:p>
      <w:r>
        <w:rPr>
          <w:b/>
        </w:rPr>
        <w:t>Статья 7</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29, ст. 4291; № 49, ст. 7061; 2012, № 31, ст. 4322; 2014, № 30, ст. 4264; 2018, № 1, ст. 63; № 17, ст. 2427; № 31, ст. 4858; 2021, № 1, ст. 48; 2023, № 32, ст. 6129; 2025, № 31, ст. 4658) следующие изменения</w:t>
      </w:r>
    </w:p>
    <w:p>
      <w:r>
        <w:t>в пункте 2 части 1 статьи 10 слово «услуг;» заменить словами «услуг.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с 6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меры, не допускается;»</w:t>
      </w:r>
    </w:p>
    <w:p>
      <w:r>
        <w:t>статью 21 дополнить частью 10 следующего содержания: «10. В случае наличия на едином портале государственных и муниципальных услуг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государственных и муниципальных услуг в электронной форме.&gt;»</w:t>
      </w:r>
    </w:p>
    <w:p>
      <w:r>
        <w:rPr>
          <w:b/>
        </w:rPr>
        <w:t>Статья 8</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2019, № 25, ст. 3168; № 52, ст. 7796; 2021, № 24, ст. 4188; 2024, № 1, ст. 56; № 33, ст. 5006; 2025, № 31, ст. 4658) следующие изменения</w:t>
      </w:r>
    </w:p>
    <w:p>
      <w:r>
        <w:t>часть 2 статьи 14 дополнить предложением следующего содержания: «Решение об отказе в предоставлении лицензии принимается лицензирующим органом в случае нахождения соискателя лицензии в списке лиц, в отношении которых применяются временные ограничительные меры.»</w:t>
      </w:r>
    </w:p>
    <w:p>
      <w:r>
        <w:t>в статье 20: а) часть 1 дополнить пунктом 7 следующего содержания: «Т) внесение лицензиата в список лиц, в отношении которых применяются временные ограничительные меры.»</w:t>
      </w:r>
    </w:p>
    <w:p>
      <w:r>
        <w:t>дополнить частью 7* следующего содержания: «т. Действие лицензии, приостановленное в — случае, предусмотренном пунктом 7 части | настоящей статьи, возобновляется по решению лицензирующего органа со дня, следующего за днем поступления сведений об исключении лицензиата из списка лиц, в отношении которых применяются временные ограничительные меры.»</w:t>
      </w:r>
    </w:p>
    <w:p>
      <w:r>
        <w:rPr>
          <w:b/>
        </w:rPr>
        <w:t>Статья 9</w:t>
      </w:r>
    </w:p>
    <w:p>
      <w:r>
        <w:t>Статью 25 Федерального закона от 13 июля 2015 года № 218-ФЗ «О государственной регистрации недвижимости» (Собрание законодательства Российской Федерации, 2015, № 29, ст. 4344; 2017, № 27, ст. 3938; 2019, № З1, ст. 4445; 2021, № 18, ст. 3064; 2022, № 27, ст. 4586; № 50, ст. 8801; 2023, № 25, ст. 4437; 2024, № 31, ст. 4467; № 53, ст. 8497) дополнить пунктом 9 следующего содержания: «9) сведения о физическом лице внесены в список лиц, в отношении которых применяются временные ограничительные меры, в соответствии с Федеральным законом «О временных ограничительных мерах в отношении лиц, находящихся за пределами Российской Федерации и уклоняющихся от исполнения наказания».».</w:t>
      </w:r>
    </w:p>
    <w:p>
      <w:r>
        <w:rPr>
          <w:b/>
        </w:rPr>
        <w:t>Статья 10</w:t>
      </w:r>
    </w:p>
    <w:p>
      <w:r>
        <w:t>Часть 5 статьи 20 Федерального закона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5076; 2019, № 31, ст. 4415; 2023, № 16, ст. 2764; 2024, № 29, ст. 4103) дополнить пунктом 10 следующего содержания: «10) наличие сведений о включении физического лица в список лиц, в отношении которых применяются временные ограничительные меры.».</w:t>
      </w:r>
    </w:p>
    <w:p>
      <w:r>
        <w:rPr>
          <w:b/>
        </w:rPr>
        <w:t>Статья 11</w:t>
      </w:r>
    </w:p>
    <w:p>
      <w:r>
        <w:t>Часть 7 статьи 5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2022, № 27, ст. 4607; № 48, ст. 8310; 2023, № 1, ст. 12) после слов «у налогового органа,» дополнить словами «при наличии в налоговом 9 органе сведений о включении физического лица в список лиц, в отношении которых применяются временные ограничительные меры,».</w:t>
      </w:r>
    </w:p>
    <w:p>
      <w:r>
        <w:rPr>
          <w:b/>
        </w:rPr>
        <w:t>Статья 12</w:t>
      </w:r>
    </w:p>
    <w:p>
      <w:r>
        <w:t>Настоящий Федеральный закон вступает в силу со дня его официального опубликования. КАНЦЕПЯРИЯ |=} ks Шрезидент ской Федерации В.Путин № 285-ФЗ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