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169 Семейного кодекса Российской Федерации"</w:t>
      </w:r>
    </w:p>
    <w:p>
      <w:r>
        <w:rPr>
          <w:b/>
        </w:rPr>
        <w:t>Статья 1</w:t>
      </w:r>
    </w:p>
    <w:p>
      <w:r>
        <w:t>Внести в статью 169 Семейного кодекса Российской Федерации (Собрание законодательства Российской Федерации, 1996, № 1, ст. 16; 2019, № 12, ст. 1225) изменение, дополнив ее пунктом 9 следующего содержания: «9. Правила, установленные пунктом 2 статьи 48, абзацем первым пункта 4 статьи 51 и пунктами 2 и 3 статьи 58 настоящего Кодекса, применяются в случае, предусмотренном пунктом 5 статьи 21 Федерального закона от 12 января 1995 года № 5-ФЗ «О ветеранах», если биологический материал супруга матери ребенка после гибели (смерти) Hin 2 100088 68745 7 супруга матери ребенка был использован в целях применения вспомогательных репродуктивных технологий, в результате применения которых наступила беременность, с учетом особенностей, установленных настоящим пунктом. Отцовство супруга матери ребенка удостоверяется записью об их браке, нотариально удостоверенным согласием супруга матери ребенка на то, чтобы быть записанным отцом ребенка, рожденного в результате применения вспомогательных репродуктивных технологий после гибели (смерти) супруга матери ребенка, а также документом, выданным медицинской организацией, осуществлявшей применение вспомогательных репродуктивных технологий, и подтверждающим использование биологического материала супруга матери ребенка при применении вспомогательных репродуктивных технологий, в результате применения которых наступила беременность в пределах срока, установленного пунктом 5 статьи 21 Федерального закона от 12 января 1995 года № 5-ФЗ «О ветеранах». Выбор отцом имени и фамилии ребенка подтверждается нотариально удостоверенным согласием супруга матери ребенка на присвоение ребенку имени и фамилии либо на присвоение ребенку имени и фамилии по выбору матери ребенка.».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декабря 2026 года. В.Путин № 286-ФЗ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