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электронной подписи»"</w:t>
      </w:r>
    </w:p>
    <w:p>
      <w:r>
        <w:rPr>
          <w:b/>
        </w:rPr>
        <w:t>Статья 1</w:t>
      </w:r>
    </w:p>
    <w:p>
      <w:r>
        <w:t>Внести в Федеральный закон от 6 апреля 2011 года № 63-ФЗ «Об электронной подписи» (Собрание законодательства Российской Федерации, 2011, № 15, ст. 2036; 2014, № 11, ст. 1098; № 26, ст. 3390; 2016, Ne 1, ст. 65; 2019, № 52, ст. 7794; 2020, № 24, ст. 3755; 2021, № 9, ст. 1467; № 27, ст. 5187; 2022, № 29, ст. 5306; № 52, ст. 9366; 2023, № 1, ст. 16; № 32, ст. 6189; 2024, № 53, ст. 8531; 2025, № 17, ст. 2123; 2026, № 26, ст. 3464) следующие изменения</w:t>
      </w:r>
    </w:p>
    <w:p>
      <w:r>
        <w:t>пункт 16 статьи 2 после слов «некоммерческая организация,» дополнить словами «международная (межправительственная) организация „№. 100088 69054 9 2 1000! (в том числе филиал или представительство международной (межправительственной) организации)»</w:t>
      </w:r>
    </w:p>
    <w:p>
      <w:r>
        <w:t>часть 4 статьи 13 дополнить словами «, за исключением случаев, установленных частью 6! статьи 15 настоящего Федерального закона»</w:t>
      </w:r>
    </w:p>
    <w:p>
      <w:r>
        <w:t>в статье 14: а) пункт 2 части 2 изложить в следующей редакции: «2) фамилия и (или) имя, отчество (если имеется) - для физических лиц, наименование, адрес на территории Российской Федерации и (или) место нахождения за пределами территории Российской Федерации - для юридических лиц, международных (межправительственных) организаций и государственных органов, включенных в перечень, предусмотренный частью 6 статьи 8 настоящего Федерального закона, и иная информация, позволяющая идентифицировать владельца сертификата ключа проверки электронной подписи;»</w:t>
      </w:r>
    </w:p>
    <w:p>
      <w:r>
        <w:t>дополнить частью 3' следующего содержания: «3'.B случае выдачи сертификата ключа проверки электронной подписи международной (межправительственной) организации, ее филиалу или представительству в качестве владельца сертификата ключа проверки электронной подписи наряду с указанием наименования международной (межправительственной) организации, ее филиала или представительства указывается физическое лицо, имеющее право действовать без доверенности от имени такой организации согласно правовым основаниям, в соответствии с которыми создана и осуществляет деятельность такая организация а в отношении филиала или представительства международной (межправительственной) организации - руководитель указанных филиала или представительства, уполномоченный действовать на основании доверенности, выданной международной (межправительственной) организацией. В случае выдачи международной (межправительственной) организации, ее филиалу или представительству сертификата ключа проверки электронной подписи, не являющегося квалифицированным сертификатом, в качестве владельца такого сертификата наряду с указанием наименования международной (межправительственной) организации, ее филиала или представительства может указываться физическое лицо, действующее от имени международной (межправительственной) организации, ее филиала или представительства на основании доверенности, выданной международной (межправительственной) организацией, либо доверенности, выданной руководителем филиала или представительства международной (межправительственной) организации в порядке передоверия, в случае, если доверенность, выданная руководителю филиала или представительства международной (межправительственной) организации, предусматривает возможность передоверия. В случаях, предусмотренных статьей 17? настоящего Федерального закона, в сертификате ключа проверки электронной подписи, используемом для автоматического 4 создания и (или) автоматической проверки электронных подписей в информационной системе, не указываются в качестве владельца такого сертификата физическое лицо, имеющее право действовать без доверенности от имени международной (межправительственной) организации, руководитель филиала или представительства международной (межправительственной) организации. Распорядительным актом международной (межправительственной) организации, ее филиала или представительства определяются физическое лицо, ответственное за автоматическое создание 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автоматическую проверку электронной подписи в информационной системе, является физическое лицо, имеющее право действовать без доверенности от имени международной (межправительственной) организации согласно правовым основаниям, в соответствии с которыми создана и осуществляет деятельность такая организация, либо руководитель филиала или представительства международной (межправительственной) организации, уполномоченный действовать на основании доверенности, выданной такой организацией.»</w:t>
      </w:r>
    </w:p>
    <w:p>
      <w:r>
        <w:t>пункт 2 части 1 статьи 15 после слов «юридического лица» дополнить словами «, международной (межправительственной) 5 организации (в том числе филиала или представительства международной (межправительственной) организации)»</w:t>
      </w:r>
    </w:p>
    <w:p>
      <w:r>
        <w:t>в части 2 статьи 17: а) пункт 2 изложить в следующей редакции: «2) фамилия и (или)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 (или)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адрес в пределах места нахождения, идентификационный номер налогоплательщика и основной государственный регистрационный номер владельца квалифицированного сертификата - для юридического лица, зарегистрированного в соответствии с законодательством Российской Федерации, либо наименование, место нахождения за пределами территории Российской Федерации и (или) адрес на территории Российской Федерации, идентификационный номер налогоплательщика, код причины постановки на учет владельца квалифицированного сертификата - для юридического лица, зарегистрированного в соответствии с законодательством иностранного государства, международной (межправительственной) организации, либо наименование и идентификационный номер налогоплательщика юридического лица, зарегистрированного в соответствии с законодательством иностранного государства, международной (межправительственной) организации, наименование, адрес на территории Российской Федерации, код причины постановки на учет владельца квалифицированного сертификата - для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(межправительственной) организации, либо наименование, адрес владельца квалифицированного сертификата - для государственного органа, включенного в перечень, предусмотренный частью 6 статьи 8 настоящего Федерального закона;»; 6)B пункте 3 слова «либо идентификационный номер налогоплательщика владельца квалифицированного сертификата - для юридического лица» исключить; в) в пункте 7 слова «абзаце первом пункта 1» исключить</w:t>
      </w:r>
    </w:p>
    <w:p>
      <w:r>
        <w:t>в статье 172: а) наименование после слов «юридических лиц,» дополнить словами «международных (межправительственных) организаций,»</w:t>
      </w:r>
    </w:p>
    <w:p>
      <w:r>
        <w:t>в части 1: абзац первый дополнить словами « международных (межправительственных) организаций, нотариуса»; 7 пункты 1 - 2? изложить в следующей редакции: «1) применяется квалифицированная электронная = подпись юридического лица или международной (межправительственной) организации,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уполномоченного действовать без доверенности от имени соответствующего юридического лица или от имени международной (межправительственной) организации согласно правовым основаниям, в соответствии с которыми создана и осуществляет деятельность такая организация. Указанный в настоящем пункте порядок должен предусматривать возможность идентификации заявителя способами, установленными частью 1 статьи 18 настоящего Федерального закона; 2)в случае, если от имени юридического лица или международной (межправительственной) организации действует представитель (физическое лицо, индивидуальный предприниматель или иное юридическое лицо), уполномоченный действовать на основании доверенности, выданной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Одновременно представляется доверенность от имени юридического лица или международной (межправительственной) организации. Данная доверенность, выданная в электронной форме, должна быть подписана квалифицированной электронной подписью, указанной в пункте 1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пункте 1 настоящей части, или квалифицированной электронной подписью нотариуса, если доверенность, допускающая возможность указанного передоверия, удостоверена нотариусом. Представление соответствующей доверенности осуществляется посредством ее включения в пакет электронных документов, если иной порядок представления соответствующей доверенности не предусмотрен соглашениями между участниками электронного взаимодействия или нормативными правовыми актами федеральных органов исполнительной власти, принятыми 9 в соответствии с требованиями к указанным соглашениям или нормативным правовым актам, которые вправе устанавливать Правительство Российской Федерации; 2') квалифицированный сертификат, который содержит указание на филиал, представительство или иное обособленное подразделение юридического лица, зарегистрированного в соответствии с законодательством иностранного государства, филиал или представительство международной (межправительственной) организации,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 являющегося руководителем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и уполномоченного действовать на основании доверенности, выданной таким юридическим лицом, либо лица, являющегося руководителем филиала или представительства международной (межправительственной) организации и уполномоченного действовать на основании доверенности, выданной международной (межправительственной) организацией; 10 2?) в случае, если от имени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 (межправительственной) организации действует руководитель данных филиала, представительства или иного обособленного подразделения, электронный документ подписывается квалифицированной электронной подписью, квалифицированный сертификат которой выдан в соответствии с пунктом 2! настоящей части. В случае, если от имени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(межправительственной) организации действует его представитель, не являющийся руководителем данных филиала, представительства или иного обособленного подразделения, электронный —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или иного обособленного подразделения. Указанная доверенность, выданная в электронной форме от имени руководителя 11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(межправительственной) организации, должна быть подписана квалифицированной электронной подписью, квалифицированный сертификат которой выдан в соответствии с пунктом 2!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пунктом 2' настоящей части, или квалифицированной электронной подписью нотариуса, если доверенность, допускающая ВОЗМОЖНОСТЬ такого передоверия, удостоверена § нотариусом. Представление соответствующей доверенности осуществляется посредством ее включения в пакет электронных документов, если иной порядок представления соответствующей доверенности не предусмотрен соглашениями между участниками электронного взаимодействия либо 12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пунктом 2 настоящей части;»; пункты 4 и 5 изложить в следующей редакции: «4)в случае прекращения осуществления физическим лицом полномочий представителя, имеющего право действовать без доверенности от имени юридического лица или от имени международной (межправительственной) организации согласно правовым основаниям, в соответствии с которыми создана и осуществляет деятельность указанная организация, руководителя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 (межправительственной) организации, квалифицированный сертификат, выданный таким юридическому лицу, международной (межправительственной) организации, филиалу, представительству или иному обособленному подразделению в соответствии с настоящей частью удостоверяющим центром федерального органа исполнительной власти, уполномоченного 13 на осуществление государственной регистрации юридических лиц, прекращает свое действие в порядке, предусмотренном частью 7 статьи 14 настоящего Федерального закона, по обращению в удостоверяющий центр лица (лиц), уполномоченного на принятие решения о прекращении осуществления соответствующих полномочий данным физическим лицом; 5)B случае, если квалифицированный сертификат используется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международной (межправительственной) организации, ее филиала или представительства, которые осуществляют функции оператора — соответствующей информационной системы. Квалифицированный сертификат, который содержит указание только на юридическое лицо, международную (межправительственную) организацию, ее филиал или представительство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за исключением случаев, установленных статьей 17’ настоящего Федерального закона.», 14 B)B пункте 3 части 2 слова «квалифицированная электронная подпись применяется» заменить словами «квалифицированный сертификат используется»</w:t>
      </w:r>
    </w:p>
    <w:p>
      <w:r>
        <w:t>в пункте 1 статьи 173 слова «уполномоченным федеральным органом» заменить словами «указанным органом», слова «сертификата. В случае, если квалифицированная электронная подпись применяется» заменить словами «сертификата. Указанный в настоящем пункте порядок должен предусматривать проведение идентификации заявителя - иностранного гражданина или лица без гражданства, являющихся индивидуальными предпринимателями и обратившихся в удостоверяющий центр федерального органа исполнительной власти, уполномоченного на осуществление государственной регистрации юридических лиц, за получением квалифицированного сертификата, в порядке, установленном пунктом 3! части 1 статьи 18 настоящего Федерального закона. В случае, если квалифицированный сертификат используется»</w:t>
      </w:r>
    </w:p>
    <w:p>
      <w:r>
        <w:t>в статье 17‘ слова «Указанная квалифицированная электронная подпись применяется» заменить словами «Указанный квалифицированный сертификат используется»</w:t>
      </w:r>
    </w:p>
    <w:p>
      <w:r>
        <w:t>часть 1 статьи 17° изложить в следующей редакции: «1. Указанные в статьях 172 и 17° настоящего Федерального закона доверенности оформляются в соответствии с требованиями Гражданского 15 кодекса Российской Федерации. Доверенность представляется в том числе в электронной форме в машиночитаемом виде в соответствии с единой формой доверенности, формируемой и размещаемой уполномоченным федеральным органом на едином портале государственных и муниципальных услуг. Дополнительные формы доверенностей могут использоваться в случае их формирования и размещения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 телекоммуникационной сети «Интернет» в отношении доверенностей,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Указанные формы доверенностей должны соответствовать единым требованиям, устанавливаемым уполномоченным федеральным органом. Полномочия, удостоверенные указанными доверенностями, определяются в соответствии с классификатором полномочий, указанным в статье 17! настоящего Федерального закона. Федеральные органы исполнительной власти, являющиеся операторами федеральных государственных 16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r>
        <w:t>в статье 18: а) в части 1: в пункте 1: в абзаце первом слова «сертификата. Идентификация» заменить словами «сертификата. Если иное не установлено пунктами 3' и 32 настоящей части, идентификация»; в подпункте «а» слово «, имя» заменить словами «и (или) имя», слово «гражданина» исключить; в подпункте «б» слова «адрес юридического лица» заменить словами «адрес в пределах места нахождения»; в подпункте «в» слова «- наименование, регистрационный номер, место регистрации и адрес юридического лица на территории государства, в котором оно зарегистрировано» заменить словами «международной (межправительственной) организации - наименование, идентификационный номер налогоплательщика, код причины постановки на учет, место нахождения за пределами территории Российской Федерации и (или) адрес на территории Российской Федерации»; 17 подпункт «г» изложить в следующей редакции: «г)в отношении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 (межправительственной) организации - наименование и идентификационный — номер налогоплательщика юридического лица, зарегистрированного в соответствии с законодательством иностранного государства, международной (межправительственной) организации, наименование, адрес на территории Российской Федерации, код причины постановки на учет;»; в пункте 2 слова «выступающего от имени заявителя - юридического лица» заменить словами «уполномоченного действовать без доверенности от имени заявителя - юридического лица, зарегистрированного в соответствии с законодательством Российской Федерации, юридического лица, зарегистрированного в соответствии с законодательством иностранного государства, международной (межправительственной) организации»; дополнить пунктом 2' следующего содержания: «2') получить от лица, являющегося руководителем филиала, представительства или иного обособленного подразделения юридического 18 лица, зарегистрированного в соответствии с законодательством иностранного государства, филиала или представительства международной (межправительственной) организации, подтверждение правомочия обращатся 3a получением квалифицированного сертификата»; пункт 3 изложить в следующей редакции: «3)в установленном порядке идентифицировать заявителя - физическое лицо, являющееся гражданином Российской Федерации, обратившееся к нему за получением квалифицированного сертификата (в целях получения от заявителя, выступающего от имени юридического лица, зарегистрированного в соответствии с законодательством Российской Федерации, юридического лица, зарегистрированного в соответствии с законодательством иностранного государства,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государстваа международной (межправительственной) организации, филиала или представительства международной (межправительственной) организации или государственного органа, включенного в перечень, предусмотренный частью 6 статьи 8 настоящего Федерального закона, подтверждения правомочия обращаться за получением квалифицированного сертификата). Идентификация 19 заявителя проводится при его личном присутствии либо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или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дополнить пунктами 3' и 3? следующего содержания: «3')B установленном порядке идентифицировать заявителя - физическое лицо, являющееся иностранным гражданином или лицом без гражданства, обратившееся в удостоверяющий центр федерального органа 20 исполнительной власти, уполномоченного на — осуществление государственной регистрации юридических лиц, за получением квалифицированного сертификата (в целях получения от заявителя, который выступает от имени юридического лица, зарегистрированного в соответствии с законодательством Российской Федерации, юридического лица, зарегистрированного в соответствии с законодательством иностранного государства,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международной (межправительственной) организации, филиала или представительства международной (межправительственной) организации либо зарегистрирован в качестве индивидуального предпринимателя, подтверждения правомочия обращаться за получением квалифицированного сертификата). Идентификация заявителя - иностранного гражданина или лица без гражданства проводится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21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t>в установленном порядке идентифицировать заявителя - физическое лицо, являющееся иностранным гражданином или лицом без гражданства, обратившееся в удостоверяющий центр Центрального банка Российской Федерации или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за получением квалифицированного сертификата (в целях получения от заявителя, который выступает от имени юридического лица, зарегистрированного в соответствии с законодательством Российской Федерации, юридического лица, зарегистрированного в соответствии с законодательством иностранного государства,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либо зарегистрирован в качестве индивидуального предпринимателя, подтверждения правомочия обращаться за получением квалифицированного сертификата). Идентификация заявителя - иностранного гражданина либо лица без 22 гражданства проводится при его личном присутствии либо посредством идентификации такого заявителя без ero личного присутствия с использованием квалифицированной электронной подписи при наличии действующего квалифицированного сертификата или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t>пункт 1 части 1! дополнить словами «с приложением нотариально засвидетельствованного перевода документа в случае, если оригинал документа составлен на иностранном языке»; в) в части 2: пункт 1 дополнить словами «, с приложением нотариально засвидетельствованного перевода документа в случае, если оригинал документа составлен на иностранном языке»; пункт 4 изложить в следующей редакции: 23 «4) основной государственный регистрационный номер и идентификационный номер налогоплательщика заявителя - юридического лица, зарегистрированного в соответствии с законодательством Российской Федерации;»; пункт 6 изложить в следующей редакции: «6) идентификационный номер налогоплательщика юридического лица, зарегистрированного в соответствии с законодательством иностранного государства (в том числе для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международной (межправительственной) организации (в том числе для филиала или представительства международной (межправительственной) организации);»; пункт 7 после слов «юридического лица» дополнить словами «или международной (межправительственной) организации»; пункт 8 изложить в следующей редакции: «8) нотариально удостоверенная доверенность о наделении на территории Российской Федерации необходимыми полномочиями руководителя филиала или представительства международной (межправительственной) организации либо руководителя филиала, представительства или иного обособленного подразделения юридического 24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пунктом 2' части 1 статьи 172 настоящего Федерального закона;»; дополнить пунктом 9 следующего содержания: «9) код причины постановки на учет заявителя - юридического лица, зарегистрированного в соответствии с законодательством иностранного государства,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международной (межправительственной) организации, филиала или представительства международной (межправительственной) организации.»; Г) в части 22: в пункте 3 слова «иностранной организации» заменить словами «юридического лица, зарегистрированного в соответствии с законодательством иностранного государства (в том числе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международной (межправительственной) организации (в том числе филиала или представительства международной (межправительственной) организации). Выписка из Единого 25 государственного реестра налогоплательщиков в отношении указанного заявителя должна включать в себя в том числе сведения о физическом лице, имеющем право действовать без доверенности от имени юридического лица, зарегистрированного в соответствии с законодательством иностранного государства, или OT имени международной (межправительственной) организации согласно правовым основаниям, в соответствии с которыми создана и осуществляет деятельность такая организация, и (или) о руководителе филиала, представительства или иного обособленного подразделения юридического лица, зарегистрированного в соответствии с законодательством иностранного государства, филиала ИЛИ представительства международной (межправительственной) организации»; пункт 4 признать утратившим силу; д) дополнить частью 2* следующего содержания: «2“.В случае выдачи юридическому лицу, признанному арбитражным судом банкротом, квалифицированного сертификата, в качестве владельца которого наряду с указанием наименования юридического лица указывается лицо, уполномоченное действовать без доверенности, аккредитованный удостоверяющий центр не осуществляет проверку достоверности сведений об адресе в пределах места нахождения в отношении указанного юридического лица. 26 Наличие в едином государственном реестре юридических лиц записи о недостоверности сведений об адресе в пределах места нахождения в отношении указанного юридического лица не является основанием для отказа в выдаче квалифицированного сертификата.»; е) в части 3 слова «гражданина Российской Федерации» заменить словом «заявителя»</w:t>
      </w:r>
    </w:p>
    <w:p>
      <w:r>
        <w:rPr>
          <w:b/>
        </w:rPr>
        <w:t>Статья 2</w:t>
      </w:r>
    </w:p>
    <w:p>
      <w:r>
        <w:rPr>
          <w:b/>
        </w:rPr>
        <w:t xml:space="preserve">1. </w:t>
      </w:r>
      <w:r>
        <w:t>Настоящий Федеральный закон вступает в силу с 1 сентября 2027 года. 2.В случае, предусмотренном пунктом 3 части 2? статьи 18 Федерального закона от 6 апреля 2011 года № 63-ФЗ «Об электронной подписи» (в редакции настоящего Федерального закона), при отсутствии в Едином государственном реестре налогоплательщиков сведений о филиале или представительстве юридического лица, зарегистрированного в соответствии с законодательством иностранного государства, удостоверяющий центр федерального органа исполнительной власти, уполномоченного на осуществление государственной регистрации юридических лиц, и удостоверяющий центр Центрального банка Российской Федерации с использованием информационно- технологической и коммуникационной инфраструктуры в порядке, установленном в соответствии с частью 4 статьи 19 Федерального закона 27 от 27 июля 2010 года № 210-ФЗ «Об организации предоставления государственных и муниципальных услуг», осуществляют проверку достоверности таких сведений путем запроса и получения выписки из государственного реестра аккредитованных филиалов, представительств иностранных юридических лиц. В.Путин № 315-ФЗ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