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Федеральный закон «О введении в действие Жилищного кодекса Российской Федерации»"</w:t>
      </w:r>
    </w:p>
    <w:p>
      <w:r>
        <w:rPr>
          <w:b/>
        </w:rPr>
        <w:t>Статья 1</w:t>
      </w:r>
    </w:p>
    <w:p>
      <w:r>
        <w:t>Внести в Федеральный закон от 29 декабря 2004 года № 189-ФЗ «О введении в действие Жилищного кодекса Российской Федерации» (Собрание законодательства Российской Федерации, 2005, № 1, ст. 15) изменение, дополнив его статьей 29 следующего содержания: «Статья 29 1. Положения пункта 2 части 1 статьи 56 Жилищного кодекса Российской Федерации не применяются к членам семьи лица, погибшего (умершего) при выполнении (обеспечении выполнения) задач в ходе „=. и 0088 68701 3 специальной военной операции или при выполнении (обеспечении выполнения)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если обстоятельства, влекущие утрату оснований, дающих право на получение жилого помещения по договору социального найма, возникли вследствие гибели (смерти) указанного лица.</w:t>
      </w:r>
    </w:p>
    <w:p>
      <w:r>
        <w:rPr>
          <w:b/>
        </w:rPr>
        <w:t xml:space="preserve">2. </w:t>
      </w:r>
      <w:r>
        <w:t>При определении общей площади жилого помещения, предоставляемого по договору социального найма членам семьи лица, указанного в части | настоящей статьи, не допускается уменьшение ее размера вследствие гибели (смерти) указанного лица, если члены его семьи состояли на учете в качестве нуждающихся в жилых помещениях на момент гибели (смерти) указанного лица</w:t>
      </w:r>
    </w:p>
    <w:p>
      <w:r>
        <w:rPr>
          <w:b/>
        </w:rPr>
        <w:t xml:space="preserve">3. </w:t>
      </w:r>
      <w:r>
        <w:t>При определении общей площади жилого помещения, предоставляемого по договору социального найма членам семьи лица, указанного в части | настоящей статьи, в составе семьи учитываются дети указанного лица, в отношении которых установлено его отцовство в соответствии с пунктом 2 статьи 48 Семейного кодекса Российской Федерации, а также учитывается право указанного лица, предусмотренное законодательством Российской Федерации, на предоставление жилого помещения по договору социального найма общей площадью, превышающей норму предоставления площади жилого помещения на одного человека по такому договору.»</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статьи 29 Федерального закона от 29 декабря 2004 года № 189-ФЗ «О введении в действие Жилищного кодекса Российской Федерации» распространяется на правоотношения, возникшие с 24 февраля 2022 года, при условии, если членами семьи лица, указанного в части 1 статьи 29 Федерального закона от 29 декабря 2004 года № 189-ФЗ «О введении в действие Жилищного кодекса Российской Федерации», не было реализовано право на получение жилого помещения, предоставляемого по договору социального найма</w:t>
      </w:r>
    </w:p>
    <w:p>
      <w:r>
        <w:rPr>
          <w:b/>
        </w:rPr>
        <w:t xml:space="preserve">3. </w:t>
      </w:r>
      <w:r>
        <w:t>Члены семьи лица, указанного в части | статьи 29 Федерального закона от 29 декабря 2004 года № 189-ФЗ «О введении в действие Жилищного кодекса Российской Федерации», снятые с учета в качестве нуждающихся в жилых помещениях, предоставляемых по договорам социального найма, по основанию, указанному в пункте 2 части 1 статьи 56 Жилищного кодекса Российской Федерации, в связи с гибелью (смертью) лица, указанного в части 1 статьи 29 Федерального закона от 29 декабря 2004 года № 189-ФЗ «О введении в действие Жилищного кодекса Российской Федерации», до дня вступления в силу настоящего 4 Федерального закона, восстанавливаются на таком учете с даты их постановки на такой учет при наличии оснований и соблюдении условий, предусмотренных Жилищным кодексом Российской Федерации и статьей 29 Федерального закона от 29 декабря 2004 года № 189-ФЗ «О введении в действие Жилищного кодекса Российской Федерации», на основании заявления, поданного ими по месту такого учета. КАНЦЕЛЯРИЯ =} А резидент № 298-ФЗ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