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часть четвертую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1100; 2018, № 22, ст. 3040; № 53, ст. 8475; 2025, № 30, ст. 4384) следующие изменения</w:t>
      </w:r>
    </w:p>
    <w:p>
      <w:r>
        <w:t>в статье 1261 слова «ЭВМ и других компьютерных устройств в целях получения определенного результата, включая подготовительные материалы, полученные в ходе разработки программы для ЭВМ, и порождаемые ею аудиовизуальные отображения» заменить словами «в целях получения определенного результата ЭВМ и других устройств, „в ‘iy которые способны осуществлять автоматизированную — обработку информации на основе алгоритмов, включая подготовительные материалы, полученные в ходе разработки программы для ЭВМ, и порождаемые ею отображения»</w:t>
      </w:r>
    </w:p>
    <w:p>
      <w:r>
        <w:t>в пункте 1 статьи 1350: а) — абзац первый после слов «или животных» дополнить словами «, белковой или генетической конструкции»</w:t>
      </w:r>
    </w:p>
    <w:p>
      <w:r>
        <w:t>— дополнить новым абзацем вторым следующего содержания: «В качестве изобретения охраняется в том числе техническое решение, которое реализуется посредством устройства (системы устройств), способного осуществлять автоматизированную обработку информации на основе алгоритмов, или техническое решение, относящееся к способу, осуществляемому с помощью такого устройства (системы устройств).»; в) — абзац второй считать абзацем третьим</w:t>
      </w:r>
    </w:p>
    <w:p>
      <w:r>
        <w:t>абзац первый пункта 1 статьи 1351 дополнить словами «, в том числе реализуемое посредством устройства, способного осуществлять автоматизированную обработку информации на основе алгоритмов»</w:t>
      </w:r>
    </w:p>
    <w:p>
      <w:r>
        <w:t>в абзаце первом пункта | статьи 1352 слова «промышленного или кустарно-ремесленного производства» заменить словами «(вещи или иного объекта), в том числе решение в форме визуального отображения, которое предназначено для взаимодействия человека с программой ДлЯ ЭВМ и порождается этой программой, или составной части такого отображения, имеющей самостоятельное значение»</w:t>
      </w:r>
    </w:p>
    <w:p>
      <w:r>
        <w:t>в подпункте 3 пункта 2 статьи 1358 слово «устройства» заменить словом «продукта»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В.Путин № 296-ФЗ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