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изменения в статью 8 Федерального закона «Об образовании в Российской Федерации»"</w:t>
      </w:r>
    </w:p>
    <w:p>
      <w:r>
        <w:rPr>
          <w:b/>
        </w:rPr>
        <w:t>Статья 1</w:t>
      </w:r>
    </w:p>
    <w:p>
      <w:r>
        <w:t>Внести в статью 8 Федерального закона от 29 декабря 2012 года № 273-ФЗ «Об образовании в Российской Федерации» (Собрание законодательства Российской Федерации, 2012, № 53, ст. 7598; 2014, № 30, ст. 4257; 2016, №27, ст. 4246; 2019, № 10, ст. 887; № 49, ст. 6962; 2020, №17, ст. 2725; 2021, №27, ст. 5179; 2022, №1, ст. 41; № 16, ст. 2610; № 29, ст. 5268; 2024, № 33, ст. 4928; № 51, ст. 7865; 2025, № 48, ст. 7252) изменение, дополнив ее частью 2? следующего содержания: «22. Органы государственной власти субъектов Российской Федерации вправе обеспечивать муниципальные общеобразовательные И 210 0 3 0088 69069 организации услугами по предоставлению доступа к государственным, муниципальным, иным информационным системам и к сети «Интернет».».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2026 года. В.Путин № 310-ФЗ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