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71 и 108 Федерального закона "Об образовании в Российской Федерации" и статью 6 Федерального закона "О дополнительных гарантиях по социальной поддержке детей-сирот и детей, оставшихся без попечения родителей"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6, ст. 562; № 19, ст. 2289; № 23, ст. 2930; 2015, № 1, ст. 53; № 29, ст. 4364; 2016, № 1, ст. 78; № 10, ст. 1320; № 23, ст. 3289; № 27, ст. 4160; 2017, № 18, ст. 2670; 2018, № 27, ст. 3945; № 53, ст. 8423; 2019, № 30, ст. 4134; № 40, ст. 5488; № 52, ст. 7796; 2020, № 24, ст. 3738, 3739) следующие изменения</w:t>
      </w:r>
    </w:p>
    <w:p>
      <w:r>
        <w:t>часть 5 статьи 71 изложить в следующей редакции: "5. Право на прием на обучение по программам бакалавриата и программам специалитета за счет бюджетных ассигнований федерального бюджета, бюджетов субъектов Российской Федерации и местных бюджетов в пределах установленной квоты имеют дети-сироты и дети, оставшиеся без попечения родителей, а также лица из числа детей-сирот и детей, оставшихся без попечения родителей, дети-инвалиды, инвалиды I и II групп, инвалиды с детства, инвалиды вследствие военной травмы или заболевания, полученных в период прохождения военной службы, ветераны боевых действий из числа лиц, указанных в подпунктах 1 - 4 пункта 1 статьи 3 Федерального закона от 12 января 1995 года № 5-ФЗ "О ветеранах"."</w:t>
      </w:r>
    </w:p>
    <w:p>
      <w:r>
        <w:t>часть 14 статьи 108 признать утратившей силу</w:t>
      </w:r>
    </w:p>
    <w:p>
      <w:r>
        <w:rPr>
          <w:b/>
        </w:rPr>
        <w:t>Статья 2</w:t>
      </w:r>
    </w:p>
    <w:p>
      <w:r>
        <w:t>Пункт 1 статьи 6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2000, № 33, ст. 3348; 2002, № 15, ст. 1375; 2004, № 35, ст. 3607; 2009, № 51, ст. 6152; 2011, № 47, ст. 6608; 2013, № 27, ст. 3477; 2014, № 45, ст. 6143; 2015, № 1, ст. 53; 2016, № 27, ст. 4292; 2018, № 32, ст. 5115) изложить в следующей редакции: "1. Дети-сироты и дети, оставшиеся без попечения родителей, лица из числа детей-сирот и детей, оставшихся без попечения родителей, имеют право на обучение на подготовительных отделениях образовательных организаций высшего образования за счет средств соответствующего бюджета бюджетной системы Российской Федерации, а также право на зачисление на обучение по программам бакалавриата и программам специалитета за счет средств соответствующего бюджета бюджетной системы Российской Федерации в пределах установленной квоты в порядке, установленном Федеральным законом от 29 декабря 2012 года № 273-ФЗ "Об образовании в Российской Федерации".".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