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 в части урегулирования правового статуса лиц без гражданства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2004, № 35, ст. 3607; 2006, № 30, ст. 3286; 2007, № 2, ст. 361; № 49, ст. 6071; № 50, ст. 6241; 2008, № 19, ст. 2094; № 30, ст. 3616; 2009, № 19, ст. 2283; № 23, ст. 2760; № 26, ст. 3125; 2010, № 21, ст. 2524; № 30, ст. 4011; № 31, ст. 4196; № 40, ст. 4969; № 52, ст. 7000; 2011, № 1, ст. 29; № 13, ст. 1689; № 17, ст. 2321; № 27, ст. 3880; № 49, ст. 7043, 7061; № 50, ст. 7342, 7352; 2012, № 31, ст. 4322; № 47, ст. 6396, 6397; № 50, ст. 6967; № 53, ст. 7640, 7645; 2013, № 19, ст. 2309, 2310; № 23, ст. 2866; № 27, ст. 3461, 3470, 3477; № 30, ст. 4036, 4037, 4057, 4081; № 52, ст. 6949, 6951, 6954, 6955; 2014, № 16, ст. 1828, 1830, 1831; № 19, ст. 2311, 2332; № 26, ст. 3370; № 30, ст. 4231, 4233; № 48, ст. 6638, 6659; № 49, ст. 6918; № 52, ст. 7557; 2015, № 1, ст. 61, 72; № 10, ст. 1426; № 21, ст. 2984; № 27, ст. 3951, 3990, 3993; № 29, ст. 4339, 4356; № 48, ст. 6709; 2016, № 1, ст. 58, 85, 86; № 18, ст. 2505; 2017, № 11, ст. 1537; № 17, ст. 2459; № 24, ст. 3480; № 31, ст. 4765, 4792; № 50, ст. 7564; 2018, № 1, ст. 77, 82; № 27, ст. 3951; № 30, ст. 4537; № 53, ст. 8433, 8454; 2019, № 18, ст. 2224; № 23, ст. 2904; № 25, ст. 3164, 3165; № 30, ст. 4134; № 31, ст. 4416; № 52, ст. 7821; 2020, № 6, ст. 595; № 9, ст. 1122; № 15, ст. 2242; № 17, ст. 2713; № 31, ст. 5027, 5064; № 42, ст. 6516; № 50, ст. 8057; 2021, № 1, ст. 56) следующие изменения: 1) в пункте 1 статьи 2: а) дополнить новым абзацем седьмым следующего содержания: "временное удостоверение личности лица без гражданства в Российской Федерации - документ, выданный лицу без гражданства в подтверждение его личности и временного пребывания в Российской Федерации. Временное удостоверение личности лица без гражданства в Российской Федерации не может быть выдано в форме электронного документа;"; б) абзацы седьмой - девятый считать соответственно абзацами восьмым - десятым; в) абзац десятый считать абзацем одиннадцатым и изложить его в следующей редакции: "временно пребывающий в Российской Федерации иностранный гражданин - лицо, находящееся в Российской Федерации на основании визы или прибывшее в Российскую Федерацию в порядке, не требующем получения визы, и получившее миграционную карту, за исключением случаев, предусмотренных международным договором Российской Федерации, либо временное удостоверение личности лица без гражданства в Российской Федерации, либо свидетельство о рассмотрении ходатайства о признании беженцем на территории Российской Федерации по существу, либо удостоверение беженца, либо свидетельство о предоставлении временного убежища на территории Российской Федерации, но не имеющее вида на жительство или разрешения на временное проживание;"; г) абзацы одиннадцатый - двадцатый считать соответственно абзацами двенадцатым - двадцать первым; 2) пункт 1 статьи 5 дополнить абзацем следующего содержания: "Срок временного пребывания в Российской Федерации лица без гражданства, получившего временное удостоверение личности лица без гражданства в Российской Федерации, определяется сроком действия временного удостоверения личности лица без гражданства в Российской Федерации, лица, ходатайствующего о признании беженцем, - сроком действия свидетельства о рассмотрении ходатайства о признании беженцем на территории Российской Федерации по существу, беженца - сроком действия удостоверения беженца, лица, получившего временное убежище, - сроком действия свидетельства о предоставлении временного убежища на территории Российской Федерации."; 3) дополнить статьей 52 следующего содержания: "Статья 52. Временное удостоверение личности лица без гражданства в Российской Федерации 1. Временное удостоверение личности лица без гражданства в Российской Федерации выдается лицу без гражданства в случае отсутствия у такого лица документов, удостоверяющих личность лица без гражданства и признаваемых Российской Федерацией в этом качестве, и в случае отсутствия государства, в которое лицо без гражданства может выехать из Российской Федерации при наличии у него вида на жительство или другого документа, подтверждающего право на временное или постоянное проживание на территории иностранного государства, либо в связи с исполнением принятого в отношении его решения об административном выдворении за пределы Российской Федерации, о депортации или реадмиссии (далее - государство, готовое принять лицо без гражданства).</w:t>
      </w:r>
    </w:p>
    <w:p>
      <w:r>
        <w:rPr>
          <w:b/>
        </w:rPr>
        <w:t xml:space="preserve">2. </w:t>
      </w:r>
      <w:r>
        <w:t>Заявление о выдаче временного удостоверения личности лица без гражданства в Российской Федерации, заявление о замене временного удостоверения личности лица без гражданства в Российской Федерации подаются в территориальный орган федерального органа исполнительной власти в сфере внутренних дел после завершения процедуры установления личности лица без гражданства в соответствии со статьей 101 настоящего Федерального закона. Временное удостоверение личности лица без гражданства в Российской Федерации выдается лицу без гражданства в течение десяти рабочих дней со дня подачи им заявления о выдаче временного удостоверения личности лица без гражданства в Российской Федерации или заявления о замене временного удостоверения личности лица без гражданства в Российской Федерации. Направление лицом, содержащимся в специальном учреждении, заявления о выдаче временного удостоверения личности лица без гражданства в Российской Федерации и выдача временного удостоверения личности лица без гражданства в Российской Федерации такому лицу осуществляются через администрацию специального учреждения</w:t>
      </w:r>
    </w:p>
    <w:p>
      <w:r>
        <w:rPr>
          <w:b/>
        </w:rPr>
        <w:t xml:space="preserve">3. </w:t>
      </w:r>
      <w:r>
        <w:t>Временное удостоверение личности лица без гражданства в Российской Федерации выдается лицу без гражданства на десять лет. В случае истечения срока действия временного удостоверения личности лица без гражданства в Российской Федерации, изменения лицом без гражданства фамилии, имени, отчества (последнее - при наличии), сведений о дате (число, месяц, год) и (или) месте рождения либо непригодности временного удостоверения личности лица без гражданства в Российской Федерации для дальнейшего использования вследствие износа, повреждения или других причин, обнаружения неточности либо ошибки в произведенных во временном удостоверении личности лица без гражданства в Российской Федерации записях ранее выданное временное удостоверение личности лица без гражданства в Российской Федерации подлежит замене. Лицо без гражданства не позднее чем за десять рабочих дней до истечения срока действия имеющегося у него временного удостоверения личности лица без гражданства в Российской Федерации обязано обратиться в территориальный орган федерального органа исполнительной власти в сфере внутренних дел с заявлением о замене временного удостоверения личности лица без гражданства в Российской Федерации, а при наличии иных условий, предусмотренных абзацем вторым настоящего пункта, в течение тридцати дней со дня их наступления</w:t>
      </w:r>
    </w:p>
    <w:p>
      <w:r>
        <w:rPr>
          <w:b/>
        </w:rPr>
        <w:t xml:space="preserve">4. </w:t>
      </w:r>
      <w:r>
        <w:t>Временное удостоверение личности лица без гражданства в Российской Федерации содержит следующие сведения: фамилию, имя, отчество (последнее - при наличии), написанные буквами русского алфавита, дату и место рождения, пол, соответствующую запись о том, что владелец является лицом без гражданства, срок действия временного удостоверения личности лица без гражданства в Российской Федерации, фотографию владельца временного удостоверения личности лица без гражданства в Российской Федерации, наименование территориального органа федерального органа исполнительной власти в сфере внутренних дел, выдавшего временное удостоверение личности лица без гражданства в Российской Федерации</w:t>
      </w:r>
    </w:p>
    <w:p>
      <w:r>
        <w:rPr>
          <w:b/>
        </w:rPr>
        <w:t xml:space="preserve">5. </w:t>
      </w:r>
      <w:r>
        <w:t>Временное удостоверение личности лица без гражданства в Российской Федерации лицу без гражданства не выдается, а ранее выданное ему временное удостоверение личности лица без гражданства в Российской Федерации аннулируется при установлении факта сообщения лицом без гражданства заведомо ложных сведений о себе либо представления поддельных или подложных документов при подаче заявления о выдаче временного удостоверения личности лица без гражданства в Российской Федерации, при установлении наличия у данного лица гражданства иностранного государства или при установлении государства, готового принять лицо без гражданства, либо в случае, если указанное лицо без гражданства имеет либо получило разрешение на временное проживание или вид на жительство. При аннулировании временного удостоверения личности лица без гражданства в Российской Федерации в связи с установлением наличия у данного лица гражданства иностранного государства или в связи с установлением государства, готового принять лицо без гражданства, данному лицу в соответствии со статьей 101 настоящего Федерального закона выдается справка для следования в дипломатическое представительство соответствующего иностранного государства в Российской Федерации, а в случае аннулирования временного удостоверения личности лица без гражданства в Российской Федерации в связи с установлением факта сообщения лицом без гражданства заведомо ложных сведений о себе либо представления поддельных или подложных документов в отношении данного лица проводится процедура установления личности иностранного гражданина, предусмотренная статьей 101 настоящего Федерального закона. При аннулировании временного удостоверения личности лица без гражданства в Российской Федерации в связи с установлением наличия у данного лица гражданства иностранного государства либо в связи с установлением государства, готового принять лицо без гражданства, федеральный орган исполнительной власти в сфере внутренних дел или его территориальный орган уведомляет об этом в течение трех рабочих дней уполномоченный федеральный орган исполнительной власти или его территориальный орган, вынесший решение о нежелательности пребывания (проживания) в Российской Федерации и (или) решение о неразрешении въезда в Российскую Федерацию. В случае, если временное удостоверение личности лица без гражданства в Российской Федерации аннулировано в связи с установлением наличия у данного лица гражданства иностранного государства либо в связи с установлением государства, готового принять лицо без гражданства, данное лицо обязано выехать из Российской Федерации в течение пятнадцати календарных дней. Иностранный гражданин, не исполнивший такой обязанности, подлежит привлечению к ответственности в соответствии с законодательством Российской Федерации</w:t>
      </w:r>
    </w:p>
    <w:p>
      <w:r>
        <w:rPr>
          <w:b/>
        </w:rPr>
        <w:t xml:space="preserve">6. </w:t>
      </w:r>
      <w:r>
        <w:t>Лица, указанные в настоящей статье, не могут быть привлечены к административной ответственности за нарушение правил въезда в Российскую Федерацию либо режима пребывания (проживания) в Российской Федерации, незаконное осуществление трудовой деятельности в Российской Федерации или нарушение иммиграционных правил, если такие нарушения были выявлены в связи с подачей данными лицами заявления об установлении личности, предусмотренного статьей 101 настоящего Федерального закона, или заявления о выдаче временного удостоверения личности лица без гражданства в Российской Федерации</w:t>
      </w:r>
    </w:p>
    <w:p>
      <w:r>
        <w:rPr>
          <w:b/>
        </w:rPr>
        <w:t xml:space="preserve">7. </w:t>
      </w:r>
      <w:r>
        <w:t>Форма и описание бланка временного удостоверения личности лица без гражданства в Российской Федерации, являющегося бланком строгой отчетности, порядок выдачи, замены, аннулирования временного удостоверения личности лица без гражданства в Российской Федерации, форма заявления о выдаче временного удостоверения личности лица без гражданства в Российской Федерации и форма заявления о замене временного удостоверения личности лица без гражданства в Российской Федерации утверждаются федеральным органом исполнительной власти в сфере внутренних дел</w:t>
      </w:r>
    </w:p>
    <w:p>
      <w:r>
        <w:rPr>
          <w:b/>
        </w:rPr>
        <w:t xml:space="preserve">8. </w:t>
      </w:r>
      <w:r>
        <w:t>Территориальный орган федерального органа исполнительной власти в сфере внутренних дел, принявший решение о выдаче лицу, в отношении которого принято решение об административном выдворении за пределы Российской Федерации, временного удостоверения личности лица без гражданства в Российской Федерации, в течение трех рабочих дней со дня принятия такого решения уведомляет об этом с приложением копии такого решения орган прокуратуры в целях опротестования постановления суда об административном выдворении за пределы Российской Федерации, а также территориальный орган федерального органа исполнительной власти, уполномоченного на осуществление функций по обеспечению установленного порядка деятельности судов, исполнению судебных актов, актов иных органов, и должностных лиц. Территориальный орган федерального органа исполнительной власти в сфере внутренних дел, принявший решение о выдаче лицу, в отношении которого принято решение о депортации, временного удостоверения личности лица без гражданства в Российской Федерации, в течение трех рабочих дней со дня принятия такого решения уведомляет об этом с приложением копии такого решения федеральный орган исполнительной власти в сфере внутренних дел или его территориальный орган, принявший решение о депортации данного лица, в целях отмены решения о депортации. Территориальный орган федерального органа исполнительной власти в сфере внутренних дел, принявший решение о выдаче лицу, в отношении которого принято решение о нежелательности пребывания (проживания) в Российской Федерации или решение о неразрешении въезда в Российскую Федерацию, временного удостоверения личности лица без гражданства в Российской Федерации, в течение трех рабочих дней со дня принятия соответствующего решения уведомляет об этом с приложением копии соответствующего решения федеральный орган исполнительной власти или его территориальный орган, принявший решение о нежелательности пребывания (проживания) в Российской Федерации или решение о неразрешении въезда в Российскую Федерацию, в целях отмены соответствующего решения. Территориальный орган федерального органа исполнительной власти в сфере внутренних дел, принявший решение о выдаче временного удостоверения личности лица без гражданства в Российской Федерации или решение о замене временного удостоверения личности лица без гражданства в Российской Федерации лицу, в отношении которого федеральным органом исполнительной власти, уполномоченным принимать решения о нежелательности пребывания (проживания) в Российской Федерации в связи с наличием обстоятельств, создающих реальную угрозу здоровью населения, либо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вынесено решение о нежелательности пребывания (проживания) в Российской Федерации или решение о неразрешении въезда в Российскую Федерацию, в течение трех рабочих дней со дня принятия решения о выдаче временного удостоверения личности лица без гражданства в Российской Федерации или решения о замене временного удостоверения личности лица без гражданства в Российской Федерации уведомляет об этом с приложением копии соответствующего решения федеральный орган исполнительной власти, принявший решение о нежелательности пребывания (проживания) в Российской Федерации или решение о неразрешении въезда в Российскую Федерацию, в целях приостановления действия соответствующего решения или продления приостановления действия соответствующего решения.";</w:t>
      </w:r>
    </w:p>
    <w:p>
      <w:r>
        <w:rPr>
          <w:b/>
        </w:rPr>
        <w:t xml:space="preserve">8. </w:t>
      </w:r>
      <w:r>
        <w:t>статью 6 дополнить пунктом 31 следующего содержания: "31. Без учета утвержденной Правительством Российской Федерации квоты разрешение на временное проживание может быть выдано лицу без гражданства, имеющему временное удостоверение личности лица без гражданства в Российской Федерации."</w:t>
      </w:r>
    </w:p>
    <w:p>
      <w:r>
        <w:rPr>
          <w:b/>
        </w:rPr>
        <w:t xml:space="preserve">8. </w:t>
      </w:r>
      <w:r>
        <w:t>в статье 7:</w:t>
      </w:r>
    </w:p>
    <w:p>
      <w:r>
        <w:rPr>
          <w:b/>
        </w:rPr>
        <w:t xml:space="preserve">8. </w:t>
      </w:r>
      <w:r>
        <w:t>в статье 9:</w:t>
      </w:r>
    </w:p>
    <w:p>
      <w:r>
        <w:rPr>
          <w:b/>
        </w:rPr>
        <w:t xml:space="preserve">8. </w:t>
      </w:r>
      <w:r>
        <w:t>пункт 2 статьи 10 дополнить подпунктом 21 следующего содержания: "21) временное удостоверение личности лица без гражданства в Российской Федерации;"</w:t>
      </w:r>
    </w:p>
    <w:p>
      <w:r>
        <w:rPr>
          <w:b/>
        </w:rPr>
        <w:t xml:space="preserve">8. </w:t>
      </w:r>
      <w:r>
        <w:t>в статье 101:</w:t>
      </w:r>
    </w:p>
    <w:p>
      <w:r>
        <w:rPr>
          <w:b/>
        </w:rPr>
        <w:t xml:space="preserve">8. </w:t>
      </w:r>
      <w:r>
        <w:t>пункт 4 статьи 13 дополнить подпунктом 13 следующего содержания: "13) имеющих временное удостоверение личности лица без гражданства в Российской Федерации."</w:t>
      </w:r>
    </w:p>
    <w:p>
      <w:r>
        <w:rPr>
          <w:b/>
        </w:rPr>
        <w:t xml:space="preserve">8. </w:t>
      </w:r>
      <w:r>
        <w:t>статью 31 дополнить пунктом 121 следующего содержания: "121. В случае выдачи лицу без гражданства временного удостоверения личности лица без гражданства в Российской Федерации решение о его депортации подлежит отмене федеральным органом исполнительной власти в сфере внутренних дел или его территориальным органом, принявшим такое решение, в течение пяти рабочих дней со дня поступления информации о выдаче данному лицу временного удостоверения личности лица без гражданства в Российской Федерации."</w:t>
      </w:r>
    </w:p>
    <w:p>
      <w:r>
        <w:rPr>
          <w:b/>
        </w:rPr>
        <w:t xml:space="preserve">8. </w:t>
      </w:r>
      <w:r>
        <w:t>пункт 3 статьи 324 дополнить подпунктом 7 следующего содержания: "7) выдача лицу без гражданства временного удостоверения личности лица без гражданства в Российской Федерации."</w:t>
      </w:r>
    </w:p>
    <w:p>
      <w:r>
        <w:rPr>
          <w:b/>
        </w:rPr>
        <w:t xml:space="preserve">8. </w:t>
      </w:r>
      <w:r>
        <w:t>пункт 4 статьи 351 изложить в следующей редакции: "4. Содержание (пребывание) иностранного гражданина в специальном учреждении осуществляется до его административного выдворения за пределы Российской Федерации, депортации или отмены соответствующего решения, до передачи Российской Федерацией иностранному государству в соответствии с международным договором Российской Федерации о реадмиссии или прекращения процедуры реадмиссии, до его выезда за пределы Российской Федерации в порядке, предусмотренном законодательством Российской Федерации, либо до выдачи ему в порядке, предусмотренном статьей 52 настоящего Федерального закона, временного удостоверения личности лица без гражданства в Российской Федерации."</w:t>
      </w:r>
    </w:p>
    <w:p>
      <w:r>
        <w:rPr>
          <w:b/>
        </w:rPr>
        <w:t xml:space="preserve">8. </w:t>
      </w:r>
      <w:r>
        <w:t>пункт 12 после слов "в Российской Федерации" дополнить словами ", в том числе в случае приостановления действия такого решения,"</w:t>
      </w:r>
    </w:p>
    <w:p>
      <w:r>
        <w:rPr>
          <w:b/>
        </w:rPr>
        <w:t xml:space="preserve">8. </w:t>
      </w:r>
      <w:r>
        <w:t>дополнить пунктом 21 следующего содержания: "21. В случае аннулирования ранее выданного лицу без гражданства разрешения на временное проживание данному лицу выдается временное удостоверение личности лица без гражданства в Российской Федерации в порядке, предусмотренном статьей 52 настоящего Федерального закона."</w:t>
      </w:r>
    </w:p>
    <w:p>
      <w:r>
        <w:rPr>
          <w:b/>
        </w:rPr>
        <w:t xml:space="preserve">8. </w:t>
      </w:r>
      <w:r>
        <w:t>пункт 2 после слов "в Российской Федерации" дополнить словами ", в том числе в случае приостановления действия такого решения,"</w:t>
      </w:r>
    </w:p>
    <w:p>
      <w:r>
        <w:rPr>
          <w:b/>
        </w:rPr>
        <w:t xml:space="preserve">8. </w:t>
      </w:r>
      <w:r>
        <w:t>дополнить пунктом 82 следующего содержания: "82. В случае аннулирования ранее выданного лицу без гражданства вида на жительство данному лицу выдается временное удостоверение личности лица без гражданства в Российской Федерации в порядке, предусмотренном статьей 52 настоящего Федерального закона."</w:t>
      </w:r>
    </w:p>
    <w:p>
      <w:r>
        <w:rPr>
          <w:b/>
        </w:rPr>
        <w:t xml:space="preserve">8. </w:t>
      </w:r>
      <w:r>
        <w:t>пункт 3 после слова "формы" дополнить словами "с фотографией"</w:t>
      </w:r>
    </w:p>
    <w:p>
      <w:r>
        <w:rPr>
          <w:b/>
        </w:rPr>
        <w:t xml:space="preserve">8. </w:t>
      </w:r>
      <w:r>
        <w:t>пункт 4 дополнить подпунктом 5 следующего содержания: "5) направлять запросы в дипломатические представительства или консульские учреждения иностранных государств в Российской Федерации, международные организации."</w:t>
      </w:r>
    </w:p>
    <w:p>
      <w:r>
        <w:rPr>
          <w:b/>
        </w:rPr>
        <w:t xml:space="preserve">8. </w:t>
      </w:r>
      <w:r>
        <w:t>пункт 12 изложить в следующей редакции: "12. По результатам проведенных проверок, опроса свидетелей и опознания территориальным органом федерального органа исполнительной власти в сфере внутренних дел составляется заключение об установлении личности иностранного гражданина, которое подписывается руководителем указанного территориального органа. Подлинники документов, представленных иностранным гражданином в целях проведения процедуры установления личности, возвращаются иностранному гражданину. Копия заключения территориального органа федерального органа исполнительной власти в сфере внутренних дел об установлении личности иностранного гражданина вручается (направляется) данному иностранному гражданину в течение трех рабочих дней со дня составления этого заключения. Иностранному гражданину, не имеющему действительных документов, удостоверяющих личность, при установлении наличия у данного лица гражданства иностранного государства либо при установлении государства, готового принять лицо без гражданства, выдается справка установленной формы с фотографией для следования в дипломатическое представительство соответствующего иностранного государства в Российской Федерации. Форма заявления о выдаче справки для следования в дипломатическое представительство иностранного государства в Российской Федерации, форма такой справки и порядок ее выдачи утверждаются федеральным органом исполнительной власти в сфере внутренних дел."</w:t>
      </w:r>
    </w:p>
    <w:p>
      <w:r>
        <w:rPr>
          <w:b/>
        </w:rPr>
        <w:t xml:space="preserve">8. </w:t>
      </w:r>
      <w:r>
        <w:t>в пункте 13: дополнить предложением следующего содержания: "В случае непоступления из дипломатических представительств или консульских учреждений иностранных государств в Российской Федерации, международных организаций ответов на запросы территориального органа федерального органа исполнительной власти в сфере внутренних дел срок проведения процедуры установления личности иностранного гражданина может быть однократно продлен по решению руководителя указанного территориального органа, но не более чем на три месяца."; дополнить абзацем следующего содержания: "В случае непоступления ответов в течение времени, на которое продлен срок проведения процедуры установления личности иностранного гражданина, заключение об установлении личности иностранного гражданина выносится на основании данных, имеющихся ко времени истечения этого срока."</w:t>
      </w:r>
    </w:p>
    <w:p>
      <w:r>
        <w:rPr>
          <w:b/>
        </w:rPr>
        <w:t>Статья 2</w:t>
      </w:r>
    </w:p>
    <w:p>
      <w:r>
        <w:t>Внести в статью 2510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19, ст. 2094; 2013, № 30, ст. 4057; 2016, № 1, ст. 58; 2017, № 17, ст. 2460; № 27, ст. 3928; № 31, ст. 4819) следующие изменения</w:t>
      </w:r>
    </w:p>
    <w:p>
      <w:r>
        <w:t>часть третью дополнить новым четвертым предложением следующего содержания: "В случае выдачи лицу без гражданства, в отношении которого принято решение о неразрешении въезда в Российскую Федерацию, временного удостоверения личности лица без гражданства в Российской Федерации такое решение подлежит отмене уполномоченным федеральным органом исполнительной власти или его территориальным органом, принявшим такое решение, в течение пяти рабочих дней со дня поступления уведомления о выдаче лицу без гражданства указанного удостоверения."</w:t>
      </w:r>
    </w:p>
    <w:p>
      <w:r>
        <w:t>часть четвертую дополнить новым четвертым предложением следующего содержания: "В случае выдачи лицу без гражданства, в отношении которого принято решение о нежелательности пребывания (проживания) в Российской Федерации, временного удостоверения личности лица без гражданства в Российской Федерации такое решение подлежит отмене уполномоченным федеральным органом исполнительной власти или его территориальным органом, принявшим такое решение, в течение пяти рабочих дней со дня поступления уведомления о выдаче лицу без гражданства указанного удостоверения."</w:t>
      </w:r>
    </w:p>
    <w:p>
      <w:r>
        <w:t>дополнить частью десятой следующего содержания: "В случае выдачи временного удостоверения личности лица без гражданства в Российской Федерации или замены временного удостоверения личности лица без гражданства в Российской Федерации лицу, в отношении которого федеральным органом исполнительной власти, уполномоченным принимать решения о нежелательности пребывания (проживания) в Российской Федерации в связи с наличием обстоятельств, создающих реальную угрозу здоровью населения, или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принято решение о неразрешении въезда в Российскую Федерацию или решение о нежелательности пребывания (проживания) в Российской Федерации, действие соответствующего решения приостанавливается федеральным органом исполнительной власти, принявшим соответствующее решение, на период срока действия временного удостоверения личности лица без гражданства в Российской Федерации в течение пяти рабочих дней со дня поступления уведомления о выдаче или замене лицу без гражданства указанного удостоверения. В случае выезда за пределы Российской Федерации лица без гражданства, в отношении которого приостановлено действие решения о неразрешении въезда в Российскую Федерацию или решения о нежелательности пребывания (проживания) в Российской Федерации, действие соответствующего решения возобновляется."</w:t>
      </w:r>
    </w:p>
    <w:p>
      <w:r>
        <w:rPr>
          <w:b/>
        </w:rPr>
        <w:t>Статья 3</w:t>
      </w:r>
    </w:p>
    <w:p>
      <w:r>
        <w:t>Внести в пункт 1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75) следующие изменения</w:t>
      </w:r>
    </w:p>
    <w:p>
      <w:r>
        <w:t>в абзаце втором подпункта 1 слова "данные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Федерации" заменить словами "данные документов, подтверждающих право иностранного гражданина или лица без гражданства на пребывание (проживание) в Российской Федерации (если наличие таких документов обязательно в соответствии с международными договорами Российской Федерации и законодательством Российской Федерации)"</w:t>
      </w:r>
    </w:p>
    <w:p>
      <w:r>
        <w:t>в подпункте 4: а) в абзаце четвертом слова "данные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Федерации" заменить словами "данные документов, подтверждающих право иностранного гражданина или лица без гражданства на пребывание (проживание) в Российской Федерации (если наличие таких документов обязательно в соответствии с международными договорами Российской Федерации и законодательством Российской Федерации)"; б) в абзаце седьмом слова "данные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Федерации" заменить словами "данные документов, подтверждающих право иностранного гражданина или лица без гражданства на пребывание (проживание) в Российской Федерации (если наличие таких документов обязательно в соответствии с международными договорами Российской Федерации и законодательством Российской Федерации)"; в) в абзаце восьмом слова "данные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Федерации" заменить словами "данные документов, подтверждающих право иностранного гражданина или лица без гражданства на пребывание (проживание) в Российской Федерации (если наличие таких документов обязательно в соответствии с международными договорами Российской Федерации и законодательством Российской Федерации)"; г) в абзаце девятом слова "данные миграционной карты и документа, подтверждающего право иностранного гражданина или лица без гражданства на пребывание (проживание) в Российской Федерации" заменить словами "данные документов, подтверждающих право иностранного гражданина или лица без гражданства на пребывание (проживание) в Российской Федерации (если наличие таких документов обязательно в соответствии с международными договорами Российской Федерации и законодательством Российской Федерации)"</w:t>
      </w:r>
    </w:p>
    <w:p>
      <w:r>
        <w:rPr>
          <w:b/>
        </w:rPr>
        <w:t>Статья 4</w:t>
      </w:r>
    </w:p>
    <w:p>
      <w:r>
        <w:t>Абзац первый части 3 статьи 20 Федерального закона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2007, № 49, ст. 6071; 2008, № 30, ст. 3589; 2009, № 29, ст. 3636; 2010, № 52, ст. 7000; 2011, № 13, ст. 1689; 2013, № 23, ст. 2866; № 48, ст. 6165; № 52, ст. 6950; 2014, № 52, ст. 7557; 2015, № 48, ст. 6724; 2018, № 27, ст. 3946; 2019, № 18, ст. 2224; 2020, № 24, ст. 3756) после слов "со дня прибытия в место пребывания" дополнить словами "либо со дня получения временного удостоверения личности лица без гражданства в Российской Федерации".</w:t>
      </w:r>
    </w:p>
    <w:p>
      <w:r>
        <w:rPr>
          <w:b/>
        </w:rPr>
        <w:t>Статья 5</w:t>
      </w:r>
    </w:p>
    <w:p>
      <w:r>
        <w:t>Часть 3 статьи 17 Федерального закона от 7 февраля 2011 года № 3-ФЗ "О полиции" (Собрание законодательства Российской Федерации, 2011, № 7, ст. 900; 2016, № 27, ст. 4160, 4238; 2017, № 50, ст. 7562; 2018, № 32, ст. 5125; 2019, № 14, ст. 1461; 2021, № 1, ст. 57) дополнить пунктами 441 и 442 следующего содержания: "441) о лицах, являющихся иностранными гражданами или лицами без гражданства, в отношении которых составлено заключение об установлении личности в соответствии с законодательством Российской Федерации;</w:t>
      </w:r>
    </w:p>
    <w:p>
      <w:r>
        <w:t>о лицах, получивших временное удостоверение личности лица без гражданства в Российской Федерации;"</w:t>
      </w:r>
    </w:p>
    <w:p>
      <w:r>
        <w:rPr>
          <w:b/>
        </w:rPr>
        <w:t>Статья 6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