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101. Особенности принятия решения в упрощенном порядке о предварительном согласовании сделки или согласовании установления контроля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