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года</w:t>
      </w:r>
    </w:p>
    <w:p>
      <w:r>
        <w:rPr>
          <w:b/>
        </w:rPr>
        <w:t>Статья None. Федеральный закон   от 24.03.2021 № 46-ФЗ</w:t>
      </w:r>
    </w:p>
    <w:p>
      <w:r>
        <w:t>О ратификации Протокола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года Принят Государственной Думой 10 марта 2021 года Одобрен Советом Федерации 17 марта 2021 года Ратифицировать Протокол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года, подписанный в городе Москве 14 июля 2020 года. Президент Российской Федерации В.Путин Москва, Кремль 24 марта 2021 года № 46-ФЗ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