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основах туристской деятельности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24 ноября 1996 года № 132-ФЗ "Об основах туристской деятельности в Российской Федерации" (Собрание законодательства Российской Федерации, 1996, № 49, ст. 5491; 2003, № 2, ст. 167; 2004, № 35, ст. 3607; 2007, № 7, ст. 833; 2009, № 1, ст. 17; № 26, ст. 3121; № 52, ст. 6441; 2010, № 32, ст. 4298; 2011, № 27, ст. 3880; 2012, № 19, ст. 2281; 2015, № 27, ст. 3946; 2016, № 10, ст. 1323; № 15, ст. 2066; 2017, № 1, ст. 6; 2018, № 7, ст. 976; № 17, ст. 2420; № 24, ст. 3416; 2019, № 27, ст. 3535; № 49, ст. 6978; 2020, № 24, ст. 3740; Российская газета, 2021, 12 марта) следующие изменения</w:t>
      </w:r>
    </w:p>
    <w:p>
      <w:r>
        <w:t>в статье 1: а) в абзаце пятнадцатом слова "(далее - турагент)" заменить словами ", сведения о которых внесены в единый федеральный реестр турагентов, субагентов в порядке, предусмотренном настоящим Федеральным законом (далее - турагент)"; б) дополнить новым абзацем шестнадцатым следующего содержания: "субагент - юридическое лицо или индивидуальный предприниматель, которым турагентом передано исполнение поручения туроператора на продвижение и реализацию туристского продукта в порядке, предусмотренном настоящим Федеральным законом, и сведения о которых внесены в единый федеральный реестр турагентов, субагентов в порядке, предусмотренном настоящим Федеральным законом;"; в) абзацы шестнадцатый - тридцать пятый считать соответственно абзацами семнадцатым - тридцать шестым</w:t>
      </w:r>
    </w:p>
    <w:p>
      <w:r>
        <w:t>в статье 31: а) дополнить новыми абзацами тридцать шестым и тридцать седьмым следующего содержания: "установление порядка ведения единого федерального реестра турагентов, субагентов (далее - реестр турагентов); ведение реестра турагентов;"; б) абзацы тридцать шестой и тридцать седьмой считать соответственно абзацами тридцать восьмым и тридцать девятым</w:t>
      </w:r>
    </w:p>
    <w:p>
      <w:r>
        <w:t>в абзаце десятом части третьей статьи 4 слова "(далее также - реестр)" заменить словами "(далее также - реестр туроператоров), ведения реестра турагентов"</w:t>
      </w:r>
    </w:p>
    <w:p>
      <w:r>
        <w:t>в статье 41: а) в части третьей: абзац третий после слова "реестр" дополнить словом "туроператоров"; абзац четвертый дополнить словом "туроператоров"; абзац пятый после слова "реестра" дополнить словом "туроператоров"; б) часть четвертую после слова "реестр" дополнить словом "туроператоров"</w:t>
      </w:r>
    </w:p>
    <w:p>
      <w:r>
        <w:t>в статье 42: а) абзац первый части второй после слова "реестр" дополнить словом "туроператоров"; б) часть третью после слова "Реестр" дополнить словом "туроператоров", после слова "реестра" дополнить словом "туроператоров"; в) часть четвертую после слова "реестр" дополнить словом "туроператоров"; г) часть пятую после слова "реестр" дополнить словом "туроператоров"; д) часть шестую после слова "реестр" дополнить словом "туроператоров"; е) в части седьмой: абзац первый после слова "реестр" дополнить словом "туроператоров"; абзац седьмой после слова "реестра" дополнить словом "туроператоров"; ж) абзац первый части восьмой после слова "реестре" дополнить словом "туроператоров"; з) абзац первый части девятой после слова "реестре" дополнить словом "туроператоров"; и) часть одиннадцатую после слова "реестр" дополнить словом "туроператоров"; к) часть двенадцатую после слова "реестр" дополнить словом "туроператоров"; л) часть тринадцатую после слова "реестре" дополнить словом "туроператоров"; м) часть четырнадцатую после слова "реестр" дополнить словом "туроператоров"; н) в части пятнадцатой: абзац первый после слова "реестра" дополнить словом "туроператоров"; абзац пятнадцатый после слова "реестре" дополнить словом "туроператоров"; о) часть шестнадцатую после слова "реестра" дополнить словом "туроператоров"; п) часть семнадцатую после слова "реестра" дополнить словом "туроператоров"; р) часть восемнадцатую после слова "реестра" дополнить словом "туроператоров"</w:t>
      </w:r>
    </w:p>
    <w:p>
      <w:r>
        <w:t>дополнить статьей 43 следующего содержания: "Статья 43. Реестр турагентов Реестр турагентов является федеральным информационным ресурсом, содержащим сведения о турагентах и субагентах. Ведение реестра турагентов осуществляется уполномоченным федеральным органом исполнительной власти в электронной форме в соответствии с едиными организационными, методологическими и программно-техническими принципами, обеспечивающими совместимость и взаимодействие реестра турагентов с иными федеральными информационными системами и информационно-телекоммуникационными сетями, а также информационными системами туроператоров и турагентов. Порядок ведения реестра турагентов, в том числе порядок выдачи выписки из реестра турагентов и форма такой выписки, и порядок внесения в реестр турагентов сведений о турагентах, субагентах устанавливаются уполномоченным федеральным органом исполнительной власти. Реестр турагентов содержит следующие сведения: полное и (в случае, если имеется) сокращенное наименования, фамилия, имя, отчество (в случае, если имеется) руководителя, адрес места нахождения, основной государственный регистрационный номер юридического лица - в отношении турагента, субагента - юридического лица; фамилия, имя, отчество (в случае, если имеется), адрес места жительства индивидуального предпринимателя, основной государственный регистрационный номер индивидуального предпринимателя - в отношении турагента, субагента - индивидуального предпринимателя; сведения о наличии договора на продвижение и реализацию туристского продукта между туроператором и турагентом, по которому туроператор поручает продвижение и реализацию туристского продукта, в том числе указание сферы туризма, в которой поручаются продвижение и реализация туристского продукта (въездной туризм, выездной туризм, внутренний туризм), даты заключения и срока действия такого договора, а также указание на возможность (невозможность) передачи турагентом исполнения поручения туроператора на продвижение и реализацию туристского продукта субагенту; сведения о наличии договора на продвижение и реализацию туристского продукта между турагентом и субагентом, по которому турагент передает исполнение поручения на продвижение и реализацию туристского продукта, в том числе указание сферы туризма, в которой поручаются продвижение и реализация туристского продукта (въездной туризм, выездной туризм, внутренний туризм), даты заключения и срока действия такого договора; реестровый номер турагента в реестре турагентов; дата размещения туроператором в реестре турагентов сведений, указанных в абзаце четвертом настоящей части; дата размещения турагентом в реестре турагентов сведений, указанных в абзаце пятом настоящей части, в случае наличия договора субагентирования или субкомиссии либо иного договора, предусматривающего передачу исполнения поручения на продвижение и реализацию туристского продукта; дата внесения уполномоченным федеральным органом исполнительной власти изменений в реестр турагентов; дата принятия решения об исключении из реестра турагентов сведений о турагенте и номер указанного решения. Сведения о турагенте, субагенте, указанные в абзацах втором и третьем части четвертой настоящей статьи, формируются в реестре турагентов автоматически на основании сведений из единого государственного реестра юридических лиц и единого государственного реестра индивидуальных предпринимателей после указания туроператором (турагентом) основного государственного регистрационного номера юридического лица или основного государственного регистрационного номера индивидуального предпринимателя при формировании сведений о турагенте, субагенте для размещения в реестре турагентов. Соответствие данных сведений сведениям, содержащимся в едином государственном реестре юридических лиц и едином государственном реестре индивидуальных предпринимателей, обеспечивается посредством использования и дальнейшего обновления предоставляемых единой системой межведомственного электронного взаимодействия в реестр турагентов сведений, размещенных в государственных информационных системах и иных информационных системах, не позднее чем через три рабочих дня со дня такого предоставления. Сведения о наличии договора на продвижение и реализацию туристского продукта между туроператором и турагентом, по которому туроператор поручает продвижение и реализацию туристского продукта, в том числе указание сферы туризма, в которой поручаются продвижение и реализация туристского продукта (въездной туризм, выездной туризм, внутренний туризм), даты заключения и срока действия такого договора, а также указание на возможность (невозможность) заключения турагентом такого договора с субагентом, формируются туроператором в реестре турагентов самостоятельно не позднее чем через три рабочих дня со дня заключения такого договора. Внесение сведений о турагенте в реестр турагентов осуществляется туроператором в электронной форме с использованием личного кабинета туроператора на официальном сайте уполномоченного федерального органа исполнительной власти в информационно-телекоммуникационной сети "Интернет". Сведения о наличии договора на продвижение и реализацию туристского продукта между турагентом и субагентом, по которому турагент передает поручение на продвижение и реализацию туристского продукта, в том числе указание сферы туризма, в которой поручаются продвижение и реализация туристского продукта (въездной туризм, выездной туризм, внутренний туризм), даты заключения и срока действия такого договора, формируются турагентом в реестре турагентов самостоятельно не позднее чем через три рабочих дня со дня заключения такого договора. Внесение сведений о субагенте в реестр турагентов осуществляется турагентом в электронной форме с использованием личного кабинета турагента на официальном сайте уполномоченного федерального органа исполнительной власти в информационно-телекоммуникационной сети "Интернет". При этом туроператор должен подтвердить в реестре турагентов право субагента на продвижение и реализацию туристского продукта, сформированного туроператором. При изменении сведений, указанных в абзаце четвертом части четвертой настоящей статьи (в том числе в случае прекращения (расторжения) договора с турагентом, прекращения полномочий турагента по передаче исполнения поручения субагенту), туроператор не позднее трех рабочих дней со дня изменения сведений обязан внести соответствующую запись в реестр турагентов с использованием личного кабинета туроператора на официальном сайте уполномоченного федерального органа исполнительной власти в информационно-телекоммуникационной сети "Интернет". При изменении сведений, указанных в абзаце пятом части четвертой настоящей статьи (в том числе в случае прекращения (расторжения) договора с субагентом), турагент не позднее трех рабочих дней со дня изменения сведений обязан внести соответствующую запись в реестр турагентов с использованием личного кабинета турагента на официальном сайте уполномоченного федерального органа исполнительной власти в информационно-телекоммуникационной сети "Интернет". Невнесение туроператором сведений о турагенте, осуществляющем продвижение и реализацию туристского продукта, сформированного туроператором, в реестр турагентов, внесение сведений о турагенте в реестр турагентов с нарушением порядка, предусмотренного законодательством Российской Федерации, либо внесение в реестр турагентов недостоверных сведений влечет за собой административную ответственность в соответствии с законодательством Российской Федерации. Невнесение турагентом сведений о субагенте, осуществляющем продвижение и реализацию туристского продукта, сформированного туроператором, в реестр турагентов, внесение сведений о субагенте в реестр турагентов с нарушением порядка, предусмотренного законодательством Российской Федерации, либо внесение в реестр турагентов недостоверных сведений влечет за собой административную ответственность в соответствии с законодательством Российской Федерации. Основанием для отказа во внесении в реестр турагентов сведений о турагенте является отсутствие таких сведений или несоответствие сведений в отношении турагента сведениям, содержащимся в едином государственном реестре юридических лиц или в едином государственном реестре индивидуальных предпринимателей, либо наличие в указанных реестрах записи о прекращении деятельности турагентом. Уполномоченный федеральный орган исполнительной власти исключает сведения о турагенте из реестра турагентов в случае: исключения сведений об осуществляющем турагентскую деятельность юридическом лице из единого государственного реестра юридических лиц или сведений об осуществляющем турагентскую деятельность индивидуальном предпринимателе из единого государственного реестра индивидуальных предпринимателей в соответствии с законодательством Российской Федерации о государственной регистрации юридических лиц и индивидуальных предпринимателей; прекращения действия всех договоров на продвижение и реализацию туристского продукта, заключенных между туроператором и турагентом, в связи с расторжением или окончанием сроков действия таких договоров, а также по иным основаниям, предусмотренным законодательством Российской Федерации. Решение об исключении сведений о турагенте из реестра турагентов оформляется соответствующим актом уполномоченного федерального органа исполнительной власти. Уведомление о принятии уполномоченным федеральным органом исполнительной власти решения об исключении сведений о турагенте из реестра турагентов, содержащего основания для исключения сведений о турагенте из реестра турагентов, не позднее дня, следующего за днем принятия указанного решения, направляется турагенту почтовым отправлением с уведомлением о вручении либо в электронной форме с использованием личного кабинета. Уполномоченный федеральный орган исполнительной власти не позднее чем через один рабочий день со дня принятия решения об исключении сведений о турагенте из реестра турагентов размещает указанное решение на своем официальном сайте в информационно-телекоммуникационной сети "Интернет". Исключение сведений о турагенте, субагенте из реестра турагентов либо прекращение полномочий турагента, субагента по продвижению и реализации туристского продукта не прекращает действие ранее заключенных договоров о реализации туристского продукта, заключенных такими турагентом, субагентом с туристами и (или) заказчиками туристского продукта до дня исключения данных сведений, и не освобождает туроператора от обязанности обеспечить оказание туристам услуг, входящих в туристский продукт. Решение об исключении сведений о турагенте, субагенте из реестра турагентов может быть обжаловано в судебном порядке. Прекращение полномочий турагента влечет за собой прекращение полномочий субагентов, с которыми были заключены договоры на продвижение и реализацию туристского продукта между турагентом и субагентом в целях передачи исполнения поручения туроператора."</w:t>
      </w:r>
    </w:p>
    <w:p>
      <w:r>
        <w:t>абзац девятый статьи 6 дополнить словом "туроператоров"</w:t>
      </w:r>
    </w:p>
    <w:p>
      <w:r>
        <w:t>в статье 9: а) часть шестую изложить в следующей редакции: "Продвижение и реализация туристского продукта турагентом, субагентом допускаются при условии наличия сведений о турагенте, субагенте в реестре турагентов. Турагент осуществляет продвижение и реализацию туристского продукта по поручению туроператора. Поручением туроператора в целях настоящего Федерального закона признается внесение туроператором сведений о наличии договора на продвижение и реализацию туристского продукта с турагентом в реестр турагентов или подтверждение туроператором в реестре турагентов права субагента на продвижение и реализацию туристского продукта, сформированного туроператором, в случае, если туроператор наделил турагента правом заключения с субагентами договоров на продвижение и реализацию туристского продукта, предусматривающих передачу исполнения поручения на продвижение и реализацию туристского продукта."; б) часть восьмую изложить в следующей редакции: "Туроператор размещает сведения о турагентах, осуществляющих продвижение и реализацию туристского продукта, сформированного туроператором, посредством размещения информации о реестре турагентов на своем официальном сайте в информационно-телекоммуникационной сети "Интернет"."; в) дополнить частями одиннадцатой - пятнадцатой следующего содержания: "Осуществление турагентской деятельности лицом, сведения о котором отсутствуют в реестре турагентов, влечет за собой административную ответственность в соответствии с законодательством Российской Федерации. Осуществление турагентом деятельности по продвижению и реализации туристского продукта при отсутствии в реестре турагентов сведений о заключении между турагентом и туроператором, сформировавшим туристский продукт, договора на продвижение и реализацию туристского продукта, сформированного туроператором, влечет за собой административную ответственность в соответствии с законодательством Российской Федерации. Передача турагентом исполнения поручения туроператора на продвижение и реализацию туристского продукта при отсутствии у турагента права на такую передачу влечет за собой административную ответственность в соответствии с законодательством Российской Федерации. Осуществление субагентом деятельности по продвижению и реализации туристского продукта при отсутствии в реестре турагентов сведений о заключении между субагентом и турагентом договора, предусматривающего передачу исполнения поручения туроператора на продвижение и реализацию туристского продукта, сформированного туроператором, влечет за собой административную ответственность в соответствии с законодательством Российской Федерации. Правила настоящего Федерального закона о продвижении и реализации туристского продукта турагентом применяются к продвижению и реализации туристского продукта субагентом."</w:t>
      </w:r>
    </w:p>
    <w:p>
      <w:r>
        <w:t>в части второй статьи 101: а) абзац второй изложить в следующей редакции: "полное и (в случае, если имеется) сокращенное наименования, фамилия, имя, отчество (в случае, если имеется) руководителя, адрес места нахождения, основной государственный регистрационный номер юридического лица - в отношении турагента - юридического лица;"; б) дополнить новыми абзацами третьим и четвертым следующего содержания: "фамилия, имя, отчество (в случае, если имеется), адрес места жительства индивидуального предпринимателя, основной государственный регистрационный номер индивидуального предпринимателя - в отношении турагента - индивидуального предпринимателя; реестровый номер турагента в реестре турагентов;"; в) абзацы третий - восьмой считать соответственно абзацами пятым - десятым</w:t>
      </w:r>
    </w:p>
    <w:p>
      <w:r>
        <w:t>статью 11 после слова "реестр" дополнить словом "туроператоров"</w:t>
      </w:r>
    </w:p>
    <w:p>
      <w:r>
        <w:t>в статье 112: а) в части первой: абзац третий после слова "реестре" дополнить словом "туроператоров"; абзац четвертый после слова "реестре" дополнить словом "туроператоров"; б) части вторую и третью признать утратившими силу</w:t>
      </w:r>
    </w:p>
    <w:p>
      <w:r>
        <w:t>часть вторую статьи 172 после слова "реестра" дополнить словом "туроператоров"</w:t>
      </w:r>
    </w:p>
    <w:p>
      <w:r>
        <w:t>часть третью статьи 174 после слова "реестра" дополнить словом "туроператоров"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2022 года</w:t>
      </w:r>
    </w:p>
    <w:p>
      <w:r>
        <w:rPr>
          <w:b/>
        </w:rPr>
        <w:t xml:space="preserve">2. </w:t>
      </w:r>
      <w:r>
        <w:t>Юридические лица и индивидуальные предприниматели, осуществляющие турагентскую деятельность, предусмотренную Федеральным законом от 24 ноября 1996 года № 132-ФЗ "Об основах туристской деятельности в Российской Федерации" (в редакции, действовавшей до дня вступления в силу настоящего Федерального закона), на основании заключенных с туроператорами договоров на продвижение и реализацию туристского продукта вправе продолжать осуществление указанной деятельности в течение ста восьмидесяти дней со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В течение ста восьмидесяти дней со дня вступления в силу настоящего Федерального закона туроператоры обязаны внести сведения о юридических лицах и об индивидуальных предпринимателях, указанных в части 2 настоящей статьи, в единый федеральный реестр турагентов, субагентов (далее - реестр турагентов) в порядке, предусмотренном Федеральным законом от 24 ноября 1996 года № 132-ФЗ "Об основах туристской деятельности в Российской Федерации" (в редакции настоящего Федерального закона)</w:t>
      </w:r>
    </w:p>
    <w:p>
      <w:r>
        <w:rPr>
          <w:b/>
        </w:rPr>
        <w:t xml:space="preserve">4. </w:t>
      </w:r>
      <w:r>
        <w:t>В течение ста восьмидесяти дней со дня вступления в силу настоящего Федерального закона юридические лица и индивидуальные предприниматели, которые указаны в части 2 настоящей статьи и сведения о которых внесены в реестр турагентов в соответствии с частью 3 настоящей статьи, обязаны внести сведения о юридических лицах и об индивидуальных предпринимателях, с которыми заключены договоры, предусматривающие передачу исполнения поручения туроператора на продвижение и реализацию туристского продукта, в реестр турагентов в порядке, предусмотренном Федеральным законом от 24 ноября 1996 года № 132-ФЗ "Об основах туристской деятельности в Российской Федерации" (в редакции настоящего Федерального закона)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