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сельскохозяйственной кооперации" и статью 9 Федерального закона "О производственных кооперативах"</w:t>
      </w:r>
    </w:p>
    <w:p>
      <w:r>
        <w:rPr>
          <w:b/>
        </w:rPr>
        <w:t>Статья 1</w:t>
      </w:r>
    </w:p>
    <w:p>
      <w:r>
        <w:t>Внести в Федеральный закон от 8 декабря 1995 года № 193-ФЗ "О сельскохозяйственной кооперации" (Собрание законодательства Российской Федерации, 1995, № 50, ст. 4870; 1999, № 8, ст. 973; 2002, № 12, ст. 1093; 2003, № 24, ст. 2248; 2006, № 45, ст. 4635; 2007, № 27, ст. 3213; 2009, № 29, ст. 3642; 2013, № 27, ст. 3477; 2014, № 45, ст. 6154; 2015, № 17, ст. 2474; 2016, № 27, ст. 4225; 2017, № 31, ст. 4766; 2018, № 32, ст. 5115; 2020, № 29, ст. 4506) следующие изменения</w:t>
      </w:r>
    </w:p>
    <w:p>
      <w:r>
        <w:t>в пункте 11 статьи 4 слово "пяти" заменить словом "трех"</w:t>
      </w:r>
    </w:p>
    <w:p>
      <w:r>
        <w:t>абзац шестой статьи 6 после слова "кредиты" дополнить словом "(займы)"</w:t>
      </w:r>
    </w:p>
    <w:p>
      <w:r>
        <w:t>пункт 3 статьи 8 дополнить абзацем следующего содержания: "принимает решение о вступлении кооператива в ревизионный союз сельскохозяйственных кооперативов."</w:t>
      </w:r>
    </w:p>
    <w:p>
      <w:r>
        <w:t>подпункт 9 пункта 2 статьи 20 после слова "кредитов" дополнить словом "(займов)"</w:t>
      </w:r>
    </w:p>
    <w:p>
      <w:r>
        <w:t>пункт 9 статьи 24 дополнить подпунктом 21 следующего содержания: "21) выписка из реестра членов кооператива и ассоциированных членов кооператива о количественном и персональном составах членов кооператива и ассоциированных членов кооператива на дату принятия решения о созыве общего собрания;"</w:t>
      </w:r>
    </w:p>
    <w:p>
      <w:r>
        <w:t>в статье 26: а) пункт 2 после слов "из числа членов кооператива" дополнить словами "- физических лиц и (или) из числа представителей юридических лиц - членов кооператива"; б) пункт 3 изложить в следующей редакции: "3. Правление кооператива с числом членов кооператива не более 100 состоит из трех человек, с числом членов кооператива более 100 - из пяти человек, если большее число членов правления кооператива не предусмотрено уставом кооператива."; в) подпункт 6 пункта 4 после слова "кредитов" дополнить словом "(займов)"</w:t>
      </w:r>
    </w:p>
    <w:p>
      <w:r>
        <w:t>абзац пятый пункта 3 статьи 28 дополнить словом "(займ)"</w:t>
      </w:r>
    </w:p>
    <w:p>
      <w:r>
        <w:t>пункт 1 статьи 29 после слов "из числа членов кооператива" дополнить словами "- физических лиц и (или) из числа представителей юридических лиц - членов кооператива"</w:t>
      </w:r>
    </w:p>
    <w:p>
      <w:r>
        <w:t>пункт 8 статьи 30 после слова "кредита" дополнить словом "(займа)"</w:t>
      </w:r>
    </w:p>
    <w:p>
      <w:r>
        <w:t>пункт 9 статьи 31 дополнить абзацем следующего содержания: "Ревизионный союз, исключенный из единого реестра ревизионных союзов и ревизоров-консультантов саморегулируемой организации и не включенный в течение трех месяцев в единый реестр ревизионных союзов и ревизоров-консультантов данной или иной саморегулируемой организации, утрачивает право на ревизионную деятельность и обязан исключить из своего наименования слова "ревизионный союз сельскохозяйственных кооперативов", а также слова, производные от таких слов и словосочетаний."</w:t>
      </w:r>
    </w:p>
    <w:p>
      <w:r>
        <w:t>в пункте 1 статьи 32 слово "трех" заменить словом "двух"</w:t>
      </w:r>
    </w:p>
    <w:p>
      <w:r>
        <w:t>пункт 12 статьи 35 после слова "кредиты" дополнить словом "(займы)"</w:t>
      </w:r>
    </w:p>
    <w:p>
      <w:r>
        <w:t>абзац четвертый пункта 7 статьи 37 после слова "кредитов" дополнить словом "(займов)"</w:t>
      </w:r>
    </w:p>
    <w:p>
      <w:r>
        <w:t>статью 39 дополнить пунктом 9 следующего содержания: "9. В реестре членов кооператива и ассоциированных членов кооператива содержится информация:</w:t>
      </w:r>
    </w:p>
    <w:p>
      <w:r>
        <w:t>о персональном составе членов кооператива и ассоциированных членов кооператива на текущую дату</w:t>
      </w:r>
    </w:p>
    <w:p>
      <w:r>
        <w:t>о стоимости паевого взноса и приращенного пая членов кооператива</w:t>
      </w:r>
    </w:p>
    <w:p>
      <w:r>
        <w:t>о стоимости паевого взноса ассоциированных членов кооператива</w:t>
      </w:r>
    </w:p>
    <w:p>
      <w:r>
        <w:t>иная информация (при необходимости)."</w:t>
      </w:r>
    </w:p>
    <w:p>
      <w:r>
        <w:t>в статье 41: а) в пункте 4 слова "актом и разделительным балансом, в которых должны" заменить словами "актом, в котором должны"; б) в пункте 5 слова "и разделительный баланс утверждаются" заменить словом "утверждается", слово "представляются" заменить словом "представляется"; в) пункт 6 изложить в следующей редакции: "6. Если передаточный акт не дает возможности определить правопреемника реорганизованного кооператива, созданные в результате реорганизации такого кооператива юридические лица несут солидарную ответственность по обязательствам реорганизованного кооператива перед его кредиторами."</w:t>
      </w:r>
    </w:p>
    <w:p>
      <w:r>
        <w:t>в статье 42: а) в пункте 4 слова "сельскохозяйственных организаций" исключить; б) в пункте 5: в абзаце первом слово "обязано" заменить словами "либо ликвидационная комиссия кооператива обязаны"; в абзаце четвертом слова "предупреждению несостоятельности (банкротства)" заменить словами "восстановлению платежеспособности"; в) дополнить пунктом 51 следующего содержания: "51. В случае, если по итогам рассмотрения правлением кооператива либо ликвидационной комиссией кооператива в соответствии с пунктом 5 настоящей статьи заключения ревизионного союза, членом которого является кооператив, о результатах ревизии финансово-хозяйственной деятельности кооператива принято решение о целесообразности обращения в арбитражный суд с заявлением о признании кооператива банкротом, правление кооператива либо ликвидационная комиссия кооператива направляет указанное обращение в арбитражный суд. При наличии в кооперативе наблюдательного совета решение о целесообразности обращения в арбитражный суд с заявлением о признании кооператива банкротом принимается с одобрения наблюдательного совета."; г) абзац первый пункта 6 изложить в следующей редакции: "6. В случае принятия предусмотренного пунктом 51 настоящей статьи решения о целесообразности обращения в арбитражный суд с заявлением о признании кооператива банкротом или в случае обращения конкурсного кредитора или уполномоченных органов в арбитражный суд с заявлением о признании кооператива банкротом правление кооператива либо ликвидационная комиссия кооператива должны созвать общее собрание членов кооператива, на котором обязаны:"</w:t>
      </w:r>
    </w:p>
    <w:p>
      <w:r>
        <w:t>в статье 44: а) пункт 4 изложить в следующей редакции: "4. Оставшееся после удовлетворения требований кредиторов имущество ликвидируемого кооператива распределяется между членами кооператива и ассоциированными членами кооператива в следующей очередности:</w:t>
      </w:r>
    </w:p>
    <w:p>
      <w:r>
        <w:t>в первую очередь осуществляется выплата ассоциированным членам кооператива стоимости внесенных ими взносов и невыплаченных им дивидендов</w:t>
      </w:r>
    </w:p>
    <w:p>
      <w:r>
        <w:t>во вторую очередь осуществляется выплата членам кооператива стоимости внесенных ими дополнительных паевых взносов и дополнительных взносов, внесенных ими в порядке субсидиарной ответственности</w:t>
      </w:r>
    </w:p>
    <w:p>
      <w:r>
        <w:t>в третью очередь осуществляется выплата членам кооператива стоимости внесенных ими обязательных паевых взносов</w:t>
      </w:r>
    </w:p>
    <w:p>
      <w:r>
        <w:t>в четвертую очередь осуществляется выплата членам кооператива и ассоциированным членам кооператива стоимости имущества, оставшегося после выплат, произведенных в первую - третью очереди, при этом стоимость такого имущества распределяется между членами кооператива и ассоциированными членами кооператива пропорционально внесенным ими паевым взносам."; б) дополнить пунктом 41 следующего содержания: "41. Требования по выплатам каждой последующей очереди удовлетворяются только после полного удовлетворения требований по выплатам предыдущей очереди. В случае, если имущества ликвидируемого кооператива, стоимость которого подлежит выплате в соответствии с требованиями, относящимися к одной очереди, недостаточно для полного удовлетворения указанных требований, такое имущество распределяется между лицами, заявившими данные требования, пропорционально этим требованиям."</w:t>
      </w:r>
    </w:p>
    <w:p>
      <w:r>
        <w:rPr>
          <w:b/>
        </w:rPr>
        <w:t>Статья 2</w:t>
      </w:r>
    </w:p>
    <w:p>
      <w:r>
        <w:t>Абзац второй пункта 3 статьи 9 Федерального закона от 8 мая 1996 года № 41-ФЗ "О производственных кооперативах" (Собрание законодательства Российской Федерации, 1996, № 20, ст. 2321) изложить в следующей редакции: "Пай члена кооператива, за исключением члена сельскохозяйственного производственного кооператива, состоит из паевого взноса члена кооператива и соответствующей части чистых активов кооператива (за исключением неделимого фонда). Состав пая члена сельскохозяйственного производственного кооператива (ассоциированного члена такого кооператива) устанавливается Федеральным законом от 8 декабря 1995 года № 193-ФЗ "О сельскохозяйственной кооперации".".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