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391 и 392 Трудового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