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 и 4 Федерального закона "О закупках товаров, работ, услуг отдельными видами юридических лиц"</w:t>
      </w:r>
    </w:p>
    <w:p>
      <w:r>
        <w:rPr>
          <w:b/>
        </w:rPr>
        <w:t>Статья 1</w:t>
      </w:r>
    </w:p>
    <w:p>
      <w:r>
        <w:t>Внести в Федеральный закон от 18 июля 2011 года № 223-ФЗ "О закупках товаров, работ, услуг отдельными видами юридических лиц" (Собрание законодательства Российской Федерации, 2011, № 30, ст. 4571; 2012, № 53, ст. 7649; 2013, № 52, ст. 6961; 2014, № 11, ст. 1091; 2015, № 27, ст. 3947; 2016, № 15, ст. 2066; № 27, ст. 4169; 2018, № 1, ст. 65, 89; 2019, № 31, ст. 4422; 2020, № 17, ст. 2702; № 52, ст. 8598; Российская газета, 2021, 26 февраля) следующие изменения</w:t>
      </w:r>
    </w:p>
    <w:p>
      <w:r>
        <w:t>часть 2 статьи 2 после слов "в том числе" дополнить словами "порядок определения и обоснования начальной (максимальной) цены договора, цены договора, заключаемого с единственным поставщиком (исполнителем, подрядчиком), включая порядок определения формулы цены, устанавливающей правила расчета сумм, подлежащих уплате заказчиком поставщику (исполнителю, подрядчику) в ходе исполнения договора (далее - формула цены), определения и обоснования цены единицы товара, работы, услуги, определения максимального значения цены договора,"</w:t>
      </w:r>
    </w:p>
    <w:p>
      <w:r>
        <w:t>в статье 4: а) в пункте 5 части 9 слова "(цена лота)" и слова ", устанавливающая правила расчета сумм, подлежащих уплате заказчиком поставщику (исполнителю, подрядчику) в ходе исполнения договора," исключить; б) в части 10: в пункте 5 слова "(цена лота)" и слова ", устанавливающая правила расчета сумм, подлежащих уплате заказчиком поставщику (исполнителю, подрядчику) в ходе исполнения договора," исключить; в пункте 7 слова "порядок формирования цены договора (цены лота) с учетом или без учета расходов" заменить словами "обоснование начальной (максимальной) цены договора либо цены единицы товара, работы, услуги, включая информацию о расходах"</w:t>
      </w:r>
    </w:p>
    <w:p>
      <w:r>
        <w:rPr>
          <w:b/>
        </w:rPr>
        <w:t>Статья 2</w:t>
      </w:r>
    </w:p>
    <w:p>
      <w:r>
        <w:t>Положения о закупках должны быть приведены в соответствие с требованиями части 2 статьи 2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утверждены и размещены в единой информационной системе в сфере закупок товаров, работ, услуг для обеспечения государственных и муниципальных нужд (далее - единая информационная система) не позднее чем в течение девяноста дней со дня вступления в силу настоящего Федерального закона. Положения о закупках, которые не соответствуют требованиям части 2 статьи 2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по истечении девяноста дней со дня вступления в силу настоящего Федерального закона считаются не размещенными в единой информационной системе. Закупки, извещения об осуществлении которых были размещены в единой информационной системе либо приглашения принять участие в которых были направлены до даты размещения положения о закупке, приведенного в соответствие с требованиями части 2 статьи 2 Федерального закона от 18 июля 2011 года № 223-ФЗ "О закупках товаров, работ, услуг отдельными видами юридических лиц" (в редакции настоящего Федерального закона), но не позднее девяноста дней со дня вступления в силу настоящего Федерального закона, завершаются по правилам, которые действовали на дату размещения такого извещения либо направления такого приглашения.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