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2003, № 27, ст. 2711; 2004, № 35, ст. 3607; № 50, ст. 4950; 2005, № 30, ст. 3104; 2006, № 29, ст. 3125; № 31, ст. 3427; № 50, ст. 5303; 2007, № 1, ст. 37; № 18, ст. 2118; 2008, № 30, ст. 3616; 2009, № 1, ст. 30; № 7, ст. 771; № 14, ст. 1577; № 20, ст. 2391; № 29, ст. 3640; 2010, № 17, ст. 1986; № 27, ст. 3417; № 41, ст. 5192; 2011, № 25, ст. 3536; № 29, ст. 4291; № 30, ст. 4607; № 43, ст. 5975; 2012, № 19, ст. 2274, 2275; № 50, ст. 6961; 2013, № 14, ст. 1638; № 19, ст. 2329; № 51, ст. 6684; 2014, № 6, ст. 565; № 8, ст. 739; № 19, ст. 2299, 2300; № 23, ст. 2931; № 48, ст. 6636; № 49, ст. 6928; 2015, № 6, ст. 886; № 14, ст. 2015; № 29, ст. 4357; 2016, № 11, ст. 1492, 1493; № 15, ст. 2054; 2017, № 1, ст. 46; № 23, ст. 3227; 2018, № 53, ст. 8476; 2019, № 22, ст. 2660; 2020, № 9, ст. 1119; № 21, ст. 3232, 3233; № 31, ст. 5026; 2021, № 11, ст. 1708; Официальный интернет-портал правовой информации (www.pravo.gov.ru), 2021, 5 апреля, № 0001202104050034) следующие изменения</w:t>
      </w:r>
    </w:p>
    <w:p>
      <w:r>
        <w:t>в статье 2: а) дополнить подпунктом 351 следующего содержания: "351) кандидат, аффилированный с выполняющим функции иностранного агента лицом, - кандидат, который не является физическим лицом, выполняющим функции иностранного агента, и который в период, составляющий два года до дня официального опубликования (публикации) решения о назначении выборов, и (или) в период избирательной кампании на соответствующих выборах: входит (входил) в состав органов некоммерческой организации, выполняющей функции иностранного агента, и (или) является (являлся) ее учредителем, членом, участником, руководителем либо работником; входит (входил) в состав органов незарегистрированного общественного объединения, выполняющего функции иностранного агента, и (или) является (являлся) его учредителем, членом, участником, руководителем; входит (входил) в состав органов управления и (или) является (являлся) учредителем, руководителем, работником иностранного средства массовой информации, выполняющего функции иностранного агента, иного лица, информация о котором включена в реестр иностранных средств массовой информации, выполняющих функции иностранного агента; осуществляет (осуществлял) политическую деятельность и получает (получал) денежные средства и (или) иную имущественную помощь от некоммерческой организации, незарегистрированного общественного объединения, физического лица, выполняющих функции иностранного агента, в том числе через посредников, для осуществления политической деятельности. Под политической деятельностью понимается деятельность в том значении, в каком она определена пунктом 6 статьи 2 Федерального закона от 12 января 1996 года № 7-ФЗ "О некоммерческих организациях", частью 1 статьи 21 Федерального закона от 28 декабря 2012 года № 272-ФЗ "О мерах воздействия на лиц, причастных к нарушениям основополагающих прав и свобод человека, прав и свобод граждан Российской Федерации";"; б) дополнить подпунктом 352 следующего содержания: "352) кандидат, являющийся физическим лицом, выполняющим функции иностранного агента, - кандидат, который включен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регистрации некоммерческих организаций, в список физических лиц, выполняющих функции иностранного агента, и (или) информация о котором включена в реестр иностранных средств массовой информации, выполняющих функции иностранного агента;"</w:t>
      </w:r>
    </w:p>
    <w:p>
      <w:r>
        <w:t>пункт 6 статьи 3 изложить в следующей редакции: "6. Иностранные граждане, за исключением случая, указанного в пункте 10 статьи 4 настоящего Федерального закона, лица без гражданства, иностранные организации, международные организации и международные общественные движения, некоммерческие организации, выполняющие функции иностранного агента,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 реестр иностранных средств массовой информации, выполняющих функции иностранного агента, не вправе осуществлять деятельность, способствующую либо препятствующую выдвижению кандидатов, списков кандидатов, избранию зарегистрированных кандидатов, выдвижению инициативы проведения референдума и проведению референдума, достижению определенного результата на выборах, референдуме, а также в иных формах участвовать в избирательных кампаниях, кампаниях референдума. Участие в избирательных кампаниях, кампаниях референдума указанных лиц и представителей указанных организаций в качестве иностранных (международных) наблюдателей регулируется в соответствии с федеральным законом."</w:t>
      </w:r>
    </w:p>
    <w:p>
      <w:r>
        <w:t>в статье 33: а) пункт 21 дополнить абзацем следующего содержания: "Если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указаны в заявлении, предусмотренном пунктом 2 настоящей статьи."; б) пункт 7 дополнить словами ", в том числе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лицом"</w:t>
      </w:r>
    </w:p>
    <w:p>
      <w:r>
        <w:t>пункт 9 статьи 37 дополнить абзацем следующего содержания: "Если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указаны в подписном листе. В случае сбора подписей в поддержку выдвижения списка кандидатов, в составе которого выдвинут такой кандидат, в подписном листе указывается информация о том, что данным избирательным объединением выдвинут кандидат (кандидаты), выполняющий (выполняющие) функции иностранного агента, и (или) кандидат (кандидаты), аффилированный (аффилированные) с выполняющим функции иностранного агента лицом."</w:t>
      </w:r>
    </w:p>
    <w:p>
      <w:r>
        <w:t>статью 45 дополнить пунктом 51 следующего содержания: "51. Информирование избирателей комиссиями, а также организациями, осуществляющими выпуск средств массовой информации, редакциями сетевых изданий о кандидате, являющемся физическим лицом, выполняющим функции иностранного агента, либо о кандидате, аффилированном с выполняющим функции иностранного агента лицом, должно сопровождаться указанием на то,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лицом."</w:t>
      </w:r>
    </w:p>
    <w:p>
      <w:r>
        <w:t>статью 48 дополнить пунктом 94 следующего содержания: "94. Агитационный материал кандидата, являющего физическим лицом, выполняющим функции иностранного агента, кандидата, аффилированного с выполняющим функции иностранного агента лицом, должен содержать информацию о том, что данный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Агитационный материал избирательного объединения, выдвинувшего на соответствующих выборах кандидата (в том числе в составе списка кандидатов), который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должен содержать информацию о том, что избирательным объединением выдвинут (в том числе в составе списка кандидатов) такой кандидат. Данная информация должна быть ясно видимой (ясно различаемой на слух) и занимать не менее 15 процентов от площади (объема) агитационного материала."</w:t>
      </w:r>
    </w:p>
    <w:p>
      <w:r>
        <w:t>пункт 41 статьи 51 дополнить предложениями следующего содержания: "В случае участия в совместном агитационном мероприятии зарегистрированного кандидата, являющегося физическим лицом, выполняющим функции иностранного агента, либо зарегистрированного кандидата, аффилированного с выполняющим функции иностранного агента лицом, его выступление должно предваряться (сопровождаться) информацией о том, что данный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В случае участия в совместном агитационном мероприятии зарегистрированного кандидата, выдвинутого избирательным объединением, которым на соответствующих выборах выдвинут кандидат (в том числе в составе списка кандидатов), являющийся физическим лицом, выполняющим функции иностранного агента, либо кандидатом, аффилированным с выполняющим функции иностранного агента лицом, его выступление должно предваряться (сопровождаться) информацией о том, что избирательным объединением выдвинут такой кандидат."</w:t>
      </w:r>
    </w:p>
    <w:p>
      <w:r>
        <w:t>пункт 6 статьи 52 дополнить новым третьим предложением следующего содержания: "В размещаемых в периодических печатных изданиях агитационных материалах кандидата, являющегося физическим лицом, выполняющим функции иностранного агента, кандидата, аффилированного с выполняющим функции иностранного агента лицом, или избирательного объединения, выдвинувшего на соответствующих выборах такого кандидата (таких кандидатов) (в том числе в составе списка кандидатов), должна помещаться информация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или о том, что избирательным объединением выдвинут такой кандидат (такие кандидаты) (в том числе в составе списка кандидатов), в соответствии с пунктом 94 статьи 48 настоящего Федерального закона."</w:t>
      </w:r>
    </w:p>
    <w:p>
      <w:r>
        <w:t>в статье 54: а) пункт 2 дополнить предложением следующего содержания: "Все агитационные материалы кандидата, являющегося физическим лицом, выполняющим функции иностранного агента, кандидата, аффилированного с выполняющим функции иностранного агента лицом, избирательного объединения, выдвинувшего на соответствующих выборах (в том числе в составе списка кандидатов) такого кандидата, должны содержать информацию об этом в соответствии с пунктом 94 статьи 48 настоящего Федерального закона."; б) в пункте 6 слова "9 и 93" заменить словами "9, 93 и 94"</w:t>
      </w:r>
    </w:p>
    <w:p>
      <w:r>
        <w:t>в статье 58: а) подпункт "о" пункта 6 дополнить словами ", российским юридическим лицам, информация о которых включена в реестр иностранных средств массовой информации, выполняющих функции иностранного агента"; б) в пункте 7: дополнить новым первым предложением следующего содержания: "Добровольное пожертвование гражданина Российской Федерации в избирательный фонд вносится в отделение связи, кредитную организацию лично гражданином из собственных средств по предъявлении паспорта или документа, заменяющего паспорт гражданина."; дополнить абзацем следующего содержания: "При внесении пожертвования гражданином, который включен в список физических лиц, выполняющих функции иностранного агента, и (или) информация о котором включена в реестр иностранных средств массовой информации, выполняющих функции иностранного агента, такой гражданин указывает в платежном документе сведения об этом."; в) пункт 9 после слова "недостоверными" дополнить словами "или неполными", дополнить словами "или неполноте сведений о жертвователе"</w:t>
      </w:r>
    </w:p>
    <w:p>
      <w:r>
        <w:t>пункт 4 статьи 61 дополнить предложением следующего содержания: "Если зарегистрированный кандидат, в том числе в составе списка кандидатов,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на информационном стенде размещается информация об этом."</w:t>
      </w:r>
    </w:p>
    <w:p>
      <w:r>
        <w:t>статью 63 дополнить пунктом 71 следующего содержания: "71. Если зарегистрированный кандидат, внесенный в избирательный бюллетень,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избирательном бюллетене должны указываться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В случае, если такой кандидат (такие кандидаты) включен (включены) в состав списка кандидатов и сведения о нем (о них) не внесены в избирательный бюллетень в соответствии с пунктом 6 настоящей статьи, в избирательном бюллетене указывается, что в составе списка кандидатов выдвинут (выдвинуты) такой кандидат (такие кандидаты)."</w:t>
      </w:r>
    </w:p>
    <w:p>
      <w:r>
        <w:t>в приложении 41 примечание изложить в следующей редакции: "Примечание.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кандидат, сведения о котором содержатся в подписном листе,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избирательным объединением в составе списка кандидатов выдвинут кандидат (кандидаты), выполняющий (выполняющие) функции иностранного агента, кандидат (кандидаты), аффилированный (аффилированные) с выполняющим функции иностранного агента лицом, сведения о котором (которых) не указываются в подписном листе, в подписном листе размещается информация о том, что избирательным объединением выдвинут (выдвинуты) кандидат (кандидаты), выполняющий (выполняющие) функции иностранного агента, и (или) кандидат (кандидаты), аффилированный (аффилированные) с выполняющим функции иностранного агента лицом. Данная информация размещается после сведений о кандидатах, содержащихся в подписном листе.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отчества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t>в приложении 5 примечание изложить в следующей редакции: "Примечание.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t>в приложении 6 примечание изложить в следующей редакции: "Примечание.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t>в приложении 71 примечание изложить в следующей редакции: "Примечание.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избирательным объединением в составе списка кандидатов выдвинут кандидат (кандидаты), выполняющий (выполняющие) функции иностранного агента, кандидат (кандидаты), аффилированный (аффилированные) с выполняющим функции иностранного агента лицом, сведения о котором (которых) не указываются в подписном листе, в подписном листе размещается информация о том, что избирательным объединением выдвинут (выдвинуты) кандидат (кандидаты), выполняющий (выполняющие) функции иностранного агента, и (или) кандидат (кандидаты), аффилированный (аффилированные) с выполняющим функции иностранного агента лицом. Данная информация размещается после сведений о кандидатах, содержащихся в подписном листе.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гражданстве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t>в приложении 8 примечание изложить в следующей редакции: "Примечание.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t>в приложении 10 примечание изложить в следующей редакции: "Примечание.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rPr>
          <w:b/>
        </w:rPr>
        <w:t>Статья 2</w:t>
      </w:r>
    </w:p>
    <w:p>
      <w:r>
        <w:t>Внести в Федеральный закон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740; № 48, ст. 6636; 2016, № 11, ст. 1492, 1493; № 15, ст. 2054; 2018, № 7, ст. 961; № 24, ст. 3417; 2020, № 21, ст. 3232, 3233; № 31, ст. 5026; 2021, № 11, ст. 1708; Официальный интернет-портал правовой информации (www.pravo.gov.ru), 2021, 5 апреля, № 0001202104050034) следующие изменения</w:t>
      </w:r>
    </w:p>
    <w:p>
      <w:r>
        <w:t>в статье 11: а) в наименовании слова "выполняющих функции иностранного агента" заменить словами "незарегистрированных общественных объединений, выполняющих функции иностранного агента, и иностранных средств массовой информации, выполняющих функции иностранного агента, российских юридических лиц, информация о которых включена в реестр иностранных средств массовой информации, выполняющих функции иностранного агента"; б) в части 1 слова "выполняющими функции иностранного агента" заменить словами "незарегистрированными общественными объединениями, выполняющими функции иностранного агента, и иностранными средствами массовой информации, выполняющими функции иностранного агента, российскими юридическими лицами, информация о которых включена в реестр иностранных средств массовой информации, выполняющих функции иностранного агента"</w:t>
      </w:r>
    </w:p>
    <w:p>
      <w:r>
        <w:t>в пункте 1 части 5 статьи 41 слово "носителе." заменить словами "носителе.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сведения об этом указываются в заявлении."</w:t>
      </w:r>
    </w:p>
    <w:p>
      <w:r>
        <w:t>в статье 42: а) часть 2 дополнить новым третьим предложением следующего содержания: "Если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сведения об этом указываются в списках."; б) часть 3 дополнить новым третьим предложением следующего содержания: "Если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сведения об этом указываются в списках."; в) в пункте 1 части 5 слово "объединения." заменить словами "объединения.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сведения об этом указываются в заявлении."</w:t>
      </w:r>
    </w:p>
    <w:p>
      <w:r>
        <w:t>часть 5 статьи 45 дополнить предложениями следующего содержания: "Если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сведения об этом указываются в подписном листе. В случае сбора подписей в поддержку выдвижения федерального списка кандидатов политической партией, которой выдвинут такой кандидат или такие кандидаты (в том числе в составе списка кандидатов), в подписном листе указывается информация о том, что политической партией выдвинут кандидат (кандидаты), выполняющий (выполняющие) функции иностранного агента, и (или) кандидат (кандидаты), аффилированный (аффилированные) с выполняющим функции иностранного агента лицом."</w:t>
      </w:r>
    </w:p>
    <w:p>
      <w:r>
        <w:t>статью 58 дополнить частью 41 следующего содержания: "41. Информирование избирателей избирательными комиссиями, а также организациями, осуществляющими выпуск средств массовой информации, редакциями сетевых изданий о кандидате, являющемся физическим лицом, выполняющим функции иностранного агента, либо о кандидате, аффилированном с выполняющим функции иностранного агента лицом, должно сопровождаться указанием на то, что кандидат является физическим лицом, выполняющим функции иностранного агента, либо является кандидатом, аффилированным с выполняющим функции иностранного агента лицом."</w:t>
      </w:r>
    </w:p>
    <w:p>
      <w:r>
        <w:t>статью 62 дополнить частью 93 следующего содержания: "93. Агитационный материал кандидата, являющегося физическим лицом, выполняющим функции иностранного агента, кандидата, аффилированного с выполняющим функции иностранного агента лицом, должен содержать информацию о том, что данный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Агитационный материал политической партии, выдвинувшей кандидата (в том числе в составе федерального списка кандидатов), который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должен содержать информацию о том, что политической партией выдвинут (в том числе в составе федерального списка кандидатов) такой кандидат. Данная информация должна быть ясно видимой (ясно различаемой на слух) и занимать не менее 15 процентов от площади (объема) агитационного материала."</w:t>
      </w:r>
    </w:p>
    <w:p>
      <w:r>
        <w:t>часть 9 статьи 65 дополнить предложениями следующего содержания: "В случае участия в совместном агитационном мероприятии зарегистрированного кандидата, являющегося физическим лицом, выполняющим функции иностранного агента, либо зарегистрированного кандидата, аффилированного с выполняющим функции иностранного агента лицом, его выступление должно предваряться (сопровождаться) информацией о том, что данный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В случае участия в совместном агитационном мероприятии зарегистрированного кандидата, выдвинутого политической партией, которой также выдвинут кандидат (в том числе в составе федерального списка кандидатов), являющийся физическим лицом, выполняющим функции иностранного агента, либо кандидатом, аффилированным с выполняющим функции иностранного агента лицом, его выступление должно предваряться (сопровождаться) информацией о том, что политической партией выдвинут такой кандидат."</w:t>
      </w:r>
    </w:p>
    <w:p>
      <w:r>
        <w:t>часть 18 статьи 66 дополнить новым третьим предложением следующего содержания: "В размещаемых в периодических печатных изданиях предвыборных агитационных материалах зарегистрированного кандидата, являющегося физическим лицом, выполняющим функции иностранного агента, зарегистрированного кандидата, аффилированного с выполняющим функции иностранного агента лицом, или политической партии, выдвинувшей такого кандидата (в том числе в составе федерального списка кандидатов), должна помещаться информация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или о том, что политической партией выдвинут такой кандидат (в том числе в составе федерального списка кандидатов), в соответствии с частью 93 статьи 62 настоящего Федерального закона."</w:t>
      </w:r>
    </w:p>
    <w:p>
      <w:r>
        <w:t>в статье 68: а) часть 4 дополнить предложением следующего содержания: "Все предвыборные агитационные материалы кандидата, являющегося физическим лицом, выполняющим функции иностранного агента, либо кандидатом, аффилированным с выполняющим функции иностранного агента лицом, политической партии, выдвинувшей (в том числе в составе федерального списка кандидатов) такого кандидата, должны содержать информацию об этом в соответствии с частью 93 статьи 62 настоящего Федерального закона."; б) в части 8 слова "частью 9" заменить словами "частями 9 и 93"</w:t>
      </w:r>
    </w:p>
    <w:p>
      <w:r>
        <w:t>в статье 73: а) часть 1 дополнить новым третьим предложением следующего содержания: "При внесении добровольного пожертвования гражданином, который включен в список физических лиц, выполняющих функции иностранного агента, и (или) информация о котором включена в реестр иностранных средств массовой информации, выполняющих функции иностранного агента, такой гражданин указывает в платежном документе сведения об этом."; б) часть 3 после слова "недостоверными" дополнить словами "или неполными", дополнить словами "или неполноте сведений о жертвователе"</w:t>
      </w:r>
    </w:p>
    <w:p>
      <w:r>
        <w:t>часть 5 статьи 78 дополнить предложением следующего содержания: "Если зарегистрированный кандидат, в том числе включенный в федеральный список кандидатов,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на информационном стенде размещается информация об этом."</w:t>
      </w:r>
    </w:p>
    <w:p>
      <w:r>
        <w:t>статью 79 дополнить частью 91 следующего содержания: "91. Если зарегистрированный кандидат, фамилия, имя, отчество которого внесены в избирательный бюллетень,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избирательном бюллетене должны указываться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В случае, если такой кандидат (такие кандидаты) включен (включены) в состав федерального списка кандидатов и сведения о нем (о них) не внесены в избирательный бюллетень в соответствии с частью 5 настоящей статьи, в избирательном бюллетене указывается, что в составе федерального списка кандидатов выдвинут (выдвинуты) такой кандидат (такие кандидаты)."</w:t>
      </w:r>
    </w:p>
    <w:p>
      <w:r>
        <w:t>в приложении 2 примечание изложить в следующей редакции: "Примечание. В случае, если у кандидата, сведения о котором содержатся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кандидат, сведения о котором содержатся в подписном листе,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политической партией выдвинут (в том числе в составе федерального списка кандидатов) кандидат (кандидаты), выполняющий (выполняющие) функции иностранного агента либо аффилированный (аффилированные) с выполняющим функции иностранного агента лицом, сведения о котором (которых) не указываются в подписном листе, в подписном листе размещается информация о том, что политической партией выдвинут (выдвинуты) кандидат (кандидаты), выполняющий (выполняющие) функции иностранного агента, либо кандидат (кандидаты), аффилированный (аффилированные) с выполняющим функции иностранного агента лицом. Данная информация размещается после сведений о кандидатах, содержащихся в подписном листе. Если кандидат, сведения о котором содержатся в подписном листе, в заявлении о согласии баллотироваться в соответствии с пунктом 1 части 5 статьи 42 настоящего Федерального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отчества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t>в приложении 3 примечание изложить в следующей редакции: "Примечание. Если кандидат является депутатом и осуществляет свои полномочия на непостоянной основе, в подписном листе после сведений об основном месте работы или службы, о занимаемой должности или роде занятий указываются сведения о том, что кандидат является депутатом на непостоянной основе, и наименование соответствующего представительного органа. В случае, если у кандидата имелась или имеется судимость, в подписном листе после сведений о месте жительства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 в заявлении о согласии баллотироваться в соответствии с пунктом 1 части 5 статьи 42 настоящего Федерального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кандидата. 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t>в приложении 4 примечание изложить в следующей редакции: "Примечание. Если кандидат является депутатом и осуществляет свои полномочия на непостоянной основе, в подписном листе после сведений об основном месте работы или службы, о занимаемой должности или роде занятий указываются сведения о том, что кандидат является депутатом на непостоянной основе, и наименование соответствующего представительного органа. В случае, если у кандидата имелась или имеется судимость, в подписном листе после сведений о месте жительства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 в заявлении о согласии баллотироваться в соответствии с частью 6 статьи 41 настоящего Федерального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кандидата. 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rPr>
          <w:b/>
        </w:rPr>
        <w:t>Статья 3</w:t>
      </w:r>
    </w:p>
    <w:p>
      <w:r>
        <w:t>Примечание приложения 3 к Федеральному закону от 22 декабря 2020 года № 437-ФЗ "О федеральной территории "Сириус" (Собрание законодательства Российской Федерации, 2020, № 52, ст. 8583) изложить в следующей редакции: "Примечание.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2, 3, 33, 37, 45, 48, 51, 52, 54, 58, 61, 63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приложений 41, 5, 6, 71, 8, 10 к Федеральному закону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статей 11, 41, 42, 45, 58, 62, 65, 66, 68, 73, 78, 79 Федерального закона от 22 февраля 2014 года № 20-ФЗ "О выборах депутатов Государственной Думы Федерального Собрания Российской Федерации" (в редакции настоящего Федерального закона), приложений 2, 3, 4 к Федеральному закону от 22 февраля 2014 года № 20-ФЗ "О выборах депутатов Государственной Думы Федерального Собрания Российской Федерации" (в редакции настоящего Федерального закона), приложения 3 к Федеральному закону от 22 декабря 2020 года № 437-ФЗ "О федеральной территории "Сириус" (в редакции настоящего Федерального закона) применяются к правоотношениям, возникшим в связи с проведением выборов, назначенных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