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9 октября 1992 года № 3612-I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№ 46, ст. 2615; Собрание законодательства Российской Федерации, 2014, № 30, ст. 4257; 2015, № 48, ст. 6723; 2017, № 50, ст. 7563) следующие изменения</w:t>
      </w:r>
    </w:p>
    <w:p>
      <w:r>
        <w:t>абзац четвертый части шестой статьи 361 после слова "районов" дополнить словами ", муниципальных округов"</w:t>
      </w:r>
    </w:p>
    <w:p>
      <w:r>
        <w:t>в части четвертой статьи 40: а) абзац первый после слова "самоуправления" дополнить словами "муниципального округа,"; б) абзац второй после слова "библиотек" дополнить словом "муниципального,"; в) абзац третий после слова "жителей" дополнить словом "муниципального,"; г) абзац четвертый после слова "собственности" дополнить словом "муниципального,", слова "на территории городского округа" заменить словами "на территориях муниципального, городского округа"; д) абзац пятый после слов "промыслов в" дополнить словом "муниципальном,"</w:t>
      </w:r>
    </w:p>
    <w:p>
      <w:r>
        <w:rPr>
          <w:b/>
        </w:rPr>
        <w:t>Статья 2</w:t>
      </w:r>
    </w:p>
    <w:p>
      <w:r>
        <w:t>Абзац восьмой пункта 1 статьи 20 Федерального закона от 29 декабря 1994 года № 78-ФЗ "О библиотечном деле" (Собрание законодательства Российской Федерации, 1995, № 1, ст. 2; 2004, № 35, ст. 3607; 2009, № 23, ст. 2774; 2020, № 52, ст. 8609) изложить в следующей редакции: "Органы местного самоуправления муниципальных округов, городских округов могут присваивать ведущей универсальной библиотеке соответствующего муниципального округа, городского округа статус центральной библиотеки муниципального округа, центральной городской библиотеки.".</w:t>
      </w:r>
    </w:p>
    <w:p>
      <w:r>
        <w:rPr>
          <w:b/>
        </w:rPr>
        <w:t>Статья 3</w:t>
      </w:r>
    </w:p>
    <w:p>
      <w:r>
        <w:t>Абзац шестой части первой статьи 11 Федерального закона от 17 июня 1996 года № 74-ФЗ "О национально-культурной автономии" (Собрание законодательства Российской Федерации, 1996, № 25, ст. 2965; 2013, № 27, ст. 3477) после слов "органы местного самоуправления муниципальных районов," дополнить словами "органы местного самоуправления муниципальных округов,".</w:t>
      </w:r>
    </w:p>
    <w:p>
      <w:r>
        <w:rPr>
          <w:b/>
        </w:rPr>
        <w:t>Статья 4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2007, № 1, ст. 21; № 43, ст. 5084; 2014, № 43, ст. 5799; № 49, ст. 6928; 2018, № 32, ст. 5133) следующие изменения</w:t>
      </w:r>
    </w:p>
    <w:p>
      <w:r>
        <w:t>подпункт 31 статьи 93 после слова "поселений" дополнить словами ", муниципальных округов"</w:t>
      </w:r>
    </w:p>
    <w:p>
      <w:r>
        <w:t>пункт 9 статьи 11 после слов "орган местного самоуправления поселения," дополнить словами "муниципального округа,"</w:t>
      </w:r>
    </w:p>
    <w:p>
      <w:r>
        <w:rPr>
          <w:b/>
        </w:rPr>
        <w:t>Статья 5</w:t>
      </w:r>
    </w:p>
    <w:p>
      <w:r>
        <w:t>Внести в Федеральный закон от 22 октября 2004 года № 125-ФЗ "Об архивном деле в Российской Федерации" (Собрание законодательства Российской Федерации, 2004, № 43, ст. 4169; 2006, № 50, ст. 5280; 2007, № 49, ст. 6079; 2008, № 20, ст. 2253; 2013, № 7, ст. 611; 2015, № 48, ст. 6723; 2016, № 22, ст. 3097; 2017, № 25, ст. 3596; 2018, № 1, ст. 19) следующие изменения</w:t>
      </w:r>
    </w:p>
    <w:p>
      <w:r>
        <w:t>в статье 4: а) часть 4 после слов "муниципальных районов," дополнить словами "муниципальных округов,"; б) часть 5 после слов "муниципального района," дополнить словами "муниципального округа,"</w:t>
      </w:r>
    </w:p>
    <w:p>
      <w:r>
        <w:t>часть 1 статьи 13 после слов "муниципального района," дополнить словами "муниципального округа,"</w:t>
      </w:r>
    </w:p>
    <w:p>
      <w:r>
        <w:t>пункт 2 части 1 статьи 18 после слов "муниципального района" дополнить словами ", муниципального округа"</w:t>
      </w:r>
    </w:p>
    <w:p>
      <w:r>
        <w:rPr>
          <w:b/>
        </w:rPr>
        <w:t>Статья 6</w:t>
      </w:r>
    </w:p>
    <w:p>
      <w:r>
        <w:t>Часть 11 статьи 6 Федерального закона от 24 апреля 2008 года № 48-ФЗ "Об опеке и попечительстве" (Собрание законодательства Российской Федерации, 2008, № 17, ст. 1755; 2009, № 29, ст. 3615; 2013, № 27, ст. 3459; 2019, № 22, ст. 2663) после слова "поселений," дополнить словами "муниципальных округов,".</w:t>
      </w:r>
    </w:p>
    <w:p>
      <w:r>
        <w:rPr>
          <w:b/>
        </w:rPr>
        <w:t>Статья 7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19, ст. 2326; 2014, № 19, ст. 2289; № 30, ст. 4257; 2017, № 50, ст. 7563; 2018, № 27, ст. 3953; № 32, ст. 5122; 2019, № 25, ст. 3160; № 30, ст. 4134; № 52, ст. 7833; 2020, № 17, ст. 2725) следующие изменения</w:t>
      </w:r>
    </w:p>
    <w:p>
      <w:r>
        <w:t>пункт 1 части 3 статьи 7 после слов "муниципальных районов" дополнить словами ", муниципальных округов"</w:t>
      </w:r>
    </w:p>
    <w:p>
      <w:r>
        <w:t>в статье 9: а) наименование после слов "муниципальных районов" дополнить словами ", муниципальных округов"; б) в части 1: абзац первый после слов "муниципальных районов" дополнить словами ", муниципальных округов"; пункт 6 после слов "муниципального района," дополнить словами "муниципального округа,"; в) часть 4 после слов "местного самоуправления" дополнить словами "муниципальных округов и"</w:t>
      </w:r>
    </w:p>
    <w:p>
      <w:r>
        <w:t>часть 6 статьи 22 после слов "муниципальным районом" дополнить словами ", муниципальным округом"</w:t>
      </w:r>
    </w:p>
    <w:p>
      <w:r>
        <w:t>в статье 40: а) в части 2 после слов "в составе" дополнить словами "муниципального или", слова "между городскими округами, между поселением и городским округом" заменить словами "между муниципальными округами, между городскими округами, между муниципальным округом и городским округом, между поселением и муниципальным округом или городским округом"; б) часть 3 после слов "муниципального района" дополнить словами ", муниципального округа"</w:t>
      </w:r>
    </w:p>
    <w:p>
      <w:r>
        <w:t>часть 5 статьи 63 после слов "муниципальных районов" дополнить словами ", муниципальных округов", после слов "муниципального района" дополнить словами ", муниципального округа"</w:t>
      </w:r>
    </w:p>
    <w:p>
      <w:r>
        <w:t>часть 3 статьи 89 после слов "муниципальных районах" дополнить словом ", муниципальных"</w:t>
      </w:r>
    </w:p>
    <w:p>
      <w:r>
        <w:t>в статье 952: а) пункт 3 части 2 после слов "муниципальных районов" дополнить словами ", муниципальных округов"; б) часть 21 после слов "муниципального района" дополнить словами ", муниципального округа"; в) часть 15 после слов "муниципальных районов" дополнить словами ", муниципальных округов"</w:t>
      </w:r>
    </w:p>
    <w:p>
      <w:r>
        <w:t>в статье 98: а) пункт 5 части 19 после слов "муниципальных районов" дополнить словами ", муниципальных округов"; б) пункт 4 части 23 после слов "муниципальных районов" дополнить словами ", муниципальных округов"; в) пункт 1 части 26 после слов "муниципальных районов" дополнить словами ", муниципальных округов"; г) часть 28 после слов "муниципальных районов" дополнить словами ", муниципальных округов"</w:t>
      </w:r>
    </w:p>
    <w:p>
      <w:r>
        <w:rPr>
          <w:b/>
        </w:rPr>
        <w:t>Статья 8</w:t>
      </w:r>
    </w:p>
    <w:p>
      <w:r>
        <w:t>Внести в Федеральный закон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 (Собрание законодательства Российской Федерации, 2017, № 31, ст. 4765; 2018, № 1, ст. 39; № 24, ст. 3398) следующие изменения</w:t>
      </w:r>
    </w:p>
    <w:p>
      <w:r>
        <w:t>подпункт "а" пункта 1 части 2 статьи 12 после слова "поселений," дополнить словами "генеральные планы муниципальных округов,"</w:t>
      </w:r>
    </w:p>
    <w:p>
      <w:r>
        <w:t>часть 1 статьи 19 после слова "самоуправления" дополнить словами "муниципального округа,"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