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воинской обязанности и военной службе" и статью 21 Федерального закона "Об основах охраны здоровья граждан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28 марта 1998 года № 53-ФЗ "О воинской обязанности и военной службе" (Собрание законодательства Российской Федерации, 1998, № 13, ст. 1475; 2002, № 30, ст. 3030; 2003, № 46, ст. 4437; 2004, № 35, ст. 3607; 2005, № 27, ст. 2716; № 30, ст. 3111; 2006, № 1, ст. 10; № 44, ст. 4534; 2007, № 45, ст. 5418; 2008, № 30, ст. 3616; 2010, № 11, ст. 1176; № 49, ст. 6415; 2011, № 49, ст. 7021; 2012, № 53, ст. 7613; 2013, № 9, ст. 870; № 27, ст. 3477; № 48, ст. 6165; 2014, № 30, ст. 4247; № 49, ст. 6923; 2015, № 29, ст. 4356; 2016, № 27, ст. 4160; 2017, № 15, ст. 2136; 2018, № 1, ст. 28; № 11, ст. 1590; № 32, ст. 5102) следующие изменения</w:t>
      </w:r>
    </w:p>
    <w:p>
      <w:r>
        <w:t>в абзаце первом пункта 1 статьи 5 слова ", медицинскому осмотру" исключить, после слов "по состоянию здоровья," дополнить словами "медицинскому осмотру граждан, не пребывающих в запасе, призванных на военную службу, перед направлением к месту прохождения военной службы,"</w:t>
      </w:r>
    </w:p>
    <w:p>
      <w:r>
        <w:t>в статье 51: а) в пункте 4 слова "на амбулаторное или стационарное медицинское обследование в медицинскую организацию" заменить словами "на основании решения комиссии по постановке граждан на воинский учет или призывной комиссии, принятого по заключению врачей-специалистов, принимавших участие в медицинском освидетельствовании, на амбулаторное или стационарное медицинское обследование в медицинскую организацию государственной системы здравоохранения (за исключением медицинской организации, подведомственной федеральному органу исполнительной власти) или медицинскую организацию муниципальной системы здравоохранения, включенную в перечень медицинских организаций, проводящих медицинское обследование граждан, указанных в пункте 1 настоящей статьи, утверждаемый решением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Федерации), в порядке, установленном Положением о военно-врачебной экспертизе"; б) пункт 5 изложить в следующей редакции: "5. Гражданам при постановке на воинский учет и призыве на военную службу, признанным по результатам медицинского освидетельствования временно не годными к военной службе, при наличии медицинских показаний медицинская помощь оказывается в соответствии с законодательством в сфере охраны здоровья."; в) дополнить пунктом 51 следующего содержания: "51. Наличие оснований для предоставления гражданам отсрочек и освобождений от призыва на военную службу по состоянию здоровья, освобождений от исполнения воинской обязанности в связи с признанием их не годными к военной службе по состоянию здоровья и правильность их предоставления проверяются призывной комиссией субъекта Российской Федерации в порядке, установленном Положением о военно-врачебной экспертизе. В случае выявления нарушений в правильности предоставления гражданам отсрочек и освобождений от призыва на военную службу по состоянию здоровья, освобождений от исполнения воинской обязанности в связи с признанием их не годными к военной службе по состоянию здоровья, предоставленных в ходе работы призывной комиссии, по решению призывной комиссии субъекта Российской Федерации проводится контрольное медицинское освидетельствование указанных граждан. Граждане, заявившие о несогласии с заключением об их годности к военной службе по результатам медицинского освидетельствования, направляются на контрольное медицинское освидетельствование. Граждане, не пребывающие в запасе, призванные на военную службу, перед направлением к месту военной службы проходят медицинский осмотр в целях выявления состояний и заболеваний, препятствующих прохождению военной службы по состоянию здоровья. Порядок организации и проведения медицинского осмотра граждан, не пребывающих в запасе, призванных на военную службу, перед направлением к месту прохождения военной службы и контрольного медицинского освидетельствования граждан, получивших отсрочку или освобождение от призыва на военную службу по состоянию здоровья, граждан, получивших освобождение от исполнения воинской обязанности в связи с признанием их не годными к военной службе по состоянию здоровья, и граждан, заявивших о несогласии с заключением об их годности к военной службе по результатам медицинского освидетельствования, определяется Положением о военно-врачебной экспертизе."</w:t>
      </w:r>
    </w:p>
    <w:p>
      <w:r>
        <w:t>абзац шестой пункта 1 статьи 11 после слова "медицинское" дополнить словами "обследование, медицинское"</w:t>
      </w:r>
    </w:p>
    <w:p>
      <w:r>
        <w:t>в статье 29: а) абзац пятый пункта 1 дополнить словами ", не пребывающих в запасе, призванных на военную службу, перед направлением к месту прохождения военной службы"; б) в пункте 2: абзац второй после слов "граждан, получивших" дополнить словами "отсрочку или", после слов "по состоянию здоровья," дополнить словами "граждан, получивших освобождение от исполнения воинской обязанности в связи с признанием их не годными к военной службе по состоянию здоровья,"; абзац четвертый дополнить словами ", освобождений от исполнения воинской обязанности в связи с признанием их не годными к военной службе по состоянию здоровья"</w:t>
      </w:r>
    </w:p>
    <w:p>
      <w:r>
        <w:rPr>
          <w:b/>
        </w:rPr>
        <w:t>Статья 2</w:t>
      </w:r>
    </w:p>
    <w:p>
      <w:r>
        <w:t>Внести в статью 21 Федерального закона от 21 ноября 2011 года № 323-ФЗ "Об основах охраны здоровья граждан в Российской Федерации" (Собрание законодательства Российской Федерации, 2011, № 48, ст. 6724; 2013, № 27, ст. 3477) следующие изменения</w:t>
      </w:r>
    </w:p>
    <w:p>
      <w:r>
        <w:t>часть 8 изложить в следующей редакции: "8. Выбор врача и медицинской организации военнослужащими и лицами, приравненными по медицинскому обеспечению к военнослужащим, гражданами, проходящими альтернативную гражданскую службу, гражданами, подлежащими призыву на военную службу или направляемыми на альтернативную гражданскую службу, и гражданами, поступающими на военную службу по контракту или приравненную к ней службу, осуществляется с учетом особенностей оказания медицинской помощи, установленных статьей 25 настоящего Федерального закона, а также с учетом особенностей, установленных Федеральным законом от 28 марта 1998 года № 53-ФЗ "О воинской обязанности и военной службе"."</w:t>
      </w:r>
    </w:p>
    <w:p>
      <w:r>
        <w:t>дополнить частью 81 следующего содержания: "81. Выбор врача и медицинской организации задержанными, заключенными под стражу, отбывающими наказание в виде ограничения свободы, ареста, лишения свободы либо административного ареста, осуществляется с учетом особенностей оказания медицинской помощи, установленных статьей 26 настоящего Федерального закона."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