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оборонном заказе"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275-ФЗ "О государственном оборонном заказе" (Собрание законодательства Российской Федерации, 2012, № 53, ст. 7600; 2015, № 27, ст. 3950; 2016, № 27, ст. 4250; 2017, № 31, ст. 4786; 2018, № 31, ст. 4852; 2019, № 52, ст. 7835; 2020, № 8, ст. 914) следующие изменения</w:t>
      </w:r>
    </w:p>
    <w:p>
      <w:r>
        <w:t>в статье 8: а) пункт 9 части 1 дополнить словами ", если иное не установлено настоящим Федеральным законом"; б) пункт 9 части 2 дополнить словами ", если иное не установлено настоящим Федеральным законом"; в) дополнить частью 6 следующего содержания: "6. Требования пунктов 3, 4, 6, 7 и 11 части 1 и пунктов 2, 3, 4, 6, 7 и 12 части 2 настоящей статьи не применяются в отношении заключаемых головным исполнителем, исполнителем контрактов, расчеты по которым осуществляются в соответствии с подпунктами "б", "б1" и (или) "з" пункта 2 части 1 статьи 83 настоящего Федерального закона."</w:t>
      </w:r>
    </w:p>
    <w:p>
      <w:r>
        <w:t>пункт 1 части 1 статьи 83 дополнить словами ", если иное не установлено настоящим Федеральным законом"</w:t>
      </w:r>
    </w:p>
    <w:p>
      <w:r>
        <w:t>в статье 85: а) пункт 1 части 1 дополнить словами ", за исключением платежей на основании подпунктов "а", "б", "б1" и "з" пункта 2 части 1 статьи 83, а также подпунктов "а" и "б" пункта 3, подпунктов "а" - "в" пункта 9 и подпунктов "а" и "б" пункта 15 статьи 84 настоящего Федерального закона"; б) дополнить частью 21 следующего содержания: "21. Документы, являющиеся основанием для составления распоряжений, при списании денежных средств в соответствии с подпунктами "а", "б", "б1" и "з" пункта 2 части 1 статьи 83, а также подпунктами "а" и "б" пункта 3, подпунктами "а" - "в" пункта 9 и подпунктами "а" и "б" пункта 15 статьи 84 настоящего Федерального закона могут не содержать идентификатор государственного контракта."</w:t>
      </w:r>
    </w:p>
    <w:p>
      <w:r>
        <w:rPr>
          <w:b/>
        </w:rPr>
        <w:t>Статья 2</w:t>
      </w:r>
    </w:p>
    <w:p>
      <w:r>
        <w:t>Положения Федерального закона от 29 декабря 2012 года № 275-ФЗ "О государственном оборонном заказе" (в редакции настоящего Федерального закона) распространяются на правоотношения, возникшие со дня вступления в силу Федерального закона от 29 июня 2015 года № 159-ФЗ "О внесении изменений в Федеральный закон "О государственном оборонном заказе" и отдельные законодательные акты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