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восемнадцатом пункта 3 части первой статьи 14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2004, № 35, ст. 3607; 2005, № 1, ст. 25; 2008, № 52, ст. 6236; 2009, № 30, ст. 3739; 2011, № 23, ст. 3270; № 29, ст. 4297; № 47, ст. 6608; 2013, № 19, ст. 2331; № 27, ст. 3477; 2014, № 26, ст. 3406; № 40, ст. 5322; 2015, № 27, ст. 3967; № 48, ст. 6724; 2016, № 52, ст. 7510; 2017, № 31, ст. 4766; № 45, ст. 6581; 2018, № 11, ст. 1582; № 31, ст. 4861; № 53, ст. 8461; 2019, № 49, ст. 6967; 2021, № 15, ст. 2446) слова "и городских округов" заменить словами ", муниципальных округов, городских округов".</w:t>
      </w:r>
    </w:p>
    <w:p>
      <w:r>
        <w:rPr>
          <w:b/>
        </w:rPr>
        <w:t>Статья 2</w:t>
      </w:r>
    </w:p>
    <w:p>
      <w:r>
        <w:t>В абзаце третьем пункта 1 статьи 13 Федерального закона от 23 февраля 1995 года № 26-ФЗ "О природных лечебных ресурсах, лечебно-оздоровительных местностях и курортах" (Собрание законодательства Российской Федерации, 1995, № 9, ст. 713; 2004, № 35, ст. 3607; 2011, № 30, ст. 4567) слова "и городских округов" заменить словами ", муниципальных округов, городских округов".</w:t>
      </w:r>
    </w:p>
    <w:p>
      <w:r>
        <w:rPr>
          <w:b/>
        </w:rPr>
        <w:t>Статья 3</w:t>
      </w:r>
    </w:p>
    <w:p>
      <w:r>
        <w:t>В части тринадцатой статьи 41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2006, № 50, ст. 5285; 2007, № 44, ст. 5281; 2008, № 52, ст. 6236; 2013, № 19, ст. 2331; № 23, ст. 2887; 2019, № 30, ст. 4134; № 49, ст. 6967) слова "и городских округов" заменить словами ", муниципальных округов, городских округов".</w:t>
      </w:r>
    </w:p>
    <w:p>
      <w:r>
        <w:rPr>
          <w:b/>
        </w:rPr>
        <w:t>Статья 4</w:t>
      </w:r>
    </w:p>
    <w:p>
      <w:r>
        <w:t>Часть четвертую статьи 15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2014, № 49, ст. 6928; 2018, № 1, ст. 61; 2019, № 29, ст. 3851; 2021, № 15, ст. 2446) после слов "муниципального района," дополнить словами "муниципального округа,".</w:t>
      </w:r>
    </w:p>
    <w:p>
      <w:r>
        <w:rPr>
          <w:b/>
        </w:rPr>
        <w:t>Статья 5</w:t>
      </w:r>
    </w:p>
    <w:p>
      <w:r>
        <w:t>В абзаце одиннадцатом пункта 2 статьи 18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4736; 2004, № 35, ст. 3607; 2005, № 1, ст. 25; 2008, № 52, ст. 6236; 2013, № 19, ст. 2331; № 48, ст. 6165; 2018, № 11, ст. 1591) слова "и городских округов" заменить словами ", муниципальных округов, городских округов".</w:t>
      </w:r>
    </w:p>
    <w:p>
      <w:r>
        <w:rPr>
          <w:b/>
        </w:rPr>
        <w:t>Статья 6</w:t>
      </w:r>
    </w:p>
    <w:p>
      <w:r>
        <w:t>В статье 61 Федерального закона от 18 июня 2001 года № 77-ФЗ "О предупреждении распространения туберкулеза в Российской Федерации" (Собрание законодательства Российской Федерации, 2001, № 26, ст. 2581; 2007, № 43, ст. 5084; 2013, № 48, ст. 6165) слова "и городских округов" заменить словами ", муниципальных округов, городских округов".</w:t>
      </w:r>
    </w:p>
    <w:p>
      <w:r>
        <w:rPr>
          <w:b/>
        </w:rPr>
        <w:t>Статья 7</w:t>
      </w:r>
    </w:p>
    <w:p>
      <w:r>
        <w:t>В части третьей статьи 2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35, ст. 3607; 2005, № 1, ст. 25; 2008, № 52, ст. 6236; 2009, № 30, ст. 3739; № 52, ст. 6452; 2013, № 19, ст. 2331; 2014, № 26, ст. 3406; 2015, № 27, ст. 3967; № 48, ст. 6724; 2016, № 52, ст. 7510; 2017, № 45, ст. 6581; 2018, № 11, ст. 1582; № 31, ст. 4861; 2019, № 49, ст. 6967; 2021, № 15, ст. 2446) слова "и городских округов" заменить словами ", муниципальных округов, городских округов".</w:t>
      </w:r>
    </w:p>
    <w:p>
      <w:r>
        <w:rPr>
          <w:b/>
        </w:rPr>
        <w:t>Статья 8</w:t>
      </w:r>
    </w:p>
    <w:p>
      <w:r>
        <w:t>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2015, № 48, ст. 6723; 2016, № 1, ст. 15; № 27, ст. 4157; 2018, № 17, ст. 2432) следующие изменения</w:t>
      </w:r>
    </w:p>
    <w:p>
      <w:r>
        <w:t>часть 3 статьи 9 изложить в следующей редакции: "3. В случае, если лицо назначается на должность главы местной администрации по контракту, уставом поселения, внутригородского района, а в отношении должности главы местной администрации муниципального района (муниципального округа, городского округа, городского округа с внутригородским делением), внутригородского муниципального образования города федерального значения - уставом муниципального района (муниципального округа, городского округа, городского округа с внутригородским делением),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администрации."</w:t>
      </w:r>
    </w:p>
    <w:p>
      <w:r>
        <w:t>часть 2 статьи 17 после слова "поселении," дополнить словами "муниципальном округе,"</w:t>
      </w:r>
    </w:p>
    <w:p>
      <w:r>
        <w:rPr>
          <w:b/>
        </w:rPr>
        <w:t>Статья 9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39, ст. 4883; 2014, № 30, ст. 4257; № 49, ст. 6927; 2017, № 50, ст. 7563) следующие изменения</w:t>
      </w:r>
    </w:p>
    <w:p>
      <w:r>
        <w:t>абзац первый статьи 17 после слова "самоуправления" дополнить словами "муниципальных округов,"</w:t>
      </w:r>
    </w:p>
    <w:p>
      <w:r>
        <w:t>в пункте 1 части 4 статьи 29 после слова "районов" дополнить словами ", муниципальных округов"</w:t>
      </w:r>
    </w:p>
    <w:p>
      <w:r>
        <w:t>в пункте 3 части 4 статьи 791 слова "и городских округов" заменить словами ", муниципальных округов, городских округов"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