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обороне"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31. Служебная тайна в области обороны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