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ветеринарии" и статью 6 Федерального закона "О пчеловодстве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2004, № 35, ст. 3607; 2006, № 1, ст. 10; 2009, № 1, ст. 17, 21; 2010, № 50, ст. 6614; 2015, № 29, ст. 4369; 2018, № 53, ст. 8450; 2019, № 31, ст. 4456; № 52, ст. 7765) следующие изменения</w:t>
      </w:r>
    </w:p>
    <w:p>
      <w:r>
        <w:t>в пункте 1 статьи 21 слова "для животных" исключить</w:t>
      </w:r>
    </w:p>
    <w:p>
      <w:r>
        <w:t>в части первой статьи 3: а) в абзаце шестом слова "утверждение порядка государственной регистрации кормовых добавок для животных," исключить; б) в абзаце девятом слова "кормовых добавок для животных" заменить словами "государственная регистрация кормовых добавок"</w:t>
      </w:r>
    </w:p>
    <w:p>
      <w:r>
        <w:t>в абзаце седьмом пункта 3 статьи 41 слова "для животных" исключить</w:t>
      </w:r>
    </w:p>
    <w:p>
      <w:r>
        <w:t>дополнить разделом III1 следующего содержания: "РАЗДЕЛ III1 ГОСУДАРСТВЕННАЯ РЕГИСТРАЦИЯ КОРМОВЫХ ДОБАВОК</w:t>
      </w:r>
    </w:p>
    <w:p>
      <w:r>
        <w:rPr>
          <w:b/>
        </w:rPr>
        <w:t>Статья 111. Государственная регистрация кормовых добавок</w:t>
      </w:r>
    </w:p>
    <w:p>
      <w:r>
        <w:rPr>
          <w:b/>
        </w:rPr>
        <w:t xml:space="preserve">1. </w:t>
      </w:r>
      <w:r>
        <w:t>Государственной регистрации подлежат кормовые добавки, которые используются для целей обогащения рациона животных недостающими питательными веществами, улучшения усвоения питательных веществ, повышения продуктивности животных, улучшения потребительских свойств кормов и продуктов животноводства, нормализации обмена веществ животных и перечень которых утверждается Правительством Российской Федерации (далее - кормовые добавки)</w:t>
      </w:r>
    </w:p>
    <w:p>
      <w:r>
        <w:rPr>
          <w:b/>
        </w:rPr>
        <w:t xml:space="preserve">2. </w:t>
      </w:r>
      <w:r>
        <w:t>Государственная регистрация кормовой добавки осуществляется по результатам экспертизы кормовой добавки, проводимой в соответствии со статьей 113 настоящего Закона</w:t>
      </w:r>
    </w:p>
    <w:p>
      <w:r>
        <w:rPr>
          <w:b/>
        </w:rPr>
        <w:t xml:space="preserve">3. </w:t>
      </w:r>
      <w:r>
        <w:t>В Российской Федерации допускаются производство, перемещение, хранение и (или) оборот кормовых добавок, если они зарегистрированы федеральным органом исполнительной власти в области ветеринарного надзора</w:t>
      </w:r>
    </w:p>
    <w:p>
      <w:r>
        <w:rPr>
          <w:b/>
        </w:rPr>
        <w:t xml:space="preserve">4. </w:t>
      </w:r>
      <w:r>
        <w:t>Государственная регистрация кормовой добавки осуществляется в срок, не превышающий 45 рабочих дней со дня принятия федеральным органом исполнительной власти в области ветеринарного надзора документов и сведений, указанных в статье 115 настоящего Закона</w:t>
      </w:r>
    </w:p>
    <w:p>
      <w:r>
        <w:rPr>
          <w:b/>
        </w:rPr>
        <w:t xml:space="preserve">5. </w:t>
      </w:r>
      <w:r>
        <w:t>Государственная регистрация кормовой добавки, отмена государственной регистрации кормовой добавки, приостановление и возобновление государственной регистрации кормовой добавки осуществляются федеральным органом исполнительной власти в области ветеринарного надзора в порядке, установленном Правительством Российской Федерации</w:t>
      </w:r>
    </w:p>
    <w:p>
      <w:r>
        <w:rPr>
          <w:b/>
        </w:rPr>
        <w:t xml:space="preserve">6. </w:t>
      </w:r>
      <w:r>
        <w:t>Государственной регистрации не подлежат</w:t>
      </w:r>
    </w:p>
    <w:p>
      <w:r>
        <w:rPr>
          <w:b/>
        </w:rPr>
        <w:t xml:space="preserve">1. </w:t>
      </w:r>
      <w:r>
        <w:t>впервые производимые в Российской Федерации, а также предполагаемые к ввозу в Российскую Федерацию</w:t>
      </w:r>
    </w:p>
    <w:p>
      <w:r>
        <w:rPr>
          <w:b/>
        </w:rPr>
        <w:t xml:space="preserve">1. </w:t>
      </w:r>
      <w:r>
        <w:t>зарегистрированные ранее, но с новыми качественным и (или) количественным составами действующих веществ</w:t>
      </w:r>
    </w:p>
    <w:p>
      <w:r>
        <w:rPr>
          <w:b/>
        </w:rPr>
        <w:t xml:space="preserve">1. </w:t>
      </w:r>
      <w:r>
        <w:t>зарегистрированные ранее, но с новым качественным составом вспомогательных веществ</w:t>
      </w:r>
    </w:p>
    <w:p>
      <w:r>
        <w:rPr>
          <w:b/>
        </w:rPr>
        <w:t xml:space="preserve">6. </w:t>
      </w:r>
      <w:r>
        <w:t>кормовые добавки, предназначенные для вывоза из Российской Федерации в государства, не являющиеся членами Евразийского экономического союза</w:t>
      </w:r>
    </w:p>
    <w:p>
      <w:r>
        <w:rPr>
          <w:b/>
        </w:rPr>
        <w:t xml:space="preserve">6. </w:t>
      </w:r>
      <w:r>
        <w:t>кормовые добавки, производимые в Российской Федерации или ввозимые в Российскую Федерацию для научных исследований или для исследований (испытаний) образцов кормовых добавок в количестве, необходимом для проведения указанных исследований</w:t>
      </w:r>
    </w:p>
    <w:p>
      <w:r>
        <w:rPr>
          <w:b/>
        </w:rPr>
        <w:t xml:space="preserve">6. </w:t>
      </w:r>
      <w:r>
        <w:t>кормовые добавки промышленного производства, предназначенные для производства кормов и содержащие в своем составе зарегистрированные кормовые добавки, являющиеся комбинациями биологически активных, минеральных и белковых веществ или комбинациями биологически активных и минеральных веществ</w:t>
      </w:r>
    </w:p>
    <w:p>
      <w:r>
        <w:rPr>
          <w:b/>
        </w:rPr>
        <w:t xml:space="preserve">6. </w:t>
      </w:r>
      <w:r>
        <w:t>кормовые добавки, не предназначенные для реализации</w:t>
      </w:r>
    </w:p>
    <w:p>
      <w:r>
        <w:rPr>
          <w:b/>
        </w:rPr>
        <w:t xml:space="preserve">6. </w:t>
      </w:r>
      <w:r>
        <w:t>кормовые добавки, соответствующие обязательным требованиям к пищевым добавкам, установленным актом, составляющим право Евразийского экономического союза</w:t>
      </w:r>
    </w:p>
    <w:p>
      <w:r>
        <w:rPr>
          <w:b/>
        </w:rPr>
        <w:t>Статья 112. Государственная пошлина за осуществление государственной регистрации кормовой добавки</w:t>
      </w:r>
    </w:p>
    <w:p>
      <w:r>
        <w:t>За государственную регистрацию кормовой добавки, внесение изменений в документы, содержащиеся в регистрационном досье на зарегистрированную кормовую добавку, уплачивается государственная пошлина в соответствии с законодательством о налогах и сборах.</w:t>
      </w:r>
    </w:p>
    <w:p>
      <w:r>
        <w:rPr>
          <w:b/>
        </w:rPr>
        <w:t>Статья 113. Экспертиза кормовой добавки и организация ее проведения</w:t>
      </w:r>
    </w:p>
    <w:p>
      <w:r>
        <w:rPr>
          <w:b/>
        </w:rPr>
        <w:t xml:space="preserve">1. </w:t>
      </w:r>
      <w:r>
        <w:t>Предметом экспертизы кормовой добавки является оценка безопасности кормовой добавки, выраженная в соотношении ожидаемой пользы для здоровья животных и риска негативного влияния на их здоровье при применении кормовой добавки в соответствии с заявленным режимом дозирования кормовой добавки и продолжительностью ее применения</w:t>
      </w:r>
    </w:p>
    <w:p>
      <w:r>
        <w:rPr>
          <w:b/>
        </w:rPr>
        <w:t xml:space="preserve">2. </w:t>
      </w:r>
      <w:r>
        <w:t>Основанием для отказа в проведении экспертизы кормовой добавки в целях государственной регистрации кормовой добавки является непредставление заявителем документов и (или) сведений, указанных в статье 114 настоящего Закона</w:t>
      </w:r>
    </w:p>
    <w:p>
      <w:r>
        <w:rPr>
          <w:b/>
        </w:rPr>
        <w:t xml:space="preserve">3. </w:t>
      </w:r>
      <w:r>
        <w:t>Экспертиза кормовой добавки проводится федеральным государственным бюджетным учреждением, подведомственным федеральному органу исполнительной власти в области ветеринарного надзора и созданным для обеспечения исполнения полномочий этого федерального органа по государственной регистрации кормовых добавок (далее - экспертное учреждение), на основании задания на проведение экспертизы кормовой добавки, выданного этим органом</w:t>
      </w:r>
    </w:p>
    <w:p>
      <w:r>
        <w:rPr>
          <w:b/>
        </w:rPr>
        <w:t xml:space="preserve">4. </w:t>
      </w:r>
      <w:r>
        <w:t>Экспертиза кормовой добавки проводится в соответствии с методикой, утверждаемой федеральным органом исполнительной власти в области нормативно-правового регулирования в ветеринарии, и заключается в оценке регистрационного досье на кормовую добавку</w:t>
      </w:r>
    </w:p>
    <w:p>
      <w:r>
        <w:rPr>
          <w:b/>
        </w:rPr>
        <w:t xml:space="preserve">5. </w:t>
      </w:r>
      <w:r>
        <w:t>Экспертиза кормовой добавки проводится в срок, установленный методикой, указанной в пункте 4 настоящей статьи, не превышающий 25 рабочих дней со дня получения экспертным учреждением задания, предусмотренного пунктом 3 настоящей статьи</w:t>
      </w:r>
    </w:p>
    <w:p>
      <w:r>
        <w:rPr>
          <w:b/>
        </w:rPr>
        <w:t xml:space="preserve">6. </w:t>
      </w:r>
      <w:r>
        <w:t>По результатам экспертизы кормовой добавки экспертным учреждением в федеральный орган исполнительной власти в области ветеринарного надзора представляется заключение о том, что при применении кормовой добавки ожидаемая польза для здоровья животных превышает риск негативного влияния на их здоровье (далее - положительное заключение), или заключение о том, что при применении кормовой добавки риск негативного влияния на здоровье животных превышает ожидаемую пользу для их здоровья (далее - отрицательное заключение)</w:t>
      </w:r>
    </w:p>
    <w:p>
      <w:r>
        <w:rPr>
          <w:b/>
        </w:rPr>
        <w:t>Статья 114. Регистрационное досье на кормовую добавку</w:t>
      </w:r>
    </w:p>
    <w:p>
      <w:r>
        <w:rPr>
          <w:b/>
        </w:rPr>
        <w:t xml:space="preserve">1. </w:t>
      </w:r>
      <w:r>
        <w:t>Для государственной регистрации кормовой добавки, предусмотренной статьей 113 настоящего Закона, разработчик кормовой добавки либо уполномоченные им юридическое лицо или индивидуальный предприниматель (далее - заявитель) представляет в федеральный орган исполнительной власти в области ветеринарного надзора на каждую форму кормовой добавки подготовленные за счет средств заявителя документы и сведения, которые предусмотрены пунктом 2 настоящей статьи и из которых формируется регистрационное досье на кормовую добавку</w:t>
      </w:r>
    </w:p>
    <w:p>
      <w:r>
        <w:rPr>
          <w:b/>
        </w:rPr>
        <w:t xml:space="preserve">2. </w:t>
      </w:r>
      <w:r>
        <w:t>Регистрационное досье на кормовую добавку включает в себя</w:t>
      </w:r>
    </w:p>
    <w:p>
      <w:r>
        <w:rPr>
          <w:b/>
        </w:rPr>
        <w:t xml:space="preserve">3. </w:t>
      </w:r>
      <w:r>
        <w:t>К документам и сведениям, указанным в пункте 2 настоящей статьи и составленным на иностранном языке, должны прилагаться их переводы на русский язык, заверенные заявителем</w:t>
      </w:r>
    </w:p>
    <w:p>
      <w:r>
        <w:rPr>
          <w:b/>
        </w:rPr>
        <w:t xml:space="preserve">4. </w:t>
      </w:r>
      <w:r>
        <w:t>Порядок формирования регистрационного досье на кормовую добавку и требования к содержащимся в нем документам устанавливаются федеральным органом исполнительной власти в области нормативно-правового регулирования в ветеринарии</w:t>
      </w:r>
    </w:p>
    <w:p>
      <w:r>
        <w:rPr>
          <w:b/>
        </w:rPr>
        <w:t xml:space="preserve">5. </w:t>
      </w:r>
      <w:r>
        <w:t>Форма заявления о государственной регистрации кормовой добавки, форма инструкции по применению кормовой добавки устанавливаются федеральным органом исполнительной власти в области ветеринарного надзора</w:t>
      </w:r>
    </w:p>
    <w:p>
      <w:r>
        <w:rPr>
          <w:b/>
        </w:rPr>
        <w:t xml:space="preserve">2. </w:t>
      </w:r>
      <w:r>
        <w:t>заявление о государственной регистрации кормовой добавки</w:t>
      </w:r>
    </w:p>
    <w:p>
      <w:r>
        <w:rPr>
          <w:b/>
        </w:rPr>
        <w:t xml:space="preserve">2. </w:t>
      </w:r>
      <w:r>
        <w:t>проект инструкции по применению кормовой добавки, содержащий следующую информацию: общие сведения; информация о биологических свойствах кормовой добавки; порядок и условия применения кормовой добавки; информация о разработчике и производителе кормовой добавки; регистрационный номер свидетельства о государственной регистрации генно-инженерно-модифицированного организма (для кормовых добавок, полученных с применением генно-инженерно-модифицированных организмов или содержащих такие организмы)</w:t>
      </w:r>
    </w:p>
    <w:p>
      <w:r>
        <w:rPr>
          <w:b/>
        </w:rPr>
        <w:t xml:space="preserve">2. </w:t>
      </w:r>
      <w:r>
        <w:t>документацию, содержащую характеристики кормовой добавки, показатели ее безопасности и методы исследования характеристик кормовой добавки</w:t>
      </w:r>
    </w:p>
    <w:p>
      <w:r>
        <w:rPr>
          <w:b/>
        </w:rPr>
        <w:t xml:space="preserve">2. </w:t>
      </w:r>
      <w:r>
        <w:t>результаты токсикологических исследований, исследований в области безопасности применения кормовой добавки. Виды исследований в области безопасности применения кормовой добавки в зависимости от целей использования такой кормовой добавки устанавливаются Правительством Российской Федерации</w:t>
      </w:r>
    </w:p>
    <w:p>
      <w:r>
        <w:rPr>
          <w:b/>
        </w:rPr>
        <w:t xml:space="preserve">2. </w:t>
      </w:r>
      <w:r>
        <w:t>результаты исследования стабильности кормовой добавки</w:t>
      </w:r>
    </w:p>
    <w:p>
      <w:r>
        <w:rPr>
          <w:b/>
        </w:rPr>
        <w:t xml:space="preserve">2. </w:t>
      </w:r>
      <w:r>
        <w:t>протокол исследований (испытаний) образцов кормовой добавки, выданный органом инспекции, аккредитованным в соответствии с законодательством Российской Федерации об аккредитации в национальной системе аккредитации</w:t>
      </w:r>
    </w:p>
    <w:p>
      <w:r>
        <w:rPr>
          <w:b/>
        </w:rPr>
        <w:t xml:space="preserve">2. </w:t>
      </w:r>
      <w:r>
        <w:t>документ, выданный уполномоченным органом страны производителя кормовой добавки, заверенный в установленном порядке и подтверждающий наименование и адрес места (адреса мест) нахождения производителя (производителей) кормовой добавки, адрес места (адреса мест) производства кормовой добавки (для кормовых добавок, производство которых осуществляется за пределами Российской Федерации)</w:t>
      </w:r>
    </w:p>
    <w:p>
      <w:r>
        <w:rPr>
          <w:b/>
        </w:rPr>
        <w:t xml:space="preserve">2. </w:t>
      </w:r>
      <w:r>
        <w:t>документ, выданный уполномоченным органом страны разработчика, заверенный в установленном порядке и подтверждающий наименование и адрес места нахождения разработчика кормовой добавки (для кормовых добавок, производство которых осуществляется за пределами Российской Федерации)</w:t>
      </w:r>
    </w:p>
    <w:p>
      <w:r>
        <w:rPr>
          <w:b/>
        </w:rPr>
        <w:t xml:space="preserve">2. </w:t>
      </w:r>
      <w:r>
        <w:t>сведения о государственной регистрации в Российской Федерации генно-инженерно-модифицированных организмов, предназначенных для выпуска в окружающую среду (при государственной регистрации кормовых добавок, полученных с применением генно-инженерно-модифицированных организмов или содержащих такие организмы)</w:t>
      </w:r>
    </w:p>
    <w:p>
      <w:r>
        <w:rPr>
          <w:b/>
        </w:rPr>
        <w:t xml:space="preserve">2. </w:t>
      </w:r>
      <w:r>
        <w:t>копию доверенности или ее перевод на русский язык, заверенные в установленном порядке</w:t>
      </w:r>
    </w:p>
    <w:p>
      <w:r>
        <w:rPr>
          <w:b/>
        </w:rPr>
        <w:t xml:space="preserve">2. </w:t>
      </w:r>
      <w:r>
        <w:t>реквизиты документа, подтверждающего уплату государственной пошлины за государственную регистрацию кормовой добавки</w:t>
      </w:r>
    </w:p>
    <w:p>
      <w:r>
        <w:rPr>
          <w:b/>
        </w:rPr>
        <w:t xml:space="preserve">2. </w:t>
      </w:r>
      <w:r>
        <w:t>заключение о результатах молекулярно-генетического исследования кормовой добавки, проведенного организацией (испытательной лабораторией), аккредитованной в национальной системе аккредитации, в соответствии с утверждаемой федеральным органом исполнительной власти в области нормативно-правового регулирования в ветеринарии методикой производства указанного исследования в случае, если кормовая добавка получена с применением генно-инженерно-модифицированных организмов или содержит такие организмы</w:t>
      </w:r>
    </w:p>
    <w:p>
      <w:r>
        <w:rPr>
          <w:b/>
        </w:rPr>
        <w:t>Статья 115. Решение о государственной регистрации кормовой добавки</w:t>
      </w:r>
    </w:p>
    <w:p>
      <w:r>
        <w:rPr>
          <w:b/>
        </w:rPr>
        <w:t xml:space="preserve">1. </w:t>
      </w:r>
      <w:r>
        <w:t>Решение о государственной регистрации кормовой добавки или об отказе в ее регистрации оформляется приказом федерального органа исполнительной власти в области ветеринарного надзора</w:t>
      </w:r>
    </w:p>
    <w:p>
      <w:r>
        <w:rPr>
          <w:b/>
        </w:rPr>
        <w:t xml:space="preserve">2. </w:t>
      </w:r>
      <w:r>
        <w:t>В случае принятия решения о государственной регистрации кормовой добавки федеральный орган исполнительной власти в области ветеринарного надзора вносит сведения о ней в государственный реестр кормовых добавок и выдает заявителю согласованную указанным органом инструкцию по применению кормовой добавки</w:t>
      </w:r>
    </w:p>
    <w:p>
      <w:r>
        <w:rPr>
          <w:b/>
        </w:rPr>
        <w:t xml:space="preserve">3. </w:t>
      </w:r>
      <w:r>
        <w:t>Кормовая добавка считается зарегистрированной с даты внесения сведений о ней в государственный реестр кормовых добавок. Внесение таких сведений в государственный реестр кормовых добавок осуществляется в день принятия решения о государственной регистрации кормовой добавки</w:t>
      </w:r>
    </w:p>
    <w:p>
      <w:r>
        <w:rPr>
          <w:b/>
        </w:rPr>
        <w:t xml:space="preserve">4. </w:t>
      </w:r>
      <w:r>
        <w:t>Основанием для отказа в государственной регистрации кормовой добавки является</w:t>
      </w:r>
    </w:p>
    <w:p>
      <w:r>
        <w:rPr>
          <w:b/>
        </w:rPr>
        <w:t xml:space="preserve">5. </w:t>
      </w:r>
      <w:r>
        <w:t>Государственная регистрация кормовой добавки является бессрочной, за исключением государственной регистрации кормовой добавки, полученной с применением генно-инженерно-модифицированных организмов или содержащей такие организмы</w:t>
      </w:r>
    </w:p>
    <w:p>
      <w:r>
        <w:rPr>
          <w:b/>
        </w:rPr>
        <w:t xml:space="preserve">6. </w:t>
      </w:r>
      <w:r>
        <w:t>Срок государственной регистрации кормовой добавки, полученной с применением генно-инженерно-модифицированных организмов или содержащей такие организмы, должен соответствовать сроку действия свидетельства о государственной регистрации генно-инженерно-модифицированного организма, с применением которого получена регистрируемая кормовая добавка или который она содержит. В случае, если кормовая добавка в своем составе содержит несколько генно-инженерно-модифицированных организмов, срок действия государственной регистрации кормовой добавки должен соответствовать сроку действия того свидетельства о государственной регистрации генно-инженерно-модифицированного организма, который она содержит, которое имеет более раннюю дату окончания срока действия</w:t>
      </w:r>
    </w:p>
    <w:p>
      <w:r>
        <w:rPr>
          <w:b/>
        </w:rPr>
        <w:t xml:space="preserve">4. </w:t>
      </w:r>
      <w:r>
        <w:t>наличие отрицательного заключения</w:t>
      </w:r>
    </w:p>
    <w:p>
      <w:r>
        <w:rPr>
          <w:b/>
        </w:rPr>
        <w:t xml:space="preserve">4. </w:t>
      </w:r>
      <w:r>
        <w:t>совпадение торгового наименования представленной на государственную регистрацию кормовой добавки и торгового наименования уже зарегистрированной кормовой добавки, имеющих различный качественный и (или) количественный составы действующих и (или) вспомогательных веществ</w:t>
      </w:r>
    </w:p>
    <w:p>
      <w:r>
        <w:rPr>
          <w:b/>
        </w:rPr>
        <w:t>Статья 116. Государственный реестр кормовых добавок</w:t>
      </w:r>
    </w:p>
    <w:p>
      <w:r>
        <w:rPr>
          <w:b/>
        </w:rPr>
        <w:t xml:space="preserve">1. </w:t>
      </w:r>
      <w:r>
        <w:t>Государственный реестр кормовых добавок содержит перечень кормовых добавок, прошедших государственную регистрацию, и следующую информацию о каждой кормовой добавке</w:t>
      </w:r>
    </w:p>
    <w:p>
      <w:r>
        <w:rPr>
          <w:b/>
        </w:rPr>
        <w:t xml:space="preserve">2. </w:t>
      </w:r>
      <w:r>
        <w:t>Государственный реестр кормовых добавок является государственным информационным ресурсом федеральной государственной информационной системы в области ветеринарии</w:t>
      </w:r>
    </w:p>
    <w:p>
      <w:r>
        <w:rPr>
          <w:b/>
        </w:rPr>
        <w:t xml:space="preserve">3. </w:t>
      </w:r>
      <w:r>
        <w:t>Порядок ведения государственного реестра кормовых добавок утверждается Правительством Российской Федерации</w:t>
      </w:r>
    </w:p>
    <w:p>
      <w:r>
        <w:rPr>
          <w:b/>
        </w:rPr>
        <w:t xml:space="preserve">4. </w:t>
      </w:r>
      <w:r>
        <w:t>По заявлению разработчика кормовой добавки либо уполномоченных им юридического лица или индивидуального предпринимателя о выдаче выписки из государственного реестра кормовых добавок федеральный орган исполнительной власти в области ветеринарного надзора в срок, не превышающий 10 рабочих дней со дня принятия заявления, выдает выписку из государственного реестра кормовых добавок. К указанному заявлению прилагается копия доверенности или ее перевод на русский язык, заверенные в установленном порядке</w:t>
      </w:r>
    </w:p>
    <w:p>
      <w:r>
        <w:rPr>
          <w:b/>
        </w:rPr>
        <w:t xml:space="preserve">5. </w:t>
      </w:r>
      <w:r>
        <w:t>Типовая форма выписки из государственного реестра кормовых добавок, форма заявления о выдаче выписки из государственного реестра кормовых добавок устанавливаются федеральным органом исполнительной власти в области ветеринарного надзора</w:t>
      </w:r>
    </w:p>
    <w:p>
      <w:r>
        <w:rPr>
          <w:b/>
        </w:rPr>
        <w:t xml:space="preserve">1. </w:t>
      </w:r>
      <w:r>
        <w:t>торговое наименование кормовой добавки</w:t>
      </w:r>
    </w:p>
    <w:p>
      <w:r>
        <w:rPr>
          <w:b/>
        </w:rPr>
        <w:t xml:space="preserve">1. </w:t>
      </w:r>
      <w:r>
        <w:t>форма кормовой добавки, соответствующая способу ее применения и обеспечивающая достижение необходимого эффекта от применения кормовой добавки</w:t>
      </w:r>
    </w:p>
    <w:p>
      <w:r>
        <w:rPr>
          <w:b/>
        </w:rPr>
        <w:t xml:space="preserve">1. </w:t>
      </w:r>
      <w:r>
        <w:t>объем или масса кормовой добавки в упаковке</w:t>
      </w:r>
    </w:p>
    <w:p>
      <w:r>
        <w:rPr>
          <w:b/>
        </w:rPr>
        <w:t xml:space="preserve">1. </w:t>
      </w:r>
      <w:r>
        <w:t>наименования, количественный и качественный составы действующих и вспомогательных веществ кормовой добавки</w:t>
      </w:r>
    </w:p>
    <w:p>
      <w:r>
        <w:rPr>
          <w:b/>
        </w:rPr>
        <w:t xml:space="preserve">1. </w:t>
      </w:r>
      <w:r>
        <w:t>срок годности</w:t>
      </w:r>
    </w:p>
    <w:p>
      <w:r>
        <w:rPr>
          <w:b/>
        </w:rPr>
        <w:t xml:space="preserve">1. </w:t>
      </w:r>
      <w:r>
        <w:t>условия хранения</w:t>
      </w:r>
    </w:p>
    <w:p>
      <w:r>
        <w:rPr>
          <w:b/>
        </w:rPr>
        <w:t xml:space="preserve">1. </w:t>
      </w:r>
      <w:r>
        <w:t>назначение кормовой добавки</w:t>
      </w:r>
    </w:p>
    <w:p>
      <w:r>
        <w:rPr>
          <w:b/>
        </w:rPr>
        <w:t xml:space="preserve">1. </w:t>
      </w:r>
      <w:r>
        <w:t>наименование и адрес места нахождения разработчика</w:t>
      </w:r>
    </w:p>
    <w:p>
      <w:r>
        <w:rPr>
          <w:b/>
        </w:rPr>
        <w:t xml:space="preserve">1. </w:t>
      </w:r>
      <w:r>
        <w:t>наименование и адрес места нахождения производителя</w:t>
      </w:r>
    </w:p>
    <w:p>
      <w:r>
        <w:rPr>
          <w:b/>
        </w:rPr>
        <w:t xml:space="preserve">1. </w:t>
      </w:r>
      <w:r>
        <w:t>наименования и адреса производственных площадок производителя</w:t>
      </w:r>
    </w:p>
    <w:p>
      <w:r>
        <w:rPr>
          <w:b/>
        </w:rPr>
        <w:t xml:space="preserve">1. </w:t>
      </w:r>
      <w:r>
        <w:t>регистрационный номер свидетельства о государственной регистрации генно-инженерно-модифицированного организма (для кормовых добавок, полученных с применением генно-инженерно-модифицированных организмов или содержащих такие организмы)</w:t>
      </w:r>
    </w:p>
    <w:p>
      <w:r>
        <w:rPr>
          <w:b/>
        </w:rPr>
        <w:t xml:space="preserve">1. </w:t>
      </w:r>
      <w:r>
        <w:t>дата государственной регистрации кормовой добавки и регистрационный номер кормовой добавки</w:t>
      </w:r>
    </w:p>
    <w:p>
      <w:r>
        <w:rPr>
          <w:b/>
        </w:rPr>
        <w:t xml:space="preserve">1. </w:t>
      </w:r>
      <w:r>
        <w:t>срок государственной регистрации кормовой добавки</w:t>
      </w:r>
    </w:p>
    <w:p>
      <w:r>
        <w:rPr>
          <w:b/>
        </w:rPr>
        <w:t xml:space="preserve">1. </w:t>
      </w:r>
      <w:r>
        <w:t>дата внесения изменений в регистрационное досье на зарегистрированную кормовую добавку</w:t>
      </w:r>
    </w:p>
    <w:p>
      <w:r>
        <w:rPr>
          <w:b/>
        </w:rPr>
        <w:t xml:space="preserve">1. </w:t>
      </w:r>
      <w:r>
        <w:t>сведения о приостановлении государственной регистрации кормовой добавки (дата вынесения решения регистрирующего органа о приостановлении государственной регистрации и срок, на который государственная регистрация приостановлена, реквизиты такого решения), сведения о возобновлении государственной регистрации кормовой добавки (реквизиты решения регистрирующего органа о возобновлении государственной регистрации)</w:t>
      </w:r>
    </w:p>
    <w:p>
      <w:r>
        <w:rPr>
          <w:b/>
        </w:rPr>
        <w:t xml:space="preserve">1. </w:t>
      </w:r>
      <w:r>
        <w:t>дата отмены государственной регистрации кормовой добавки</w:t>
      </w:r>
    </w:p>
    <w:p>
      <w:r>
        <w:rPr>
          <w:b/>
        </w:rPr>
        <w:t>Статья 117. Внесение изменений в документы, содержащиеся в регистрационном досье на зарегистрированную кормовую добавку</w:t>
      </w:r>
    </w:p>
    <w:p>
      <w:r>
        <w:rPr>
          <w:b/>
        </w:rPr>
        <w:t xml:space="preserve">1. </w:t>
      </w:r>
      <w:r>
        <w:t>В целях внесения изменений в документы, содержащиеся в регистрационном досье на зарегистрированную кормовую добавку, заявитель представляет в федеральный орган исполнительной власти в области ветеринарного надзора</w:t>
      </w:r>
    </w:p>
    <w:p>
      <w:r>
        <w:rPr>
          <w:b/>
        </w:rPr>
        <w:t xml:space="preserve">2. </w:t>
      </w:r>
      <w:r>
        <w:t>При внесении изменений в документы, содержащиеся в регистрационном досье на зарегистрированную кормовую добавку, проводится экспертиза кормовой добавки, за исключением случая, установленного пунктом 3 настоящей статьи</w:t>
      </w:r>
    </w:p>
    <w:p>
      <w:r>
        <w:rPr>
          <w:b/>
        </w:rPr>
        <w:t xml:space="preserve">3. </w:t>
      </w:r>
      <w:r>
        <w:t>При внесении изменений в документы, содержащиеся в регистрационном досье на зарегистрированную кормовую добавку, в случае изменения торгового наименования кормовой добавки, изменения наименования и (или) адреса места нахождения производителя кормовой добавки, изменения наименования и (или) адреса места нахождения разработчика кормовой добавки экспертиза кормовой добавки не проводится</w:t>
      </w:r>
    </w:p>
    <w:p>
      <w:r>
        <w:rPr>
          <w:b/>
        </w:rPr>
        <w:t xml:space="preserve">4. </w:t>
      </w:r>
      <w:r>
        <w:t>Решение о внесении изменений в документы, содержащиеся в регистрационном досье на зарегистрированную кормовую добавку, или об отказе во внесении изменений при необходимости проведения экспертизы кормовой добавки принимается в срок, не превышающий 35 рабочих дней, а при отсутствии необходимости проведения такой экспертизы в срок, не превышающий 15 рабочих дней со дня принятия федеральным органом исполнительной власти в области ветеринарного надзора документов, указанных в пункте 1 настоящей статьи</w:t>
      </w:r>
    </w:p>
    <w:p>
      <w:r>
        <w:rPr>
          <w:b/>
        </w:rPr>
        <w:t xml:space="preserve">5. </w:t>
      </w:r>
      <w:r>
        <w:t>Основанием для отказа в проведении экспертизы кормовой добавки в целях внесения изменений в документы, содержащиеся в регистрационном досье на зарегистрированную кормовую добавку, при необходимости проведения такой экспертизы является непредставление заявителем документов, указанных в пункте 1 настоящей статьи</w:t>
      </w:r>
    </w:p>
    <w:p>
      <w:r>
        <w:rPr>
          <w:b/>
        </w:rPr>
        <w:t xml:space="preserve">6. </w:t>
      </w:r>
      <w:r>
        <w:t>Экспертиза кормовой добавки в целях внесения изменений в документы, содержащиеся в регистрационном досье на зарегистрированную кормовую добавку, проводится в соответствии с пунктами 3 и 4 статьи 113 настоящего Закона в течение 15 рабочих дней со дня получения задания на проведение такой экспертизы, выданного федеральным органом исполнительной власти в области ветеринарного надзора. По результатам такой экспертизы экспертным учреждением в федеральный орган исполнительной власти в области ветеринарного надзора представляется положительное заключение или отрицательное заключение</w:t>
      </w:r>
    </w:p>
    <w:p>
      <w:r>
        <w:rPr>
          <w:b/>
        </w:rPr>
        <w:t xml:space="preserve">7. </w:t>
      </w:r>
      <w:r>
        <w:t>Решение о внесении в документы, содержащиеся в регистрационном досье на зарегистрированную кормовую добавку, изменений, требующих проведения экспертизы кормовой добавки, или об отказе во внесении указанных изменений принимается федеральным органом исполнительной власти в области ветеринарного надзора на основании заключения экспертного учреждения</w:t>
      </w:r>
    </w:p>
    <w:p>
      <w:r>
        <w:rPr>
          <w:b/>
        </w:rPr>
        <w:t xml:space="preserve">8. </w:t>
      </w:r>
      <w:r>
        <w:t>Основанием для отказа во внесении изменений в документы, содержащиеся в регистрационном досье на зарегистрированную кормовую добавку, при необходимости проведения экспертизы кормовой добавки является</w:t>
      </w:r>
    </w:p>
    <w:p>
      <w:r>
        <w:rPr>
          <w:b/>
        </w:rPr>
        <w:t xml:space="preserve">9. </w:t>
      </w:r>
      <w:r>
        <w:t>Основанием для отказа во внесении изменений в документы, содержащиеся в регистрационном досье на зарегистрированную кормовую добавку, при отсутствии необходимости проведения экспертизы кормовой добавки является</w:t>
      </w:r>
    </w:p>
    <w:p>
      <w:r>
        <w:rPr>
          <w:b/>
        </w:rPr>
        <w:t xml:space="preserve">10. </w:t>
      </w:r>
      <w:r>
        <w:t>Форма заявления о внесении изменений в документы, содержащиеся в регистрационном досье на зарегистрированную кормовую добавку, устанавливается федеральным органом исполнительной власти в области ветеринарного надзора</w:t>
      </w:r>
    </w:p>
    <w:p>
      <w:r>
        <w:rPr>
          <w:b/>
        </w:rPr>
        <w:t xml:space="preserve">11. </w:t>
      </w:r>
      <w:r>
        <w:t>Внесение изменений в документы, содержащиеся в регистрационном досье на зарегистрированную кормовую добавку, осуществляется федеральным органом исполнительной власти в области ветеринарного надзора в порядке, установленном Правительством Российской Федерации</w:t>
      </w:r>
    </w:p>
    <w:p>
      <w:r>
        <w:rPr>
          <w:b/>
        </w:rPr>
        <w:t xml:space="preserve">1. </w:t>
      </w:r>
      <w:r>
        <w:t>заявление о внесении изменений в документы, содержащиеся в регистрационном досье на зарегистрированную кормовую добавку</w:t>
      </w:r>
    </w:p>
    <w:p>
      <w:r>
        <w:rPr>
          <w:b/>
        </w:rPr>
        <w:t xml:space="preserve">1. </w:t>
      </w:r>
      <w:r>
        <w:t>приложенные к заявлению о внесении изменений изменения в документы, содержащиеся в регистрационном досье на зарегистрированную кормовую добавку</w:t>
      </w:r>
    </w:p>
    <w:p>
      <w:r>
        <w:rPr>
          <w:b/>
        </w:rPr>
        <w:t xml:space="preserve">1. </w:t>
      </w:r>
      <w:r>
        <w:t>документы, подтверждающие необходимость внесения таких изменений</w:t>
      </w:r>
    </w:p>
    <w:p>
      <w:r>
        <w:rPr>
          <w:b/>
        </w:rPr>
        <w:t xml:space="preserve">1. </w:t>
      </w:r>
      <w:r>
        <w:t>копию доверенности или ее перевод на русский язык, заверенные в установленном порядке</w:t>
      </w:r>
    </w:p>
    <w:p>
      <w:r>
        <w:rPr>
          <w:b/>
        </w:rPr>
        <w:t xml:space="preserve">1. </w:t>
      </w:r>
      <w:r>
        <w:t>реквизиты документа, подтверждающего уплату государственной пошлины за внесение изменений в документы, содержащиеся в регистрационном досье на зарегистрированную кормовую добавку</w:t>
      </w:r>
    </w:p>
    <w:p>
      <w:r>
        <w:rPr>
          <w:b/>
        </w:rPr>
        <w:t xml:space="preserve">1. </w:t>
      </w:r>
      <w:r>
        <w:t>протокол исследований (испытаний), указанный в подпункте 6 пункта 2 статьи 114 настоящего Закона (в случае внесения изменений в количественный состав вспомогательных веществ, показания для применения, срок годности, условия хранения, адрес производственной площадки кормовой добавки и (или) дополнения сведениями об адресе новой производственной площадки, а также при дополнении документации по контролю кормовой добавки новыми методами контроля и (или) уточненными показателями ее безопасности)</w:t>
      </w:r>
    </w:p>
    <w:p>
      <w:r>
        <w:rPr>
          <w:b/>
        </w:rPr>
        <w:t xml:space="preserve">8. </w:t>
      </w:r>
      <w:r>
        <w:t>наличие отрицательного заключения</w:t>
      </w:r>
    </w:p>
    <w:p>
      <w:r>
        <w:rPr>
          <w:b/>
        </w:rPr>
        <w:t xml:space="preserve">8. </w:t>
      </w:r>
      <w:r>
        <w:t>совпадение торгового наименования кормовой добавки, предлагаемого при внесении изменений в документы, содержащиеся в регистрационном досье на зарегистрированную кормовую добавку, и торгового наименования зарегистрированной кормовой добавки, имеющих различные качественный и (или) количественный составы действующих и вспомогательных веществ</w:t>
      </w:r>
    </w:p>
    <w:p>
      <w:r>
        <w:rPr>
          <w:b/>
        </w:rPr>
        <w:t xml:space="preserve">9. </w:t>
      </w:r>
      <w:r>
        <w:t>непредставление заявителем документов, указанных в пункте 1 настоящей статьи</w:t>
      </w:r>
    </w:p>
    <w:p>
      <w:r>
        <w:rPr>
          <w:b/>
        </w:rPr>
        <w:t xml:space="preserve">9. </w:t>
      </w:r>
      <w:r>
        <w:t>совпадение предлагаемого торгового наименования кормовой добавки и торгового наименования зарегистрированной кормовой добавки, имеющих различный качественный и (или) количественный составы действующих и вспомогательных веществ</w:t>
      </w:r>
    </w:p>
    <w:p>
      <w:r>
        <w:rPr>
          <w:b/>
        </w:rPr>
        <w:t>Статья 118. Отмена, приостановление государственной регистрации кормовой добавки</w:t>
      </w:r>
    </w:p>
    <w:p>
      <w:r>
        <w:rPr>
          <w:b/>
        </w:rPr>
        <w:t xml:space="preserve">1. </w:t>
      </w:r>
      <w:r>
        <w:t>Отмена государственной регистрации кормовой добавки осуществляется в следующих случаях</w:t>
      </w:r>
    </w:p>
    <w:p>
      <w:r>
        <w:rPr>
          <w:b/>
        </w:rPr>
        <w:t xml:space="preserve">2. </w:t>
      </w:r>
      <w:r>
        <w:t>В случае принятия решения об отмене государственной регистрации кормовой добавки кормовая добавка исключается из государственного реестра кормовых добавок</w:t>
      </w:r>
    </w:p>
    <w:p>
      <w:r>
        <w:rPr>
          <w:b/>
        </w:rPr>
        <w:t xml:space="preserve">3. </w:t>
      </w:r>
      <w:r>
        <w:t>Федеральный орган исполнительной власти в области ветеринарного надзора рассматривает вопрос о приостановлении государственной регистрации кормовой добавки в следующих случаях</w:t>
      </w:r>
    </w:p>
    <w:p>
      <w:r>
        <w:rPr>
          <w:b/>
        </w:rPr>
        <w:t xml:space="preserve">4. </w:t>
      </w:r>
      <w:r>
        <w:t>После приостановления государственной регистрации кормовой добавки запрещаются ее производство, перемещение и (или) оборот</w:t>
      </w:r>
    </w:p>
    <w:p>
      <w:r>
        <w:rPr>
          <w:b/>
        </w:rPr>
        <w:t xml:space="preserve">5. </w:t>
      </w:r>
      <w:r>
        <w:t>Государственная регистрация кормовой добавки может быть приостановлена на срок, не превышающий 18 месяцев, в течение которого федеральный орган исполнительной власти в области ветеринарного надзора должен принять решение о возобновлении государственной регистрации кормовой добавки либо направить в суд заявление об отмене государственной регистрации кормовой добавки.";</w:t>
      </w:r>
    </w:p>
    <w:p>
      <w:r>
        <w:rPr>
          <w:b/>
        </w:rPr>
        <w:t xml:space="preserve">1. </w:t>
      </w:r>
      <w:r>
        <w:t>подача разработчиком либо уполномоченными им юридическим лицом или индивидуальным предпринимателем заявления об отмене государственной регистрации кормовой добавки по форме, установленной федеральным органом исполнительной власти в области ветеринарного надзора</w:t>
      </w:r>
    </w:p>
    <w:p>
      <w:r>
        <w:rPr>
          <w:b/>
        </w:rPr>
        <w:t xml:space="preserve">1. </w:t>
      </w:r>
      <w:r>
        <w:t>аннулирование свидетельства о государственной регистрации генно-инженерно-модифицированного организма, с применением которого получена зарегистрированная кормовая добавка или который она содержит</w:t>
      </w:r>
    </w:p>
    <w:p>
      <w:r>
        <w:rPr>
          <w:b/>
        </w:rPr>
        <w:t xml:space="preserve">1. </w:t>
      </w:r>
      <w:r>
        <w:t>вынесение судом решения об отмене государственной регистрации кормовой добавки, которое принимается в порядке, предусмотренном законодательством об административном судопроизводстве</w:t>
      </w:r>
    </w:p>
    <w:p>
      <w:r>
        <w:rPr>
          <w:b/>
        </w:rPr>
        <w:t xml:space="preserve">3. </w:t>
      </w:r>
      <w:r>
        <w:t>выявление несоответствия зарегистрированной кормовой добавки обязательным требованиям и требованиям документации на кормовую добавку</w:t>
      </w:r>
    </w:p>
    <w:p>
      <w:r>
        <w:rPr>
          <w:b/>
        </w:rPr>
        <w:t xml:space="preserve">3. </w:t>
      </w:r>
      <w:r>
        <w:t>выявление негативного влияния кормовой добавки, не указанного в инструкции по применению кормовой добавки</w:t>
      </w:r>
    </w:p>
    <w:p>
      <w:r>
        <w:rPr>
          <w:b/>
        </w:rPr>
        <w:t xml:space="preserve">3. </w:t>
      </w:r>
      <w:r>
        <w:t>выявление несоответствия количественного и (или) качественного состава кормовой добавки</w:t>
      </w:r>
    </w:p>
    <w:p>
      <w:r>
        <w:rPr>
          <w:b/>
        </w:rPr>
        <w:t xml:space="preserve">3. </w:t>
      </w:r>
      <w:r>
        <w:t>выявление содержания в зарегистрированной кормовой добавке генно-инженерно-модифицированного организма (генно-инженерно-модифицированных организмов), не указанного (не указанных) при регистрации кормовой добавки</w:t>
      </w:r>
    </w:p>
    <w:p>
      <w:r>
        <w:rPr>
          <w:b/>
        </w:rPr>
        <w:t xml:space="preserve">5. </w:t>
      </w:r>
      <w:r>
        <w:t>часть седьмую статьи 13 признать утратившей силу</w:t>
      </w:r>
    </w:p>
    <w:p>
      <w:r>
        <w:rPr>
          <w:b/>
        </w:rPr>
        <w:t>Статья 2</w:t>
      </w:r>
    </w:p>
    <w:p>
      <w:r>
        <w:t>Статью 6 Федерального закона от 30 декабря 2020 года № 490-ФЗ "О пчеловодстве в Российской Федерации" (Собрание законодательства Российской Федерации, 2021, № 1, ст. 29) изложить в следующей редакции: "Статья 6. Создание и размещение объектов пчеловодческой инфраструктуры 1. Создание и размещение объектов пчеловодческой инфраструктуры осуществляются в соответствии с экологическими, санитарно-эпидемиологическими, ветеринарными и иными требованиями законодательства Российской Федерации.</w:t>
      </w:r>
    </w:p>
    <w:p>
      <w:r>
        <w:rPr>
          <w:b/>
        </w:rPr>
        <w:t xml:space="preserve">2. </w:t>
      </w:r>
      <w:r>
        <w:t>Запрещается расположение пчеловодческой инфраструктуры на земельных участках, которые были использованы для размещения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2022 года,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Государственная регистрация кормовых добавок, представленных на государственную регистрацию до дня вступления в силу настоящего Федерального закона, осуществляется на основании регистрационных документов и сведений, представленных заявителем в федеральный орган исполнительной власти в области ветеринарного надзора до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Кормовые добавки, зарегистрированные до дня вступления в силу настоящего Федерального закона, подлежат включению в государственный реестр кормовых добавок без повторного прохождения процедуры государственной регистрации кормовых добавок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