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Следственном комитете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304. Зачисление сотрудника Следственного комитета в распоряжение следственного органа Следственного комитета и нахождение сотрудника Следственного комитета в распоряжении следственного органа Следственного комитета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