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"Об оперативно-розыскной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