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аварийно-спасательных службах и статусе спасателей"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1. Основные понятия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