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16-1 Федерального закона "О федеральной службе безопасности" и статью 11 Федерального закона "О статусе военнослужащих"</w:t>
      </w:r>
    </w:p>
    <w:p>
      <w:r>
        <w:rPr>
          <w:b/>
        </w:rPr>
        <w:t>Статья 1</w:t>
      </w:r>
    </w:p>
    <w:p>
      <w:r>
        <w:t>Внести в статью 161 Федерального закона от 3 апреля 1995 года № 40-ФЗ "О федеральной службе безопасности" (Собрание законодательства Российской Федерации, 1995, № 15, ст. 1269; 2003, № 27, ст. 2700; 2008, № 52, ст. 6235; 2011, № 30, ст. 4589; 2014, № 26, ст. 3365; 2016, № 1, ст. 88) следующие изменения</w:t>
      </w:r>
    </w:p>
    <w:p>
      <w:r>
        <w:t>дополнить новой частью третьей следующего содержания: "Для военнослужащих органов федеральной службы безопасности, замещающих должности руководителей (начальников, командиров) и заместителей руководителей (начальников, командиров), устанавливается ненормированный служебный день. Руководителем федерального органа исполнительной власти в области обеспечения безопасности или уполномоченным руководителем (начальником) ненормированный служебный день может устанавливаться для военнослужащих, замещающих иные воинские должности, определяемые перечнем должностей, утверждаемым руководителем федерального органа исполнительной власти в области обеспечения безопасности."</w:t>
      </w:r>
    </w:p>
    <w:p>
      <w:r>
        <w:t>дополнить новой частью четвертой следующего содержания: "Военнослужащим, для которых установлен ненормированный служебный день, предоставляется ежегодный дополнительный отпуск в соответствии с законодательством Российской Федерации."</w:t>
      </w:r>
    </w:p>
    <w:p>
      <w:r>
        <w:t>части третью - десятую считать соответственно частями пятой - двенадцатой</w:t>
      </w:r>
    </w:p>
    <w:p>
      <w:r>
        <w:rPr>
          <w:b/>
        </w:rPr>
        <w:t>Статья 2</w:t>
      </w:r>
    </w:p>
    <w:p>
      <w:r>
        <w:t>Пункт 11 статьи 11 Федерального закона от 27 мая 1998 года № 76-ФЗ "О статусе военнослужащих" (Собрание законодательства Российской Федерации, 1998, № 22, ст. 2331; 2000, № 1, ст. 12; 2001, № 31, ст. 3173; 2004, № 18, ст. 1687; № 35, ст. 3607; 2006, № 6, ст. 637; № 19, ст. 2062; № 29, ст. 3122; № 31, ст. 3452; № 50, ст. 5281; 2008, № 45, ст. 5149; 2013, № 27, ст. 3477; 2014, № 23, ст. 2930; 2015, № 51, ст. 7241; 2017, № 27, ст. 3945; 2018, № 53, ст. 8471) после слов "в органах государственной охраны" дополнить словами "и органах федеральной службы безопасности", слова "руководителем федерального органа исполнительной власти в области государственной охраны" заменить словами "соответственно руководителем федерального органа исполнительной власти в области государственной охраны и руководителем федерального органа исполнительной власти в области обеспечения безопасности".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