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12 и 31 Федерального закона "Об исполнительном производстве" и статью 23 Федерального закона "Об уполномоченном по правам потребителей финансовых услуг"</w:t>
      </w:r>
    </w:p>
    <w:p>
      <w:r>
        <w:rPr>
          <w:b/>
        </w:rPr>
        <w:t>Статья 1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2009, № 1, ст. 14; 2013, № 51, ст. 6678; № 52, ст. 7006; 2014, № 11, ст. 1099; № 19, ст. 2331; 2015, № 10, ст. 1411, 1427; 2016, № 1, ст. 11; 2017, № 1, ст. 33; 2018, № 24, ст. 3400; № 32, ст. 5100; 2019, № 30, ст. 4099; № 49, ст. 6961; 2020, № 31, ст. 5048) следующие изменения</w:t>
      </w:r>
    </w:p>
    <w:p>
      <w:r>
        <w:t>статью 12 дополнить частью 12 следующего содержания: "12. Исполнительные документы, указанные в пункте 42 части 1 настоящей статьи, направляются для принудительного исполнения исключительно в форме электронного документа, подписанного усиленной квалифицированной электронной подписью уполномоченного по правам потребителей финансовых услуг, с использованием единой системы межведомственного электронного взаимодействия."</w:t>
      </w:r>
    </w:p>
    <w:p>
      <w:r>
        <w:t>пункт 11 части 1 статьи 31 после слова "предусмотренных" дополнить словами "частью 12 статьи 12,"</w:t>
      </w:r>
    </w:p>
    <w:p>
      <w:r>
        <w:rPr>
          <w:b/>
        </w:rPr>
        <w:t>Статья 2</w:t>
      </w:r>
    </w:p>
    <w:p>
      <w:r>
        <w:t>Внести в статью 23 Федерального закона от 4 июня 2018 года № 123-ФЗ "Об уполномоченном по правам потребителей финансовых услуг" (Собрание законодательства Российской Федерации, 2018, № 24, ст. 3390) следующие изменения</w:t>
      </w:r>
    </w:p>
    <w:p>
      <w:r>
        <w:t>в части 3 первое и второе предложения изложить в следующей редакции: "В случае неисполнения финансовой организацией вступившего в силу решения финансового уполномоченного либо условий соглашения финансовый уполномоченный на основании заявления потребителя финансовых услуг в срок, не превышающий тридцати календарных дней со дня получения такого заявления, выдает потребителю финансовых услуг удостоверение, являющееся исполнительным документом, форма которого устанавливается Правительством Российской Федерации, для предъявления в банк или иную кредитную организацию либо направляет его для принудительного исполнения исключительно в форме электронного документа, подписанного усиленной квалифицированной электронной подписью финансового уполномоченного, с использованием единой системы межведомственного электронного взаимодействия в федеральный орган исполнительной власти, осуществляющий функции по обеспечению установленного порядка деятельности судов, исполнению судебных актов, актов других органов и должностных лиц. Потребитель финансовых услуг может обратиться к финансовому уполномоченному с заявлением о выдаче удостоверения для предъявления в банк или иную кредитную организацию либо о направлении указанного удостоверения финансовым уполномоченным для принудительного исполнения в федеральный орган исполнительной власти, осуществляющий функции по обеспечению установленного порядка деятельности судов, исполнению судебных актов, актов других органов и должностных лиц, в течение трех месяцев с даты, когда должно было быть исполнено решение финансового уполномоченного, либо по истечении срока, установленного соглашением для исполнения его условий."</w:t>
      </w:r>
    </w:p>
    <w:p>
      <w:r>
        <w:t>дополнить частью 31 следующего содержания: "31. Если в соответствии с частью 3 настоящей статьи потребителю финансовых услуг было выдано финансовым уполномоченным удостоверение на бумажном носителе для предъявления в банк или иную кредитную организацию, при обращении к финансовому уполномоченному с заявлением о направлении указанного удостоверения финансовым уполномоченным для принудительного исполнения в федеральный орган исполнительной власти, осуществляющий функции по обеспечению установленного порядка деятельности судов, исполнению судебных актов, актов других органов и должностных лиц, потребитель финансовых услуг должен возвратить финансовому уполномоченному оригинал ранее выданного удостоверения на бумажном носителе."</w:t>
      </w:r>
    </w:p>
    <w:p>
      <w:r>
        <w:t>в части 4 первое предложение изложить в следующей редакции: "На основании удостоверения, выданного финансовым уполномоченным и предъявленного в банк или иную кредитную организацию не позднее трехмесячного срока со дня его получения, банк или иная кредитная организация приводит решение финансового уполномоченного или соглашение в исполнение в соответствии с законодательством Российской Федерации."</w:t>
      </w:r>
    </w:p>
    <w:p>
      <w:r>
        <w:t>дополнить частью 41 следующего содержания: "41. Финансовый уполномоченный ведет реестр удостоверений, выданных финансовым уполномоченным, с предоставлением доступа к нему банкам и иным кредитным организациям. Требования к ведению реестра устанавливаются финансовым уполномоченным."</w:t>
      </w:r>
    </w:p>
    <w:p>
      <w:r>
        <w:t>абзац первый части 5 изложить в следующей редакции: "5. Финансовый уполномоченный не выдает удостоверение потребителю финансовых услуг и не направляет его для принудительного исполнения в федеральный орган исполнительной власти, осуществляющий функции по обеспечению установленного порядка деятельности судов, исполнению судебных актов, актов других органов и должностных лиц:"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