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   от 02.07.2021 № 314-ФЗ</w:t>
      </w:r>
    </w:p>
    <w:p>
      <w:r>
        <w:t>О внесении изменений в статью 38 Федерального закона "Об основах охраны здоровья граждан в Российской Федерации" РОССИЙСКАЯ ФЕДЕРАЦИЯ ФЕДЕРАЛЬНЫЙ ЗАКОН О внесении изменений в статью 38 Федерального закона "Об основах охраны здоровья граждан в Российской Федерации" Принят Государственной Думой 9 июня 2021 года Одобрен Советом Федерации 23 июня 2021 года Внести в статью 38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1, ст. 85; № 27, ст. 3951; 2017, № 31, ст. 4765; 2019, № 52, ст. 7799, 7836; 2020, № 13, ст. 1856; № 14, ст. 2028; № 29, ст. 4516; 2021, № 18, ст. 3072) следующие изменения</w:t>
      </w:r>
    </w:p>
    <w:p>
      <w:r>
        <w:t>часть 19 изложить в следующей редакции: "19.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 Контрафактные медицинские изделия подлежат изъятию из обращения и уничтожению по решению суда. Порядок изъятия из обращения и уничтожения фальсифицированных медицинских изделий, недоброкачественных медицинских изделий и контрафактных медицинских изделий устанавливается Правительством Российской Федерации."</w:t>
      </w:r>
    </w:p>
    <w:p>
      <w:r>
        <w:t>часть 20 после слов "связанные с" дополнить словами "изъятием из обращения и". Президент Российской Федерации В.Путин Москва, Кремль 2 июля 2021 года № 314-ФЗ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