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туристской деятельности в Российской Федерации" и статью 7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2003, № 2, ст. 167; 2004, № 35, ст. 3607; 2007, № 7, ст. 833; 2009, № 1, ст. 17; 2012, № 19, ст. 2281; 2016, № 10, ст. 1323; № 15, ст. 2066; 2017, № 1, ст. 6; 2018, № 7, ст. 976; № 17, ст. 2420; № 24, ст. 3416; 2019, № 27, ст. 3535; № 49, ст. 6978; 2021, № 11, ст. 1710; № 13, ст. 2134; № 17, ст. 2879; Официальный интернет-портал правовой информации (www.pravo.gov.ru), 2021, 11 июня, № 0001202106110081) следующие изменения</w:t>
      </w:r>
    </w:p>
    <w:p>
      <w:r>
        <w:t>в статье 1: а) дополнить новым абзацем двадцать восьмым следующего содержания: "сельский туризм - туризм, предусматривающий посещение сельской местности, малых городов с численностью населения до тридцати тысяч человек, в целях отдыха, приобщения к традиционному укладу жизни, ознакомления с деятельностью сельскохозяйственных товаропроизводителей и (или) участия в сельскохозяйственных работах без извлечения материальной выгоды с возможностью предоставления услуг по временному размещению, организации досуга, экскурсионных и иных услуг. Деятельность по оказанию услуг в сфере сельского туризма осуществляется сельскохозяйственными товаропроизводителями в соответствии с требованиями, установленными Правительством Российской Федерации;"; б) абзацы двадцать восьмой - тридцать второй считать соответственно абзацами двадцать девятым - тридцать третьим; в) абзац тридцать третий считать абзацем тридцать четвертым и дополнить его словами ", деятельности по оказанию услуг в сфере сельского туризма в сельской местности"; г) абзацы тридцать четвертый - тридцать шестой считать соответственно абзацами тридцать пятым - тридцать седьмым</w:t>
      </w:r>
    </w:p>
    <w:p>
      <w:r>
        <w:t>в статье 31: а) абзац тридцать первый после слов "социального туризма," дополнить словами "сельского туризма,"; б) дополнить абзацами следующего содержания: "установление требований к оказанию услуг в сфере сельского туризма; установление требований к средствам размещения, используемым для осуществления деятельности по оказанию услуг в сфере сельского туризма в сельской местности; установление правил, порядка и условий осуществления отдельных видов туризма."</w:t>
      </w:r>
    </w:p>
    <w:p>
      <w:r>
        <w:t>абзац десятый части первой статьи 32 после слов "социального туризма," дополнить словами "сельского туризма,"</w:t>
      </w:r>
    </w:p>
    <w:p>
      <w:r>
        <w:t>абзац второй статьи 33 после слов "социального туризма," дополнить словами "сельского туризма,"</w:t>
      </w:r>
    </w:p>
    <w:p>
      <w:r>
        <w:t>часть вторую статьи 4 после слов "социального туризма," дополнить словами "сельского туризма,"</w:t>
      </w:r>
    </w:p>
    <w:p>
      <w:r>
        <w:t>часть двадцать третью статьи 5 после слов "входящих в их структуру," дополнить словами "деятельности по оказанию услуг в сфере сельского туризма в сельской местности,"</w:t>
      </w:r>
    </w:p>
    <w:p>
      <w:r>
        <w:rPr>
          <w:b/>
        </w:rPr>
        <w:t>Статья 2</w:t>
      </w:r>
    </w:p>
    <w:p>
      <w:r>
        <w:t>Часть 1 статьи 7 Федерального закона от 29 декабря 2006 года № 264-ФЗ "О развитии сельского хозяйства" (Собрание законодательства Российской Федерации, 2007, № 1, ст. 27; 2011, № 31, ст. 4700; 2013, № 30, ст. 4069; 2015, № 1, ст. 20; 2018, № 32, ст. 5073; 2020, № 42, ст. 6517; Официальный интернет-портал правовой информации (www.pravo.gov.ru), 2021, 11 июня, № 0001202106110021) дополнить пунктом 15 следующего содержания: "15) поддержка и развитие сельского туризма.".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