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 Федерального закона "О государственной поддержке предпринимательской деятельности в Арктической зоне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